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Drag Race UK’s Streaming Move Matters for Queer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Drag Race UK are facing a major change as the BBC ends its run after eight series, with future seasons moving to WOW Presents Plus. The decision reflects severe financial pressure at the broadcaster, but it also raises a bigger question about how easily LGBTQ+ stories can reach audiences beyond dedicated streaming services.</w:t>
      </w:r>
      <w:r/>
    </w:p>
    <w:p>
      <w:pPr>
        <w:pStyle w:val="Heading2"/>
      </w:pPr>
      <w:r>
        <w:t>Essential Takeaways</w:t>
      </w:r>
      <w:r/>
      <w:r/>
    </w:p>
    <w:p>
      <w:pPr>
        <w:pStyle w:val="ListBullet"/>
        <w:spacing w:line="240" w:lineRule="auto"/>
        <w:ind w:left="720"/>
      </w:pPr>
      <w:r/>
      <w:r>
        <w:rPr>
          <w:b/>
        </w:rPr>
        <w:t>The BBC is stepping away:</w:t>
      </w:r>
      <w:r>
        <w:t xml:space="preserve"> Drag Race UK will leave the broadcaster after its current series.</w:t>
      </w:r>
      <w:r/>
    </w:p>
    <w:p>
      <w:pPr>
        <w:pStyle w:val="ListBullet"/>
        <w:spacing w:line="240" w:lineRule="auto"/>
        <w:ind w:left="720"/>
      </w:pPr>
      <w:r/>
      <w:r>
        <w:rPr>
          <w:b/>
        </w:rPr>
        <w:t>The show will continue:</w:t>
      </w:r>
      <w:r>
        <w:t xml:space="preserve"> Future seasons, including a planned All Stars edition, are expected on WOW Presents Plus.</w:t>
      </w:r>
      <w:r/>
    </w:p>
    <w:p>
      <w:pPr>
        <w:pStyle w:val="ListBullet"/>
        <w:spacing w:line="240" w:lineRule="auto"/>
        <w:ind w:left="720"/>
      </w:pPr>
      <w:r/>
      <w:r>
        <w:rPr>
          <w:b/>
        </w:rPr>
        <w:t>Money is driving the decision:</w:t>
      </w:r>
      <w:r>
        <w:t xml:space="preserve"> The BBC is pursuing £500 million in savings and has announced more than 500 job losses.</w:t>
      </w:r>
      <w:r/>
    </w:p>
    <w:p>
      <w:pPr>
        <w:pStyle w:val="ListBullet"/>
        <w:spacing w:line="240" w:lineRule="auto"/>
        <w:ind w:left="720"/>
      </w:pPr>
      <w:r/>
      <w:r>
        <w:rPr>
          <w:b/>
        </w:rPr>
        <w:t>Representation is the concern:</w:t>
      </w:r>
      <w:r>
        <w:t xml:space="preserve"> Critics fear fewer LGBTQ+ programmes will reach casual viewers who might discover them by chance.</w:t>
      </w:r>
      <w:r/>
    </w:p>
    <w:p>
      <w:pPr>
        <w:pStyle w:val="ListBullet"/>
        <w:spacing w:line="240" w:lineRule="auto"/>
        <w:ind w:left="720"/>
      </w:pPr>
      <w:r/>
      <w:r>
        <w:rPr>
          <w:b/>
        </w:rPr>
        <w:t>The format could evolve:</w:t>
      </w:r>
      <w:r>
        <w:t xml:space="preserve"> A streaming home may bring greater creative freedom, sponsorships and possible prize money.</w:t>
      </w:r>
      <w:r/>
      <w:r/>
    </w:p>
    <w:p>
      <w:pPr>
        <w:pStyle w:val="Heading2"/>
      </w:pPr>
      <w:r>
        <w:t>Drag Race UK is leaving the BBC, but not disappearing</w:t>
      </w:r>
      <w:r/>
    </w:p>
    <w:p>
      <w:r/>
      <w:r>
        <w:t>The immediate good news is that Drag Race UK isn't being erased. After the current BBC run ends, World of Wonder plans to make future editions available through its own streaming service, WOW Presents Plus, according to coverage from RTE and The Irish News.</w:t>
      </w:r>
      <w:r/>
    </w:p>
    <w:p>
      <w:r/>
      <w:r>
        <w:t>That means the queens, sequins and lovingly chaotic backstage moments should continue. But the change still feels significant. The BBC gave the programme a broad shop window, allowing viewers to stumble across it while browsing BBC Three or the wider iPlayer catalogue.</w:t>
      </w:r>
      <w:r/>
    </w:p>
    <w:p>
      <w:r/>
      <w:r>
        <w:t>A dedicated streamer offers a different experience. Fans who already know what they're looking for may follow, but casual viewers could be harder to reach. As The Tab reported, the move comes after eight series and several spin-offs helped establish a distinctive British drag identity on screen.</w:t>
      </w:r>
      <w:r/>
    </w:p>
    <w:p>
      <w:pPr>
        <w:pStyle w:val="Heading2"/>
      </w:pPr>
      <w:r>
        <w:t>Why the BBC says the show had to go</w:t>
      </w:r>
      <w:r/>
    </w:p>
    <w:p>
      <w:r/>
      <w:r>
        <w:t>The broadcaster has blamed substantial financial pressure, rather than any objection to the programme's subject matter. The BBC is trying to deliver £500 million in savings, while cuts have also affected entertainment programmes and staff numbers, according to BBC reporting and RTE.</w:t>
      </w:r>
      <w:r/>
    </w:p>
    <w:p>
      <w:r/>
      <w:r>
        <w:t>That's a difficult backdrop for any expensive reality format. Drag Race needs workrooms, challenges, costumes, judges, production crews and a cast capable of delivering both spectacle and emotional depth. Even a hugely popular show isn't immune when broadcasters are reassessing almost every line on the budget.</w:t>
      </w:r>
      <w:r/>
    </w:p>
    <w:p>
      <w:r/>
      <w:r>
        <w:t>Viewing habits have changed, too. The BBC's audience data indicates that Drag Race UK's average figures rose between 2022 and 2024, but overall television viewing has declined. The show's creators have also pointed to audiences moving towards social platforms, a shift highlighted by the BBC and The Intelligent.</w:t>
      </w:r>
      <w:r/>
    </w:p>
    <w:p>
      <w:pPr>
        <w:pStyle w:val="Heading2"/>
      </w:pPr>
      <w:r>
        <w:t>The representation question is bigger than one programme</w:t>
      </w:r>
      <w:r/>
    </w:p>
    <w:p>
      <w:r/>
      <w:r>
        <w:t>For viewers, the worry isn't simply losing a favourite Saturday-night-style watch. Drag Race has offered a bright, accessible route into conversations about gender identity, HIV, addiction, family, self-worth and the realities of life as a queer performer.</w:t>
      </w:r>
      <w:r/>
    </w:p>
    <w:p>
      <w:r/>
      <w:r>
        <w:t>Television critic Scott Bryan told the BBC that LGBTQ+ characters now appear more casually in soaps and dramas, but argued that programmes made specifically for queer audiences still matter. Juno Dawson similarly warned that the cancellation looks less isolated after the BBC also dropped I Kissed a Boy and I Kissed a Girl.</w:t>
      </w:r>
      <w:r/>
    </w:p>
    <w:p>
      <w:r/>
      <w:r>
        <w:t>The concern is about the "discovery" audience. Someone might not subscribe to a specialist service, but they may still encounter a programme on a public broadcaster. That accidental encounter can be surprisingly powerful, particularly for younger viewers or people living somewhere with limited LGBTQ+ community spaces.</w:t>
      </w:r>
      <w:r/>
    </w:p>
    <w:p>
      <w:pPr>
        <w:pStyle w:val="Heading2"/>
      </w:pPr>
      <w:r>
        <w:t>Streaming could give the show more freedom</w:t>
      </w:r>
      <w:r/>
    </w:p>
    <w:p>
      <w:r/>
      <w:r>
        <w:t>There is an upside to moving in-house. Fenton Bailey, Drag Race's co-creator, suggested that World of Wonder may prefer the creative control of making the programme for its own platform rather than relying on another broadcaster's changing priorities, as reported by the BBC and The Intelligent.</w:t>
      </w:r>
      <w:r/>
    </w:p>
    <w:p>
      <w:r/>
      <w:r>
        <w:t>A streaming home could also open the door to different commercial arrangements. Former contestant Kate Butch told the BBC that contestants invest significant time, money and emotional energy in appearing on the show, and hoped the new model might allow prize money or sponsorship opportunities.</w:t>
      </w:r>
      <w:r/>
    </w:p>
    <w:p>
      <w:r/>
      <w:r>
        <w:t>That could make the programme feel more rewarding for competitors. Still, creative freedom comes with a trade-off: the show may be easier to protect artistically, but less visible to people who aren't already part of its audience. For a series built around community, that tension matters.</w:t>
      </w:r>
      <w:r/>
    </w:p>
    <w:p>
      <w:pPr>
        <w:pStyle w:val="Heading2"/>
      </w:pPr>
      <w:r>
        <w:t>What happens next for fans and future queens?</w:t>
      </w:r>
      <w:r/>
    </w:p>
    <w:p>
      <w:r/>
      <w:r>
        <w:t>The practical answer is straightforward: viewers will need to follow updates from World of Wonder and check WOW Presents Plus for the next season's release details. Existing fans may want to consider whether a subscription makes sense, particularly if they also watch international Drag Race editions and spin-offs.</w:t>
      </w:r>
      <w:r/>
    </w:p>
    <w:p>
      <w:r/>
      <w:r>
        <w:t>For prospective contestants, the move may bring fresh possibilities as well as uncertainty. The show remains a powerful career platform, and its international audience is unlikely to vanish overnight. But the British television landscape is becoming more crowded, more cautious and increasingly fragmented between broadcasters, platforms and social media.</w:t>
      </w:r>
      <w:r/>
    </w:p>
    <w:p>
      <w:r/>
      <w:r>
        <w:t>Drag Race UK has always made a virtue of turning limited resources into high-impact entertainment. Its next chapter will test whether that spirit can thrive behind a paywall, while preserving the warmth and reach that made the BBC years feel like a genuine homecoming.</w:t>
      </w:r>
      <w:r/>
    </w:p>
    <w:p>
      <w:r/>
      <w:r>
        <w:t>It's a new runway for Drag Race UK, but the audience will decide how far it travels.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https://ca.news.yahoo.com/drag-race-co-creator-fears-234929412.html</w:t>
        </w:r>
      </w:hyperlink>
      <w:r>
        <w:t xml:space="preserve"> - Please view link - unable to able to access data</w:t>
      </w:r>
      <w:r/>
    </w:p>
    <w:p>
      <w:pPr>
        <w:pStyle w:val="ListNumber"/>
        <w:spacing w:line="240" w:lineRule="auto"/>
        <w:ind w:left="720"/>
      </w:pPr>
      <w:r/>
      <w:hyperlink r:id="rId10">
        <w:r>
          <w:rPr>
            <w:color w:val="0000EE"/>
            <w:u w:val="single"/>
          </w:rPr>
          <w:t>https://www.rte.ie/entertainment/2026/0910/1591016-bbc-drops-drag-race-uk-due-to-financial-pressures/</w:t>
        </w:r>
      </w:hyperlink>
      <w:r>
        <w:t xml:space="preserve"> - The BBC has announced the cancellation of 'RuPaul's Drag Race UK' after eight series, citing 'significant financial pressures'. The show, which features drag queens competing in various challenges, will continue to air its current series on BBC Three and iPlayer before moving to the streaming platform Wow Presents Plus. The BBC expressed pride in the groundbreaking show and thanked all involved. This decision is part of the corporation's broader effort to achieve £500 million in savings over two years.</w:t>
      </w:r>
      <w:r/>
    </w:p>
    <w:p>
      <w:pPr>
        <w:pStyle w:val="ListNumber"/>
        <w:spacing w:line="240" w:lineRule="auto"/>
        <w:ind w:left="720"/>
      </w:pPr>
      <w:r/>
      <w:hyperlink r:id="rId12">
        <w:r>
          <w:rPr>
            <w:color w:val="0000EE"/>
            <w:u w:val="single"/>
          </w:rPr>
          <w:t>https://www.thetab.com/realityshrine/2026/09/10/bbc-confirms-drag-race-uk-was-cancelled-as-a-result-of-significant-financial-pressures/</w:t>
        </w:r>
      </w:hyperlink>
      <w:r>
        <w:t xml:space="preserve"> - The BBC has confirmed the cancellation of 'RuPaul's Drag Race UK' after eight series, attributing the decision to 'significant financial pressures'. A BBC spokesperson stated that the corporation is navigating these pressures and making difficult choices. Future series, including 'Drag Race UK All Stars', will be broadcast on Wow Presents Plus. The BBC is currently implementing plans to make £500 million in savings, with director-general Matt Brittin previously telling staff that the scale of savings requires tough choices.</w:t>
      </w:r>
      <w:r/>
    </w:p>
    <w:p>
      <w:pPr>
        <w:pStyle w:val="ListNumber"/>
        <w:spacing w:line="240" w:lineRule="auto"/>
        <w:ind w:left="720"/>
      </w:pPr>
      <w:r/>
      <w:hyperlink r:id="rId11">
        <w:r>
          <w:rPr>
            <w:color w:val="0000EE"/>
            <w:u w:val="single"/>
          </w:rPr>
          <w:t>https://uk.irishnews.com/entertainment/bbc-drops-rupauls-drag-race-uk-due-to-significant-financial-pressures-WO7U4LIGIBN2PEU7VFVHJO5OQY/</w:t>
        </w:r>
      </w:hyperlink>
      <w:r>
        <w:t xml:space="preserve"> - The BBC has announced the cancellation of 'RuPaul's Drag Race UK' after eight series, citing 'significant financial pressures'. The reality series, which features drag queens competing in challenges to impress judges including RuPaul, Michelle Visage, Graham Norton, and Alan Carr, will continue to air its current series on BBC Three and iPlayer before moving to the streaming platform Wow Presents Plus. The BBC expressed pride in the groundbreaking show and thanked all involved. This decision is part of the corporation's broader effort to achieve £500 million in savings over two years.</w:t>
      </w:r>
      <w:r/>
    </w:p>
    <w:p>
      <w:pPr>
        <w:pStyle w:val="ListNumber"/>
        <w:spacing w:line="240" w:lineRule="auto"/>
        <w:ind w:left="720"/>
      </w:pPr>
      <w:r/>
      <w:hyperlink r:id="rId13">
        <w:r>
          <w:rPr>
            <w:color w:val="0000EE"/>
            <w:u w:val="single"/>
          </w:rPr>
          <w:t>https://www.bbc.com.im/news/articles/cq63816e60lo</w:t>
        </w:r>
      </w:hyperlink>
      <w:r>
        <w:t xml:space="preserve"> - The BBC has confirmed that 'RuPaul's Drag Race UK' will be leaving the broadcaster after eight series. A spokesperson for the channel stated that it was facing 'very difficult choices' in the face of 'significant financial pressures'. The show, presented by RuPaul, is currently broadcast on BBC Three and iPlayer. Future series, as well as its spin-off 'vs The World', will be broadcast on Wow Presents Plus, a streaming platform owned by the production company behind the show. At its peak, the UK version of the international drag competition averaged around 1.5 million viewers per episode.</w:t>
      </w:r>
      <w:r/>
    </w:p>
    <w:p>
      <w:pPr>
        <w:pStyle w:val="ListNumber"/>
        <w:spacing w:line="240" w:lineRule="auto"/>
        <w:ind w:left="720"/>
      </w:pPr>
      <w:r/>
      <w:hyperlink r:id="rId14">
        <w:r>
          <w:rPr>
            <w:color w:val="0000EE"/>
            <w:u w:val="single"/>
          </w:rPr>
          <w:t>https://www.soz6.com/news/bbc-drops-drag-race-uk-after-eight-series</w:t>
        </w:r>
      </w:hyperlink>
      <w:r>
        <w:t xml:space="preserve"> - The BBC has confirmed it will stop airing 'RuPaul's Drag Race UK' after eight series due to financial pressures, with future seasons moving to the streaming platform Wow Presents Plus. The BBC is aiming to make £500 million in savings across its operations. 'RuPaul's Drag Race UK' premiered on the BBC in 2019 and reached an average of 1.5 million viewers per episode at its peak. 'Drag Race UK All Stars' is scheduled to premiere in Autumn 2027 on Wow Presents Plus. The BBC declined to comment on the future of other international versions of the show on its network.</w:t>
      </w:r>
      <w:r/>
    </w:p>
    <w:p>
      <w:pPr>
        <w:pStyle w:val="ListNumber"/>
        <w:spacing w:line="240" w:lineRule="auto"/>
        <w:ind w:left="720"/>
      </w:pPr>
      <w:r/>
      <w:hyperlink r:id="rId15">
        <w:r>
          <w:rPr>
            <w:color w:val="0000EE"/>
            <w:u w:val="single"/>
          </w:rPr>
          <w:t>https://www.theintelligent.co.uk/television/2026/bbc-moves-rupauls-drag-race-uk-streaming-platform-part-savings-drive</w:t>
        </w:r>
      </w:hyperlink>
      <w:r>
        <w:t xml:space="preserve"> - The BBC has decided to end its run with 'RuPaul's Drag Race UK' once the eighth series finishes airing. Future seasons and related shows will move to Wow Presents Plus, the streaming service run by production company World of Wonder. The change forms part of the corporation's drive to find £500 million in savings. A BBC spokesperson said the decision reflected the need to make difficult choices amid ongoing financial pressures. The statement thanked RuPaul, World of Wonder, and everyone involved across the eleven series broadcast so far.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news.yahoo.com/drag-race-co-creator-fears-234929412.html" TargetMode="External"/><Relationship Id="rId10" Type="http://schemas.openxmlformats.org/officeDocument/2006/relationships/hyperlink" Target="https://www.rte.ie/entertainment/2026/0910/1591016-bbc-drops-drag-race-uk-due-to-financial-pressures/" TargetMode="External"/><Relationship Id="rId11" Type="http://schemas.openxmlformats.org/officeDocument/2006/relationships/hyperlink" Target="https://uk.irishnews.com/entertainment/bbc-drops-rupauls-drag-race-uk-due-to-significant-financial-pressures-WO7U4LIGIBN2PEU7VFVHJO5OQY/" TargetMode="External"/><Relationship Id="rId12" Type="http://schemas.openxmlformats.org/officeDocument/2006/relationships/hyperlink" Target="https://www.thetab.com/realityshrine/2026/09/10/bbc-confirms-drag-race-uk-was-cancelled-as-a-result-of-significant-financial-pressures/" TargetMode="External"/><Relationship Id="rId13" Type="http://schemas.openxmlformats.org/officeDocument/2006/relationships/hyperlink" Target="https://www.bbc.com.im/news/articles/cq63816e60lo" TargetMode="External"/><Relationship Id="rId14" Type="http://schemas.openxmlformats.org/officeDocument/2006/relationships/hyperlink" Target="https://www.soz6.com/news/bbc-drops-drag-race-uk-after-eight-series" TargetMode="External"/><Relationship Id="rId15" Type="http://schemas.openxmlformats.org/officeDocument/2006/relationships/hyperlink" Target="https://www.theintelligent.co.uk/television/2026/bbc-moves-rupauls-drag-race-uk-streaming-platform-part-savings-dr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