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Red, White &amp; Royal Wedding Controversy Puts Set Culture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Aneesh Sheth has spoken publicly about alleged disrespect, pay disparity and being silenced while making Red, White &amp; Royal Wedding, the eagerly awaited sequel now moving towards release. Her comments have resonated with fans because they point to a wider concern: whether trans actors are being properly supported and valued behind the scenes as well as on screen.</w:t>
      </w:r>
      <w:r/>
    </w:p>
    <w:p>
      <w:pPr>
        <w:pStyle w:val="Heading2"/>
      </w:pPr>
      <w:r>
        <w:t>Essential Takeaways</w:t>
      </w:r>
      <w:r/>
      <w:r/>
    </w:p>
    <w:p>
      <w:pPr>
        <w:pStyle w:val="ListBullet"/>
        <w:spacing w:line="240" w:lineRule="auto"/>
        <w:ind w:left="720"/>
      </w:pPr>
      <w:r/>
      <w:r>
        <w:rPr>
          <w:b/>
        </w:rPr>
        <w:t>Aneesh Sheth has spoken out:</w:t>
      </w:r>
      <w:r>
        <w:t xml:space="preserve"> The actor says she experienced alleged pay disparity, disrespect and professional silencing on the sequel.</w:t>
      </w:r>
      <w:r/>
    </w:p>
    <w:p>
      <w:pPr>
        <w:pStyle w:val="ListBullet"/>
        <w:spacing w:line="240" w:lineRule="auto"/>
        <w:ind w:left="720"/>
      </w:pPr>
      <w:r/>
      <w:r>
        <w:rPr>
          <w:b/>
        </w:rPr>
        <w:t>The sequel is complete:</w:t>
      </w:r>
      <w:r>
        <w:t xml:space="preserve"> Production wrapped earlier this year after filming began in 2026.</w:t>
      </w:r>
      <w:r/>
    </w:p>
    <w:p>
      <w:pPr>
        <w:pStyle w:val="ListBullet"/>
        <w:spacing w:line="240" w:lineRule="auto"/>
        <w:ind w:left="720"/>
      </w:pPr>
      <w:r/>
      <w:r>
        <w:rPr>
          <w:b/>
        </w:rPr>
        <w:t>Her comments concern the wider industry:</w:t>
      </w:r>
      <w:r>
        <w:t xml:space="preserve"> She says a casting director described trans actors as a potential commercial liability.</w:t>
      </w:r>
      <w:r/>
    </w:p>
    <w:p>
      <w:pPr>
        <w:pStyle w:val="ListBullet"/>
        <w:spacing w:line="240" w:lineRule="auto"/>
        <w:ind w:left="720"/>
      </w:pPr>
      <w:r/>
      <w:r>
        <w:rPr>
          <w:b/>
        </w:rPr>
        <w:t>Fans are urging restraint:</w:t>
      </w:r>
      <w:r>
        <w:t xml:space="preserve"> Supporters have focused criticism on workplace decision-makers rather than the film's performers.</w:t>
      </w:r>
      <w:r/>
    </w:p>
    <w:p>
      <w:pPr>
        <w:pStyle w:val="ListBullet"/>
        <w:spacing w:line="240" w:lineRule="auto"/>
        <w:ind w:left="720"/>
      </w:pPr>
      <w:r/>
      <w:r>
        <w:rPr>
          <w:b/>
        </w:rPr>
        <w:t>The cast is returning:</w:t>
      </w:r>
      <w:r>
        <w:t xml:space="preserve"> Several familiar faces are reprising their roles alongside the sequel's leads.</w:t>
      </w:r>
      <w:r/>
      <w:r/>
    </w:p>
    <w:p>
      <w:pPr>
        <w:pStyle w:val="Heading2"/>
      </w:pPr>
      <w:r>
        <w:t>Aneesh Sheth's comments have struck a nerve</w:t>
      </w:r>
      <w:r/>
    </w:p>
    <w:p>
      <w:r/>
      <w:r>
        <w:t>Aneesh Sheth's remarks arrived in response to a discussion about discrimination against trans performers. She said her most recent film experience involved alleged "huge pay disparity", disrespect and being silenced, adding that she had expected the production to support her.</w:t>
      </w:r>
      <w:r/>
    </w:p>
    <w:p>
      <w:r/>
      <w:r>
        <w:t>The actor was referring to Red, White &amp; Royal Wedding, in which she returns as Secret Service agent Amy Gupta. Her comments quickly spread among fans of the franchise, many of whom expressed solidarity while trying not to direct anger at fellow cast members.</w:t>
      </w:r>
      <w:r/>
    </w:p>
    <w:p>
      <w:r/>
      <w:r>
        <w:t>That distinction matters. Sheth's words appear aimed at the structures and people making employment decisions, rather than at the actors sharing the screen with her. The online response has therefore been unusually careful for a film controversy, with supporters asking for accountability without turning the sequel's cast into targets.</w:t>
      </w:r>
      <w:r/>
    </w:p>
    <w:p>
      <w:pPr>
        <w:pStyle w:val="Heading2"/>
      </w:pPr>
      <w:r>
        <w:t>A long-awaited sequel is now under a brighter spotlight</w:t>
      </w:r>
      <w:r/>
    </w:p>
    <w:p>
      <w:r/>
      <w:r>
        <w:t>Red, White &amp; Royal Wedding follows the popular romantic drama Red, White &amp; Royal Blue, bringing back its central royal and political love story for another chapter. Industry coverage has confirmed the return of several key performers, helping maintain the recognisable ensemble that made the first film such a talking point.</w:t>
      </w:r>
      <w:r/>
    </w:p>
    <w:p>
      <w:r/>
      <w:r>
        <w:t>Production began in early 2026 and later wrapped, putting the project firmly into its next phase. That makes Sheth's comments especially significant: attention that might otherwise centre on casting and release plans is now also focused on the workplace conditions surrounding the production.</w:t>
      </w:r>
      <w:r/>
    </w:p>
    <w:p>
      <w:r/>
      <w:r>
        <w:t>For fans, it's a complicated mix. They can be excited to see familiar characters return while still taking seriously an actor's account of what happened during filming. Enjoying a film and asking difficult questions about its production aren't mutually exclusive.</w:t>
      </w:r>
      <w:r/>
    </w:p>
    <w:p>
      <w:pPr>
        <w:pStyle w:val="Heading2"/>
      </w:pPr>
      <w:r>
        <w:t>Sheth says the problem goes beyond one production</w:t>
      </w:r>
      <w:r/>
    </w:p>
    <w:p>
      <w:r/>
      <w:r>
        <w:t>In follow-up comments, Sheth said she had worked in the industry for almost three decades but had struggled to find employment in recent years. She also said a casting director told her producers might view hiring trans actors as a risk because of the current political climate and fears about audience reaction.</w:t>
      </w:r>
      <w:r/>
    </w:p>
    <w:p>
      <w:r/>
      <w:r>
        <w:t>That allegation speaks to a wider anxiety in entertainment: the idea that performers may be judged not on their ability, but on assumptions about whether their identity will affect a project's commercial prospects. It's a particularly bleak calculation in an industry that often celebrates representation publicly while offering fewer opportunities privately.</w:t>
      </w:r>
      <w:r/>
    </w:p>
    <w:p>
      <w:r/>
      <w:r>
        <w:t>Her comments also echo concerns raised by other trans performers about visibility, access and career longevity. In practical terms, fair treatment means more than putting diverse faces in a cast list. It includes transparent pay, respectful communication, meaningful support and the chance to work without being treated as a problem to manage.</w:t>
      </w:r>
      <w:r/>
    </w:p>
    <w:p>
      <w:pPr>
        <w:pStyle w:val="Heading2"/>
      </w:pPr>
      <w:r>
        <w:t>Support from colleagues adds a human note</w:t>
      </w:r>
      <w:r/>
    </w:p>
    <w:p>
      <w:r/>
      <w:r>
        <w:t>Co-star Ian McIntyre publicly backed Sheth, telling her that she didn't deserve the treatment she described and that people who knew her understood how she should have been treated. She replied that he had supported her first-hand and called their friendship one positive outcome of the experience.</w:t>
      </w:r>
      <w:r/>
    </w:p>
    <w:p>
      <w:r/>
      <w:r>
        <w:t>That exchange brought a softer, more personal moment to an otherwise serious discussion. It also suggested that workplace experiences can vary sharply within the same production, with solidarity from colleagues offering comfort even when institutional support feels absent.</w:t>
      </w:r>
      <w:r/>
    </w:p>
    <w:p>
      <w:r/>
      <w:r>
        <w:t>Sheth later thanked people who had contacted her, while making clear that she couldn't yet share everything. Her decision to step back from social media before returning to acknowledge the support is a reminder that public attention can be both validating and overwhelming.</w:t>
      </w:r>
      <w:r/>
    </w:p>
    <w:p>
      <w:pPr>
        <w:pStyle w:val="Heading2"/>
      </w:pPr>
      <w:r>
        <w:t>What happens next for Red, White &amp; Royal Wedding?</w:t>
      </w:r>
      <w:r/>
    </w:p>
    <w:p>
      <w:r/>
      <w:r>
        <w:t>For now, the film's release plans and story remain the main focus for audiences, but Sheth's allegations are unlikely to disappear. The studio and production team may face questions about workplace practices, pay transparency and how concerns raised by cast members are handled.</w:t>
      </w:r>
      <w:r/>
    </w:p>
    <w:p>
      <w:r/>
      <w:r>
        <w:t>Viewers who want to support Sheth can do so without harassing other performers or flooding the production's social channels. Listening carefully, sharing her words responsibly and allowing space for further information are more constructive than online pile-ons.</w:t>
      </w:r>
      <w:r/>
    </w:p>
    <w:p>
      <w:r/>
      <w:r>
        <w:t>The sequel still has plenty of goodwill behind it, but goodwill works best when it extends to everyone involved in making the film. A glossy royal romance may be the product on screen; behind it, fair treatment is the standard audiences increasingly expect.</w:t>
      </w:r>
      <w:r/>
    </w:p>
    <w:p>
      <w:r/>
      <w:r>
        <w:t>A sequel can bring back beloved characters, but it can't leave workplace concerns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https://www.justjared.com/2026/09/13/aneesh-sheth-says-she-faced-disrespect-was-silenced-on-red-white-royal-wedding-set/</w:t>
        </w:r>
      </w:hyperlink>
      <w:r>
        <w:t xml:space="preserve"> - Please view link - unable to able to access data</w:t>
      </w:r>
      <w:r/>
    </w:p>
    <w:p>
      <w:pPr>
        <w:pStyle w:val="ListNumber"/>
        <w:spacing w:line="240" w:lineRule="auto"/>
        <w:ind w:left="720"/>
      </w:pPr>
      <w:r/>
      <w:hyperlink r:id="rId9">
        <w:r>
          <w:rPr>
            <w:color w:val="0000EE"/>
            <w:u w:val="single"/>
          </w:rPr>
          <w:t>https://www.justjared.com/2026/09/13/aneesh-sheth-says-she-faced-disrespect-was-silenced-on-red-white-royal-wedding-set/</w:t>
        </w:r>
      </w:hyperlink>
      <w:r>
        <w:t xml:space="preserve"> - Aneesh Sheth, a 44-year-old transgender actress, has shared her negative experiences on the set of 'Red, White &amp; Royal Wedding', the sequel to 'Red, White &amp; Royal Blue'. She reported facing significant pay disparities, disrespect, invalidation, and being silenced during production. Sheth recounted a casting director telling her that producers view hiring transgender actors as a liability, which has led to her being out of work for over four years. She expressed gratitude for the support from fans and colleagues, including co-star Ian McIntyre, who offered her unwavering support.</w:t>
      </w:r>
      <w:r/>
    </w:p>
    <w:p>
      <w:pPr>
        <w:pStyle w:val="ListNumber"/>
        <w:spacing w:line="240" w:lineRule="auto"/>
        <w:ind w:left="720"/>
      </w:pPr>
      <w:r/>
      <w:hyperlink r:id="rId10">
        <w:r>
          <w:rPr>
            <w:color w:val="0000EE"/>
            <w:u w:val="single"/>
          </w:rPr>
          <w:t>https://www.cinemaexpress.com/english/news/2026/Jan/22/uma-thurman-sarah-shahi-rachel-hilson-and-others-to-reprise-roles-in-red-white-royal-wedding</w:t>
        </w:r>
      </w:hyperlink>
      <w:r>
        <w:t xml:space="preserve"> - The upcoming sequel to 'Red, White &amp; Royal Blue', titled 'Red, White &amp; Royal Wedding', has announced the return of several cast members. Uma Thurman, Sarah Shahi, and Rachel Hilson are set to reprise their roles, with Nicholas Galitzine and Taylor Zakhar Perez returning as Prince Henry and Alex Claremont-Diaz, respectively. The film is directed by Jamie Babbit and produced by Amazon MGM Studios, continuing the story of the romance between Alex and Prince Henry.</w:t>
      </w:r>
      <w:r/>
    </w:p>
    <w:p>
      <w:pPr>
        <w:pStyle w:val="ListNumber"/>
        <w:spacing w:line="240" w:lineRule="auto"/>
        <w:ind w:left="720"/>
      </w:pPr>
      <w:r/>
      <w:hyperlink r:id="rId11">
        <w:r>
          <w:rPr>
            <w:color w:val="0000EE"/>
            <w:u w:val="single"/>
          </w:rPr>
          <w:t>https://www.cinemaexpress.com/english/news/2026/Mar/07/red-white-royal-wedding-wraps-filming</w:t>
        </w:r>
      </w:hyperlink>
      <w:r>
        <w:t xml:space="preserve"> - Filming for 'Red, White &amp; Royal Wedding', the sequel to 'Red, White &amp; Royal Blue', has concluded after two months of production. The film, directed by Jamie Babbit, features returning cast members including Nicholas Galitzine and Taylor Zakhar Perez as Prince Henry and Alex Claremont-Diaz. The sequel continues the story of their romance, with the original film having been released in 2023.</w:t>
      </w:r>
      <w:r/>
    </w:p>
    <w:p>
      <w:pPr>
        <w:pStyle w:val="ListNumber"/>
        <w:spacing w:line="240" w:lineRule="auto"/>
        <w:ind w:left="720"/>
      </w:pPr>
      <w:r/>
      <w:hyperlink r:id="rId12">
        <w:r>
          <w:rPr>
            <w:color w:val="0000EE"/>
            <w:u w:val="single"/>
          </w:rPr>
          <w:t>https://www.cinemaexpress.com/english/news/2026/Jan/19/red-white-royal-wedding-commences-production</w:t>
        </w:r>
      </w:hyperlink>
      <w:r>
        <w:t xml:space="preserve"> - Production for 'Red, White &amp; Royal Wedding', the sequel to 'Red, White &amp; Royal Blue', has officially begun. The film stars Nicholas Galitzine and Taylor Zakhar Perez, who reprise their roles as Prince Henry and Alex Claremont-Diaz. The production is directed by Jamie Babbit, with filming taking place in London and New York. The sequel continues the story of the romance between Alex and Prince Henry.</w:t>
      </w:r>
      <w:r/>
    </w:p>
    <w:p>
      <w:pPr>
        <w:pStyle w:val="ListNumber"/>
        <w:spacing w:line="240" w:lineRule="auto"/>
        <w:ind w:left="720"/>
      </w:pPr>
      <w:r/>
      <w:hyperlink r:id="rId13">
        <w:r>
          <w:rPr>
            <w:color w:val="0000EE"/>
            <w:u w:val="single"/>
          </w:rPr>
          <w:t>https://www.kirkusreviews.com/news-and-features/articles/new-actors-join-cast-of-royal-blue-sequel/</w:t>
        </w:r>
      </w:hyperlink>
      <w:r>
        <w:t xml:space="preserve"> - The cast of 'Red, White &amp; Royal Wedding', the sequel to 'Red, White &amp; Royal Blue', has expanded with the addition of new actors Henry Ashton and Alex Høgh Andersen. The film continues the story of Alex Claremont-Diaz and Prince Henry, with returning cast members including Uma Thurman, Sarah Shahi, Rachel Hilson, Stephen Fry, and Aneesh Sheth. The sequel is directed by Jamie Babbit and produced by Amazon MGM Studios.</w:t>
      </w:r>
      <w:r/>
    </w:p>
    <w:p>
      <w:pPr>
        <w:pStyle w:val="ListNumber"/>
        <w:spacing w:line="240" w:lineRule="auto"/>
        <w:ind w:left="720"/>
      </w:pPr>
      <w:r/>
      <w:hyperlink r:id="rId14">
        <w:r>
          <w:rPr>
            <w:color w:val="0000EE"/>
            <w:u w:val="single"/>
          </w:rPr>
          <w:t>https://www.productionlist.com/production/red-white-royal-wedding</w:t>
        </w:r>
      </w:hyperlink>
      <w:r>
        <w:t xml:space="preserve"> - The production details for 'Red, White &amp; Royal Wedding', the sequel to 'Red, White &amp; Royal Blue', have been listed. The film is directed by Jamie Babbit, with casting directors Rich Delia and Kelly Valentine Hendry. The production is scheduled to shoot in London, England, and New York, NY, starting in January 2026. The film is produced by Big Indie Pictures, Amazon MGM Studios, and Berlanti Schechter Productions.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jared.com/2026/09/13/aneesh-sheth-says-she-faced-disrespect-was-silenced-on-red-white-royal-wedding-set/" TargetMode="External"/><Relationship Id="rId10" Type="http://schemas.openxmlformats.org/officeDocument/2006/relationships/hyperlink" Target="https://www.cinemaexpress.com/english/news/2026/Jan/22/uma-thurman-sarah-shahi-rachel-hilson-and-others-to-reprise-roles-in-red-white-royal-wedding" TargetMode="External"/><Relationship Id="rId11" Type="http://schemas.openxmlformats.org/officeDocument/2006/relationships/hyperlink" Target="https://www.cinemaexpress.com/english/news/2026/Mar/07/red-white-royal-wedding-wraps-filming" TargetMode="External"/><Relationship Id="rId12" Type="http://schemas.openxmlformats.org/officeDocument/2006/relationships/hyperlink" Target="https://www.cinemaexpress.com/english/news/2026/Jan/19/red-white-royal-wedding-commences-production" TargetMode="External"/><Relationship Id="rId13" Type="http://schemas.openxmlformats.org/officeDocument/2006/relationships/hyperlink" Target="https://www.kirkusreviews.com/news-and-features/articles/new-actors-join-cast-of-royal-blue-sequel/" TargetMode="External"/><Relationship Id="rId14" Type="http://schemas.openxmlformats.org/officeDocument/2006/relationships/hyperlink" Target="https://www.productionlist.com/production/red-white-royal-wed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