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James Talarico’s Texas Senate shift on trans rights sparks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Texas Senate hopeful James Talarico is facing criticism from LGBTQ+ advocates after revising his views on transgender healthcare, sex and school sport. His recent Fox News interview has reopened a difficult question for progressive voters: is this a pragmatic attempt to win statewide, or a retreat on rights that matter deeply to trans Texans?</w:t>
      </w:r>
      <w:r/>
    </w:p>
    <w:p>
      <w:pPr>
        <w:pStyle w:val="Heading2"/>
      </w:pPr>
      <w:r>
        <w:t>Essential Takeaways</w:t>
      </w:r>
      <w:r/>
      <w:r/>
    </w:p>
    <w:p>
      <w:pPr>
        <w:pStyle w:val="ListBullet"/>
        <w:spacing w:line="240" w:lineRule="auto"/>
        <w:ind w:left="720"/>
      </w:pPr>
      <w:r/>
      <w:r>
        <w:rPr>
          <w:b/>
        </w:rPr>
        <w:t>Healthcare reversal:</w:t>
      </w:r>
      <w:r>
        <w:t xml:space="preserve"> Talarico said he’d support a national ban on gender-transition surgeries for minors, despite opposing Texas’s earlier ban.</w:t>
      </w:r>
      <w:r/>
    </w:p>
    <w:p>
      <w:pPr>
        <w:pStyle w:val="ListBullet"/>
        <w:spacing w:line="240" w:lineRule="auto"/>
        <w:ind w:left="720"/>
      </w:pPr>
      <w:r/>
      <w:r>
        <w:rPr>
          <w:b/>
        </w:rPr>
        <w:t>Changed language:</w:t>
      </w:r>
      <w:r>
        <w:t xml:space="preserve"> He acknowledged that his past claim about six biological sexes was incorrect.</w:t>
      </w:r>
      <w:r/>
    </w:p>
    <w:p>
      <w:pPr>
        <w:pStyle w:val="ListBullet"/>
        <w:spacing w:line="240" w:lineRule="auto"/>
        <w:ind w:left="720"/>
      </w:pPr>
      <w:r/>
      <w:r>
        <w:rPr>
          <w:b/>
        </w:rPr>
        <w:t>Sports position:</w:t>
      </w:r>
      <w:r>
        <w:t xml:space="preserve"> He now says he’d oppose trans girls competing in girls’ sport where he believes safety or fairness is at risk.</w:t>
      </w:r>
      <w:r/>
    </w:p>
    <w:p>
      <w:pPr>
        <w:pStyle w:val="ListBullet"/>
        <w:spacing w:line="240" w:lineRule="auto"/>
        <w:ind w:left="720"/>
      </w:pPr>
      <w:r/>
      <w:r>
        <w:rPr>
          <w:b/>
        </w:rPr>
        <w:t>LGBTQ+ anger:</w:t>
      </w:r>
      <w:r>
        <w:t xml:space="preserve"> Advocates argue the shift gives credibility to Republican talking points and leaves trans young people feeling exposed.</w:t>
      </w:r>
      <w:r/>
    </w:p>
    <w:p>
      <w:pPr>
        <w:pStyle w:val="ListBullet"/>
        <w:spacing w:line="240" w:lineRule="auto"/>
        <w:ind w:left="720"/>
      </w:pPr>
      <w:r/>
      <w:r>
        <w:rPr>
          <w:b/>
        </w:rPr>
        <w:t>Election stakes:</w:t>
      </w:r>
      <w:r>
        <w:t xml:space="preserve"> The controversy arrives as Talarico competes with Republican Ken Paxton in a closely watched Texas Senate race.</w:t>
      </w:r>
      <w:r/>
      <w:r/>
    </w:p>
    <w:p>
      <w:pPr>
        <w:pStyle w:val="Heading2"/>
      </w:pPr>
      <w:r>
        <w:t>A sharper turn on transgender policy</w:t>
      </w:r>
      <w:r/>
    </w:p>
    <w:p>
      <w:r/>
      <w:r>
        <w:t>The strongest reaction centres on Talarico’s new position on medical care for transgender minors. In a Fox News interview, he said he would “absolutely” support a national ban on gender-transition surgeries for children, a notable change from his opposition to Texas Senate Bill 14, according to Mediaite.</w:t>
      </w:r>
      <w:r/>
    </w:p>
    <w:p>
      <w:r/>
      <w:r>
        <w:t>That earlier stance had been forceful. Talarico criticised the state measure before it became law, describing it as dangerous and accusing its supporters of pushing an extreme ideological agenda. His newer answer, by contrast, presents him as willing to back a restriction that many LGBTQ+ advocates regard as an attack on trans healthcare.</w:t>
      </w:r>
      <w:r/>
    </w:p>
    <w:p>
      <w:r/>
      <w:r>
        <w:t>The political calculation is easy to see, even if the reaction is not hard to predict. Texas is a conservative state, and a Democratic candidate seeking statewide office faces pressure to reassure voters who may be uneasy about transgender issues. But for trans voters, that reassurance can sound less like moderation and more like abandonment.</w:t>
      </w:r>
      <w:r/>
    </w:p>
    <w:p>
      <w:pPr>
        <w:pStyle w:val="Heading2"/>
      </w:pPr>
      <w:r>
        <w:t>Why the sports comments have landed badly</w:t>
      </w:r>
      <w:r/>
    </w:p>
    <w:p>
      <w:r/>
      <w:r>
        <w:t>Talarico also revised his position on trans athletes in girls’ sport. He previously argued that some values mattered more than perfectly equal competition. Now, he says he’d oppose trans athletes playing in girls’ competitions when he believes participation could compromise safety or fairness, as reported by KERA News.</w:t>
      </w:r>
      <w:r/>
    </w:p>
    <w:p>
      <w:r/>
      <w:r>
        <w:t>That qualification has drawn criticism because it leaves the key terms open to interpretation. What counts as a genuine safety risk? Who decides whether a competition is fair? For families navigating school policies, those aren't abstract questions, but practical decisions that can determine whether a child gets to take part at all.</w:t>
      </w:r>
      <w:r/>
    </w:p>
    <w:p>
      <w:r/>
      <w:r>
        <w:t>Equality Texas chief executive Brad Pritchett said fairness should include trans pupils, not be used to exclude them. The Texas Tribune also reported criticism of Talarico’s revised position, underlining how quickly school sport has become a defining political test for candidates across the United States.</w:t>
      </w:r>
      <w:r/>
    </w:p>
    <w:p>
      <w:pPr>
        <w:pStyle w:val="Heading2"/>
      </w:pPr>
      <w:r>
        <w:t>A correction on sex, but little political relief</w:t>
      </w:r>
      <w:r/>
    </w:p>
    <w:p>
      <w:r/>
      <w:r>
        <w:t>The candidate also walked back his 2021 statement that there are six biological sexes. He told Fox News that he had “missed the mark” and meant to say there are two sexes, alongside a small percentage of people with genetic variations.</w:t>
      </w:r>
      <w:r/>
    </w:p>
    <w:p>
      <w:r/>
      <w:r>
        <w:t>That clarification may have been intended to close down an old line of attack, but it risks satisfying neither side. Conservatives can present it as evidence of a retreat from progressive politics, while LGBTQ+ advocates may see it as another example of a candidate reshaping his language under electoral pressure.</w:t>
      </w:r>
      <w:r/>
    </w:p>
    <w:p>
      <w:r/>
      <w:r>
        <w:t>Politics rarely rewards a neat correction when the original remark has already travelled widely. Once a statement becomes part of a campaign’s identity, changing it can look less like intellectual honesty and more like repositioning, particularly when several related positions shift at the same time.</w:t>
      </w:r>
      <w:r/>
    </w:p>
    <w:p>
      <w:pPr>
        <w:pStyle w:val="Heading2"/>
      </w:pPr>
      <w:r>
        <w:t>Progressive voters are now weighing the alternative</w:t>
      </w:r>
      <w:r/>
    </w:p>
    <w:p>
      <w:r/>
      <w:r>
        <w:t>The backlash doesn't necessarily mean Talarico has lost the support of left-leaning Texans. Some critics have made clear that Republican candidate Ken Paxton remains the less acceptable option, even as they describe Talarico’s comments as harmful or deeply disappointing.</w:t>
      </w:r>
      <w:r/>
    </w:p>
    <w:p>
      <w:r/>
      <w:r>
        <w:t>That tension is especially sharp for trans voters. One Texas voter told the Houston Chronicle she felt conflicted about backing a Democrat who appeared prepared to compromise on trans rights, while still fearing what a Republican victory would mean. It’s an uncomfortable calculation: vote for the candidate whose position feels safer overall, or refuse to endorse a platform that has moved away from your community.</w:t>
      </w:r>
      <w:r/>
    </w:p>
    <w:p>
      <w:r/>
      <w:r>
        <w:t>The broader race adds pressure. Recent polling has reportedly given Talarico an advantage in parts of Texas, while Republican-aligned groups have invested heavily in boosting Paxton. With Donald Trump warning that a Democratic Texas would mark a historic political collapse for Republicans, every cultural issue is likely to receive extra attention.</w:t>
      </w:r>
      <w:r/>
    </w:p>
    <w:p>
      <w:pPr>
        <w:pStyle w:val="Heading2"/>
      </w:pPr>
      <w:r>
        <w:t>Talarico’s gamble could define the race</w:t>
      </w:r>
      <w:r/>
    </w:p>
    <w:p>
      <w:r/>
      <w:r>
        <w:t>For Talarico, the shift may be an attempt to make a Democratic Senate campaign competitive beyond the party’s urban strongholds. Yet the immediate cost is trust, and trust is particularly fragile when voters believe a candidate is speaking about their healthcare, safety or place in public life.</w:t>
      </w:r>
      <w:r/>
    </w:p>
    <w:p>
      <w:r/>
      <w:r>
        <w:t>The coming campaign will show whether this repositioning wins enough support from moderate voters to offset disillusionment among progressives and LGBTQ+ Texans. For now, the message from advocates is clear: they may still prefer Talarico to Paxton, but they won’t treat his changes as harmless campaign polish.</w:t>
      </w:r>
      <w:r/>
    </w:p>
    <w:p>
      <w:r/>
      <w:r>
        <w:t>For voters, the debate is less about one interview than about whether a candidate’s principles hold steady when the political weather turns rough.</w:t>
      </w:r>
      <w:r/>
    </w:p>
    <w:p>
      <w:r/>
      <w:r>
        <w:t>A statewide campaign may demand compromise, but trans Texans are asking where the line will be drawn.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[4]</w:t>
        </w:r>
      </w:hyperlink>
      <w:r>
        <w:t xml:space="preserve">, </w:t>
      </w:r>
      <w:hyperlink r:id="rId10">
        <w:r>
          <w:rPr>
            <w:color w:val="0000EE"/>
            <w:u w:val="single"/>
          </w:rPr>
          <w:t>[6]</w:t>
        </w:r>
      </w:hyperlink>
      <w:r>
        <w:t xml:space="preserve">- Paragraph 5: </w:t>
      </w:r>
      <w:hyperlink r:id="rId11">
        <w:r>
          <w:rPr>
            <w:color w:val="0000EE"/>
            <w:u w:val="single"/>
          </w:rPr>
          <w:t>[3]</w:t>
        </w:r>
      </w:hyperlink>
      <w:r>
        <w:t xml:space="preserve">, </w:t>
      </w:r>
      <w:hyperlink r:id="rId11">
        <w:r>
          <w:rPr>
            <w:color w:val="0000EE"/>
            <w:u w:val="single"/>
          </w:rPr>
          <w:t>[5]</w:t>
        </w:r>
      </w:hyperlink>
      <w:r>
        <w:t xml:space="preserve">- Paragraph 6: </w:t>
      </w:r>
      <w:hyperlink r:id="rId10">
        <w:r>
          <w:rPr>
            <w:color w:val="0000EE"/>
            <w:u w:val="single"/>
          </w:rPr>
          <w:t>[2]</w:t>
        </w:r>
      </w:hyperlink>
      <w:r>
        <w:t xml:space="preserve">, </w:t>
      </w:r>
      <w:hyperlink r:id="rId10">
        <w:r>
          <w:rPr>
            <w:color w:val="0000EE"/>
            <w:u w:val="single"/>
          </w:rPr>
          <w:t>[4]</w:t>
        </w:r>
      </w:hyperlink>
      <w:r>
        <w:t xml:space="preserve">- Paragraph 7: </w:t>
      </w:r>
      <w:hyperlink r:id="rId11">
        <w:r>
          <w:rPr>
            <w:color w:val="0000EE"/>
            <w:u w:val="single"/>
          </w:rPr>
          <w:t>[3]</w:t>
        </w:r>
      </w:hyperlink>
      <w:r>
        <w:t xml:space="preserve">, </w:t>
      </w:r>
      <w:hyperlink r:id="rId11">
        <w:r>
          <w:rPr>
            <w:color w:val="0000EE"/>
            <w:u w:val="single"/>
          </w:rPr>
          <w:t>[5]</w:t>
        </w:r>
      </w:hyperlink>
      <w:r>
        <w:t xml:space="preserve">- Paragraph 8: </w:t>
      </w:r>
      <w:hyperlink r:id="rId10">
        <w:r>
          <w:rPr>
            <w:color w:val="0000EE"/>
            <w:u w:val="single"/>
          </w:rPr>
          <w:t>[2]</w:t>
        </w:r>
      </w:hyperlink>
      <w:r>
        <w:t xml:space="preserve">, </w:t>
      </w:r>
      <w:hyperlink r:id="rId10">
        <w:r>
          <w:rPr>
            <w:color w:val="0000EE"/>
            <w:u w:val="single"/>
          </w:rPr>
          <w:t>[6]</w:t>
        </w:r>
      </w:hyperlink>
      <w:r>
        <w:t xml:space="preserve">- Paragraph 9: </w:t>
      </w:r>
      <w:hyperlink r:id="rId11">
        <w:r>
          <w:rPr>
            <w:color w:val="0000EE"/>
            <w:u w:val="single"/>
          </w:rPr>
          <w:t>[3]</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0">
        <w:r>
          <w:rPr>
            <w:color w:val="0000EE"/>
            <w:u w:val="single"/>
          </w:rPr>
          <w:t>[4]</w:t>
        </w:r>
      </w:hyperlink>
      <w:r>
        <w:t xml:space="preserve">- Paragraph 11: </w:t>
      </w:r>
      <w:hyperlink r:id="rId11">
        <w:r>
          <w:rPr>
            <w:color w:val="0000EE"/>
            <w:u w:val="single"/>
          </w:rPr>
          <w:t>[3]</w:t>
        </w:r>
      </w:hyperlink>
      <w:r>
        <w:t xml:space="preserve">, </w:t>
      </w:r>
      <w:hyperlink r:id="rId10">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https://www.mediaite.com/politics/trans-advocates-slam-james-talarico-for-flip-flopping-on-trans-views-i-see-a-man-thats-going-to-compromise-on-our-rights/</w:t>
        </w:r>
      </w:hyperlink>
      <w:r>
        <w:t xml:space="preserve"> - Please view link - unable to able to access data</w:t>
      </w:r>
      <w:r/>
    </w:p>
    <w:p>
      <w:pPr>
        <w:pStyle w:val="ListNumber"/>
        <w:spacing w:line="240" w:lineRule="auto"/>
        <w:ind w:left="720"/>
      </w:pPr>
      <w:r/>
      <w:hyperlink r:id="rId10">
        <w:r>
          <w:rPr>
            <w:color w:val="0000EE"/>
            <w:u w:val="single"/>
          </w:rPr>
          <w:t>https://www.keranews.org/news/2026-09-09/in-reversal-james-talarico-says-he-opposes-trans-athletes-in-girls-sports-if-it-risks-safety-or-fairness?_amp=true</w:t>
        </w:r>
      </w:hyperlink>
      <w:r>
        <w:t xml:space="preserve"> - Democratic U.S. Senate nominee James Talarico has reversed his previous stance on transgender student-athletes competing in girls' sports. In a recent Fox News interview, Talarico stated that he opposes such participation 'if it endangers safety or fairness,' a shift from his earlier position as a Texas state representative where he opposed restrictions on trans athletes. This change has sparked criticism from LGBTQ+ advocates who view it as a compromise on trans rights. (</w:t>
      </w:r>
      <w:hyperlink r:id="rId12">
        <w:r>
          <w:rPr>
            <w:color w:val="0000EE"/>
            <w:u w:val="single"/>
          </w:rPr>
          <w:t>keranews.org</w:t>
        </w:r>
      </w:hyperlink>
      <w:r>
        <w:t>)</w:t>
      </w:r>
      <w:r/>
    </w:p>
    <w:p>
      <w:pPr>
        <w:pStyle w:val="ListNumber"/>
        <w:spacing w:line="240" w:lineRule="auto"/>
        <w:ind w:left="720"/>
      </w:pPr>
      <w:r/>
      <w:hyperlink r:id="rId11">
        <w:r>
          <w:rPr>
            <w:color w:val="0000EE"/>
            <w:u w:val="single"/>
          </w:rPr>
          <w:t>https://www.texastribune.org/2026/09/09/james-talarico-trans-sports-reversal-lgbtq-rights-texas-us-senate-race/</w:t>
        </w:r>
      </w:hyperlink>
      <w:r>
        <w:t xml:space="preserve"> - James Talarico, the Democratic nominee for the U.S. Senate from Texas, has altered his position on transgender student-athletes participating in girls' sports. Previously, as a state representative, Talarico opposed restrictions on trans athletes. However, in a recent Fox News interview, he stated that he would oppose trans athletes playing in girls' sports if it risks safety or fairness. This reversal has drawn criticism from LGBTQ+ rights groups. (</w:t>
      </w:r>
      <w:hyperlink r:id="rId13">
        <w:r>
          <w:rPr>
            <w:color w:val="0000EE"/>
            <w:u w:val="single"/>
          </w:rPr>
          <w:t>texastribune.org</w:t>
        </w:r>
      </w:hyperlink>
      <w:r>
        <w:t>)</w:t>
      </w:r>
      <w:r/>
    </w:p>
    <w:p>
      <w:pPr>
        <w:pStyle w:val="ListNumber"/>
        <w:spacing w:line="240" w:lineRule="auto"/>
        <w:ind w:left="720"/>
      </w:pPr>
      <w:r/>
      <w:hyperlink r:id="rId10">
        <w:r>
          <w:rPr>
            <w:color w:val="0000EE"/>
            <w:u w:val="single"/>
          </w:rPr>
          <w:t>https://www.keranews.org/news/2026-09-09/in-reversal-james-talarico-says-he-opposes-trans-athletes-in-girls-sports-if-it-risks-safety-or-fairness?_amp=true</w:t>
        </w:r>
      </w:hyperlink>
      <w:r>
        <w:t xml:space="preserve"> - Democratic U.S. Senate nominee James Talarico has reversed his previous stance on transgender student-athletes competing in girls' sports. In a recent Fox News interview, Talarico stated that he opposes such participation 'if it endangers safety or fairness,' a shift from his earlier position as a Texas state representative where he opposed restrictions on trans athletes. This change has sparked criticism from LGBTQ+ advocates who view it as a compromise on trans rights. (</w:t>
      </w:r>
      <w:hyperlink r:id="rId12">
        <w:r>
          <w:rPr>
            <w:color w:val="0000EE"/>
            <w:u w:val="single"/>
          </w:rPr>
          <w:t>keranews.org</w:t>
        </w:r>
      </w:hyperlink>
      <w:r>
        <w:t>)</w:t>
      </w:r>
      <w:r/>
    </w:p>
    <w:p>
      <w:pPr>
        <w:pStyle w:val="ListNumber"/>
        <w:spacing w:line="240" w:lineRule="auto"/>
        <w:ind w:left="720"/>
      </w:pPr>
      <w:r/>
      <w:hyperlink r:id="rId11">
        <w:r>
          <w:rPr>
            <w:color w:val="0000EE"/>
            <w:u w:val="single"/>
          </w:rPr>
          <w:t>https://www.texastribune.org/2026/09/09/james-talarico-trans-sports-reversal-lgbtq-rights-texas-us-senate-race/</w:t>
        </w:r>
      </w:hyperlink>
      <w:r>
        <w:t xml:space="preserve"> - James Talarico, the Democratic nominee for the U.S. Senate from Texas, has altered his position on transgender student-athletes participating in girls' sports. Previously, as a state representative, Talarico opposed restrictions on trans athletes. However, in a recent Fox News interview, he stated that he would oppose trans athletes playing in girls' sports if it risks safety or fairness. This reversal has drawn criticism from LGBTQ+ rights groups. (</w:t>
      </w:r>
      <w:hyperlink r:id="rId13">
        <w:r>
          <w:rPr>
            <w:color w:val="0000EE"/>
            <w:u w:val="single"/>
          </w:rPr>
          <w:t>texastribune.org</w:t>
        </w:r>
      </w:hyperlink>
      <w:r>
        <w:t>)</w:t>
      </w:r>
      <w:r/>
    </w:p>
    <w:p>
      <w:pPr>
        <w:pStyle w:val="ListNumber"/>
        <w:spacing w:line="240" w:lineRule="auto"/>
        <w:ind w:left="720"/>
      </w:pPr>
      <w:r/>
      <w:hyperlink r:id="rId10">
        <w:r>
          <w:rPr>
            <w:color w:val="0000EE"/>
            <w:u w:val="single"/>
          </w:rPr>
          <w:t>https://www.keranews.org/news/2026-09-09/in-reversal-james-talarico-says-he-opposes-trans-athletes-in-girls-sports-if-it-risks-safety-or-fairness?_amp=true</w:t>
        </w:r>
      </w:hyperlink>
      <w:r>
        <w:t xml:space="preserve"> - Democratic U.S. Senate nominee James Talarico has reversed his previous stance on transgender student-athletes competing in girls' sports. In a recent Fox News interview, Talarico stated that he opposes such participation 'if it endangers safety or fairness,' a shift from his earlier position as a Texas state representative where he opposed restrictions on trans athletes. This change has sparked criticism from LGBTQ+ advocates who view it as a compromise on trans rights. (</w:t>
      </w:r>
      <w:hyperlink r:id="rId12">
        <w:r>
          <w:rPr>
            <w:color w:val="0000EE"/>
            <w:u w:val="single"/>
          </w:rPr>
          <w:t>keranews.org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diaite.com/politics/trans-advocates-slam-james-talarico-for-flip-flopping-on-trans-views-i-see-a-man-thats-going-to-compromise-on-our-rights/" TargetMode="External"/><Relationship Id="rId10" Type="http://schemas.openxmlformats.org/officeDocument/2006/relationships/hyperlink" Target="https://www.keranews.org/news/2026-09-09/in-reversal-james-talarico-says-he-opposes-trans-athletes-in-girls-sports-if-it-risks-safety-or-fairness?_amp=true" TargetMode="External"/><Relationship Id="rId11" Type="http://schemas.openxmlformats.org/officeDocument/2006/relationships/hyperlink" Target="https://www.texastribune.org/2026/09/09/james-talarico-trans-sports-reversal-lgbtq-rights-texas-us-senate-race/" TargetMode="External"/><Relationship Id="rId12" Type="http://schemas.openxmlformats.org/officeDocument/2006/relationships/hyperlink" Target="https://www.keranews.org/news/2026-09-09/in-reversal-james-talarico-says-he-opposes-trans-athletes-in-girls-sports-if-it-risks-safety-or-fairness?_amp=true&amp;utm_source=openai" TargetMode="External"/><Relationship Id="rId13" Type="http://schemas.openxmlformats.org/officeDocument/2006/relationships/hyperlink" Target="https://www.texastribune.org/2026/09/09/james-talarico-trans-sports-reversal-lgbtq-rights-texas-us-senate-rac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