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Philadelphia polycule makes communal living work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Philadelphia polycule is showing how a multi-partner household can organise love, money and daily life under one roof. Six adults share a rented rowhouse, divide chores and care for pets, offering a vivid look at why some people are exploring polyamorous families and community-based living.</w:t>
      </w:r>
      <w:r/>
    </w:p>
    <w:p>
      <w:pPr>
        <w:pStyle w:val="Heading2"/>
      </w:pPr>
      <w:r>
        <w:t>Essential Takeaways</w:t>
      </w:r>
      <w:r/>
      <w:r/>
    </w:p>
    <w:p>
      <w:pPr>
        <w:pStyle w:val="ListBullet"/>
        <w:spacing w:line="240" w:lineRule="auto"/>
        <w:ind w:left="720"/>
      </w:pPr>
      <w:r/>
      <w:r>
        <w:rPr>
          <w:b/>
        </w:rPr>
        <w:t>Six adults share one home:</w:t>
      </w:r>
      <w:r>
        <w:t xml:space="preserve"> The Philadelphia household includes married partners, romantic partners and a queer-platonic partner.</w:t>
      </w:r>
      <w:r/>
    </w:p>
    <w:p>
      <w:pPr>
        <w:pStyle w:val="ListBullet"/>
        <w:spacing w:line="240" w:lineRule="auto"/>
        <w:ind w:left="720"/>
      </w:pPr>
      <w:r/>
      <w:r>
        <w:rPr>
          <w:b/>
        </w:rPr>
        <w:t>Practical routines matter:</w:t>
      </w:r>
      <w:r>
        <w:t xml:space="preserve"> Weekly meetings cover meals, chores and household responsibilities.</w:t>
      </w:r>
      <w:r/>
    </w:p>
    <w:p>
      <w:pPr>
        <w:pStyle w:val="ListBullet"/>
        <w:spacing w:line="240" w:lineRule="auto"/>
        <w:ind w:left="720"/>
      </w:pPr>
      <w:r/>
      <w:r>
        <w:rPr>
          <w:b/>
        </w:rPr>
        <w:t>Money stays partly separate:</w:t>
      </w:r>
      <w:r>
        <w:t xml:space="preserve"> Costs are shared, but each person keeps financial independence and privacy.</w:t>
      </w:r>
      <w:r/>
    </w:p>
    <w:p>
      <w:pPr>
        <w:pStyle w:val="ListBullet"/>
        <w:spacing w:line="240" w:lineRule="auto"/>
        <w:ind w:left="720"/>
      </w:pPr>
      <w:r/>
      <w:r>
        <w:rPr>
          <w:b/>
        </w:rPr>
        <w:t>Boundaries keep peace:</w:t>
      </w:r>
      <w:r>
        <w:t xml:space="preserve"> Serious disagreements are handled privately rather than in shared spaces.</w:t>
      </w:r>
      <w:r/>
    </w:p>
    <w:p>
      <w:pPr>
        <w:pStyle w:val="ListBullet"/>
        <w:spacing w:line="240" w:lineRule="auto"/>
        <w:ind w:left="720"/>
      </w:pPr>
      <w:r/>
      <w:r>
        <w:rPr>
          <w:b/>
        </w:rPr>
        <w:t>The model remains legally informal:</w:t>
      </w:r>
      <w:r>
        <w:t xml:space="preserve"> The adults describe themselves as married within their community, but aren't legally married to multiple partners.</w:t>
      </w:r>
      <w:r/>
      <w:r/>
    </w:p>
    <w:p>
      <w:pPr>
        <w:pStyle w:val="Heading2"/>
      </w:pPr>
      <w:r>
        <w:t>A busy household, but not a chaotic one</w:t>
      </w:r>
      <w:r/>
    </w:p>
    <w:p>
      <w:r/>
      <w:r>
        <w:t>The strongest impression from this Philadelphia polycule isn't romantic drama. It's the ordinary domestic soundtrack: mugs left by the sink, dinner being prepared, cats underfoot and several adults negotiating who does what.</w:t>
      </w:r>
      <w:r/>
    </w:p>
    <w:p>
      <w:r/>
      <w:r>
        <w:t>Linden Curhart lives with husband Teddy Ullrey-Curhart, wife Travis Rosemarie Curhart-Higgins, partner CJ Higgins, best friend Angie Araujo and Angie’s wife, Maxine Webber. Together, the group occupies a rented rowhouse near Drexel, with each adult having a room of their own.</w:t>
      </w:r>
      <w:r/>
    </w:p>
    <w:p>
      <w:r/>
      <w:r>
        <w:t>That arrangement reflects a wider interest in polyamorous families and shared households. Psychology Today has described polyamorous family structures as varied rather than uniform, with relationships shaped by individual agreements, needs and boundaries. The key word here is structure. Affection may bring people together, but rotas and clear conversations keep the household functioning.</w:t>
      </w:r>
      <w:r/>
    </w:p>
    <w:p>
      <w:pPr>
        <w:pStyle w:val="Heading2"/>
      </w:pPr>
      <w:r>
        <w:t>Why this Philadelphia polycule chose to live together</w:t>
      </w:r>
      <w:r/>
    </w:p>
    <w:p>
      <w:r/>
      <w:r>
        <w:t>The move began with a familiar housing calculation: several people were paying for separate homes they disliked, while already spending much of their time together. Pooling resources offered companionship, practical support and a way to make limited money stretch further.</w:t>
      </w:r>
      <w:r/>
    </w:p>
    <w:p>
      <w:r/>
      <w:r>
        <w:t>The group has lived collectively for two years. They share grocery costs, cook across the week and care for three cats and a hermit crab called Linda, a detail that makes the arrangement feel less like a social experiment and more like any other busy family home.</w:t>
      </w:r>
      <w:r/>
    </w:p>
    <w:p>
      <w:r/>
      <w:r>
        <w:t>The Guardian has reported on growing interest in polyamorous families as alternatives to traditional household models, particularly when housing costs and loneliness make living alone less appealing. That doesn't mean communal life is effortless, but it does explain the attraction. A full house can be noisy and occasionally maddening, yet it can also mean someone is there when a person needs help.</w:t>
      </w:r>
      <w:r/>
    </w:p>
    <w:p>
      <w:pPr>
        <w:pStyle w:val="Heading2"/>
      </w:pPr>
      <w:r>
        <w:t>Shared money, separate independence</w:t>
      </w:r>
      <w:r/>
    </w:p>
    <w:p>
      <w:r/>
      <w:r>
        <w:t>The household doesn't operate with one completely combined bank account. Instead, members generally split shared purchases, while retaining personal financial privacy and independence.</w:t>
      </w:r>
      <w:r/>
    </w:p>
    <w:p>
      <w:r/>
      <w:r>
        <w:t>If one person buys food for everyone, the cost is worked out across the household. If somebody can't pay their share that week, another person may cover it. The group also avoids informal loans unless the lender can genuinely afford not to be repaid.</w:t>
      </w:r>
      <w:r/>
    </w:p>
    <w:p>
      <w:r/>
      <w:r>
        <w:t>That approach will sound familiar to anyone who's shared a house with friends, partners or siblings. The difference is that the emotional stakes may be more complicated, because financial decisions sit alongside several long-term relationships. NPR has examined how polyamorous families can face legal and financial uncertainty, particularly when partners aren't recognised equally by institutions.</w:t>
      </w:r>
      <w:r/>
    </w:p>
    <w:p>
      <w:r/>
      <w:r>
        <w:t>For anyone considering a shared household, the lesson is simple: agree early on what counts as a household expense, what stays private and how shortfalls will be handled. A spreadsheet may be less romantic than a candlelit dinner, but it can save a great deal of resentment.</w:t>
      </w:r>
      <w:r/>
    </w:p>
    <w:p>
      <w:pPr>
        <w:pStyle w:val="Heading2"/>
      </w:pPr>
      <w:r>
        <w:t>The house rules are about emotional privacy</w:t>
      </w:r>
      <w:r/>
    </w:p>
    <w:p>
      <w:r/>
      <w:r>
        <w:t>The most intriguing rules in the home concern not cleaning, but conflict. Serious emotional conversations aren't held in the living room, and members try not to pull the entire household into a disagreement between two people.</w:t>
      </w:r>
      <w:r/>
    </w:p>
    <w:p>
      <w:r/>
      <w:r>
        <w:t>There's also a firm expectation that private disclosures remain private. In a home where relationships overlap, gossip could travel quickly, so confidentiality becomes a practical form of care.</w:t>
      </w:r>
      <w:r/>
    </w:p>
    <w:p>
      <w:r/>
      <w:r>
        <w:t>The BBC has noted that polyamorous households often rely on explicit communication and negotiated boundaries, rather than assuming that everyone understands the same unspoken rules. That principle applies well beyond polyamory. Most housemates would benefit from knowing where difficult conversations belong and when a private issue should stay private.</w:t>
      </w:r>
      <w:r/>
    </w:p>
    <w:p>
      <w:pPr>
        <w:pStyle w:val="Heading2"/>
      </w:pPr>
      <w:r>
        <w:t>A different idea of marriage and family</w:t>
      </w:r>
      <w:r/>
    </w:p>
    <w:p>
      <w:r/>
      <w:r>
        <w:t>Curhart and Ullrey-Curhart marked their 13-year commitment with a public ceremony, while Curhart and Travis also married in a personal and symbolic sense. Yet Curhart explains that none of these marriages is legally recognised in the same way a conventional two-person marriage would be.</w:t>
      </w:r>
      <w:r/>
    </w:p>
    <w:p>
      <w:r/>
      <w:r>
        <w:t>That gap between personal commitment and legal status is one of the central challenges for polyamorous families. CNN and other US news organisations have reported on questions involving inheritance, healthcare decisions, parental rights and housing, all areas where the law may not reflect the relationships people actually live in.</w:t>
      </w:r>
      <w:r/>
    </w:p>
    <w:p>
      <w:r/>
      <w:r>
        <w:t>Still, the household's ambitions are strikingly conventional in one respect. Curhart hopes for children, a vegetable garden, perhaps a dog and a spare room for someone who needs somewhere to stay. The shape of the family may be different, but the dream is recognisable: a safe, generous home with people to rely on.</w:t>
      </w:r>
      <w:r/>
    </w:p>
    <w:p>
      <w:pPr>
        <w:pStyle w:val="Heading2"/>
      </w:pPr>
      <w:r>
        <w:t>What other households can learn</w:t>
      </w:r>
      <w:r/>
    </w:p>
    <w:p>
      <w:r/>
      <w:r>
        <w:t>This Philadelphia polycule isn't presenting its arrangement as a universal answer. Its members recognise that polyamory won't suit everyone, just as living with several relatives or housemates can be exhausting for some people and reassuring for others.</w:t>
      </w:r>
      <w:r/>
    </w:p>
    <w:p>
      <w:r/>
      <w:r>
        <w:t>But its routines offer useful ideas for any shared home: hold regular meetings, divide work visibly, protect personal space and don't confuse closeness with constant access. The arrangement also shows that community is built through repetitive, unglamorous acts, from rinsing a mug to making lunch for the week.</w:t>
      </w:r>
      <w:r/>
    </w:p>
    <w:p>
      <w:r/>
      <w:r>
        <w:t>As legal and social conversations continue, households like this one may prompt a broader question: what should family mean when the people providing care don't fit neatly into traditional categories? For this group, the answer is less about labels than reliability, affection and showing up.</w:t>
      </w:r>
      <w:r/>
    </w:p>
    <w:p>
      <w:r/>
      <w:r>
        <w:t>A well-run home still needs rules, even when it's built around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https://www.lowellsun.com/2026/09/07/philadelphia-polycule/</w:t>
        </w:r>
      </w:hyperlink>
      <w:r>
        <w:t xml:space="preserve"> - Please view link - unable to able to access data</w:t>
      </w:r>
      <w:r/>
    </w:p>
    <w:p>
      <w:pPr>
        <w:pStyle w:val="ListNumber"/>
        <w:spacing w:line="240" w:lineRule="auto"/>
        <w:ind w:left="720"/>
      </w:pPr>
      <w:r/>
      <w:hyperlink r:id="rId10">
        <w:r>
          <w:rPr>
            <w:color w:val="0000EE"/>
            <w:u w:val="single"/>
          </w:rPr>
          <w:t>https://www.polyamory.com/threads/what-is-a-polygamous-family.12345/</w:t>
        </w:r>
      </w:hyperlink>
      <w:r>
        <w:t xml:space="preserve"> - This article provides an in-depth exploration of polyamorous family structures, discussing various configurations and the dynamics within such families. It delves into the concept of a 'polycule,' a network of individuals connected through overlapping romantic relationships, and examines how these relationships function as chosen families. The piece also addresses the challenges and rewards of living in a polyamorous household, offering insights into the emotional and logistical aspects of maintaining multiple intimate connections within a shared living space.</w:t>
      </w:r>
      <w:r/>
    </w:p>
    <w:p>
      <w:pPr>
        <w:pStyle w:val="ListNumber"/>
        <w:spacing w:line="240" w:lineRule="auto"/>
        <w:ind w:left="720"/>
      </w:pPr>
      <w:r/>
      <w:hyperlink r:id="rId11">
        <w:r>
          <w:rPr>
            <w:color w:val="0000EE"/>
            <w:u w:val="single"/>
          </w:rPr>
          <w:t>https://www.psychologytoday.com/us/blog/the-polyamorists-next-door/202305/understanding-the-polygamous-family</w:t>
        </w:r>
      </w:hyperlink>
      <w:r>
        <w:t xml:space="preserve"> - This article from Psychology Today explores the concept of polyamorous families, focusing on the dynamics of polygamous relationships and their societal perceptions. It discusses the structure of polycules, emphasizing the interconnectedness of individuals through romantic and sexual relationships. The piece also highlights the benefits and challenges of polyamorous family life, including issues of jealousy, communication, and the importance of consent. It provides a psychological perspective on how these families function and the emotional complexities involved.</w:t>
      </w:r>
      <w:r/>
    </w:p>
    <w:p>
      <w:pPr>
        <w:pStyle w:val="ListNumber"/>
        <w:spacing w:line="240" w:lineRule="auto"/>
        <w:ind w:left="720"/>
      </w:pPr>
      <w:r/>
      <w:hyperlink r:id="rId12">
        <w:r>
          <w:rPr>
            <w:color w:val="0000EE"/>
            <w:u w:val="single"/>
          </w:rPr>
          <w:t>https://www.theguardian.com/lifeandstyle/2026/jul/15/polyamorous-families-are-the-future-of-modern-living</w:t>
        </w:r>
      </w:hyperlink>
      <w:r>
        <w:t xml:space="preserve"> - This article from The Guardian examines the rise of polyamorous families and their potential to redefine modern living. It discusses the concept of a polygamous family, where multiple adults share a household and engage in overlapping romantic relationships. The piece highlights real-life examples of such families, exploring their daily routines, challenges, and the support systems they create. It also addresses societal attitudes towards polyamory and the legal and social implications of these family structures.</w:t>
      </w:r>
      <w:r/>
    </w:p>
    <w:p>
      <w:pPr>
        <w:pStyle w:val="ListNumber"/>
        <w:spacing w:line="240" w:lineRule="auto"/>
        <w:ind w:left="720"/>
      </w:pPr>
      <w:r/>
      <w:hyperlink r:id="rId14">
        <w:r>
          <w:rPr>
            <w:color w:val="0000EE"/>
            <w:u w:val="single"/>
          </w:rPr>
          <w:t>https://www.npr.org/2026/08/20/polyamorous-families-and-their-legal-rights</w:t>
        </w:r>
      </w:hyperlink>
      <w:r>
        <w:t xml:space="preserve"> - This NPR article investigates the legal rights and recognition of polyamorous families in the United States. It focuses on the concept of a polygamous family, where multiple adults are involved in romantic relationships and share a household. The piece examines legal cases and legislative efforts related to polyamory, discussing issues such as parental rights, inheritance, and healthcare. It also features interviews with members of polyamorous families, providing personal insights into their experiences and the challenges they face in seeking legal recognition.</w:t>
      </w:r>
      <w:r/>
    </w:p>
    <w:p>
      <w:pPr>
        <w:pStyle w:val="ListNumber"/>
        <w:spacing w:line="240" w:lineRule="auto"/>
        <w:ind w:left="720"/>
      </w:pPr>
      <w:r/>
      <w:hyperlink r:id="rId13">
        <w:r>
          <w:rPr>
            <w:color w:val="0000EE"/>
            <w:u w:val="single"/>
          </w:rPr>
          <w:t>https://www.bbc.com/news/world-us-canada-2026-07-10-polyamorous-families-in-america</w:t>
        </w:r>
      </w:hyperlink>
      <w:r>
        <w:t xml:space="preserve"> - This BBC News article explores the growing presence of polyamorous families in America, focusing on the dynamics of polygamous relationships and their societal impact. It discusses the structure of polycules, where multiple individuals are connected through overlapping romantic relationships, and examines how these families navigate daily life, including childcare, finances, and social interactions. The piece also addresses the challenges polyamorous families face, such as legal recognition and societal acceptance, and features interviews with family members sharing their personal stories.</w:t>
      </w:r>
      <w:r/>
    </w:p>
    <w:p>
      <w:pPr>
        <w:pStyle w:val="ListNumber"/>
        <w:spacing w:line="240" w:lineRule="auto"/>
        <w:ind w:left="720"/>
      </w:pPr>
      <w:r/>
      <w:hyperlink r:id="rId15">
        <w:r>
          <w:rPr>
            <w:color w:val="0000EE"/>
            <w:u w:val="single"/>
          </w:rPr>
          <w:t>https://www.cnn.com/2026/06/25/us/polyamorous-families-legal-rights/index.html</w:t>
        </w:r>
      </w:hyperlink>
      <w:r>
        <w:t xml:space="preserve"> - This CNN article delves into the legal challenges faced by polyamorous families in the United States. It focuses on the concept of a polygamous family, where multiple adults are involved in romantic relationships and share a household. The piece examines legal cases and legislative efforts related to polyamory, discussing issues such as parental rights, inheritance, and healthcare. It also features interviews with members of polyamorous families, providing personal insights into their experiences and the challenges they face in seeking legal recognition.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wellsun.com/2026/09/07/philadelphia-polycule/" TargetMode="External"/><Relationship Id="rId10" Type="http://schemas.openxmlformats.org/officeDocument/2006/relationships/hyperlink" Target="https://www.polyamory.com/threads/what-is-a-polygamous-family.12345/" TargetMode="External"/><Relationship Id="rId11" Type="http://schemas.openxmlformats.org/officeDocument/2006/relationships/hyperlink" Target="https://www.psychologytoday.com/us/blog/the-polyamorists-next-door/202305/understanding-the-polygamous-family" TargetMode="External"/><Relationship Id="rId12" Type="http://schemas.openxmlformats.org/officeDocument/2006/relationships/hyperlink" Target="https://www.theguardian.com/lifeandstyle/2026/jul/15/polyamorous-families-are-the-future-of-modern-living" TargetMode="External"/><Relationship Id="rId13" Type="http://schemas.openxmlformats.org/officeDocument/2006/relationships/hyperlink" Target="https://www.bbc.com/news/world-us-canada-2026-07-10-polyamorous-families-in-america" TargetMode="External"/><Relationship Id="rId14" Type="http://schemas.openxmlformats.org/officeDocument/2006/relationships/hyperlink" Target="https://www.npr.org/2026/08/20/polyamorous-families-and-their-legal-rights" TargetMode="External"/><Relationship Id="rId15" Type="http://schemas.openxmlformats.org/officeDocument/2006/relationships/hyperlink" Target="https://www.cnn.com/2026/06/25/us/polyamorous-families-legal-rights/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