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Calgary Pride Parade 2024 Brings Colour and Community Downtown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filled Calgary's city centre for the 2024 Calgary Pride Parade, turning a summer morning into a bright, joyful show of solidarity. With music, flags and community groups lining the route, the event offered both celebration and a reminder of why visible LGBTQ+ inclusion still matters.</w:t>
      </w:r>
      <w:r/>
    </w:p>
    <w:p>
      <w:pPr>
        <w:pStyle w:val="Heading2"/>
      </w:pPr>
      <w:r>
        <w:t>Essential Takeaways</w:t>
      </w:r>
      <w:r/>
      <w:r/>
    </w:p>
    <w:p>
      <w:pPr>
        <w:pStyle w:val="ListBullet"/>
        <w:spacing w:line="240" w:lineRule="auto"/>
        <w:ind w:left="720"/>
      </w:pPr>
      <w:r/>
      <w:r>
        <w:rPr>
          <w:b/>
        </w:rPr>
        <w:t>Downtown celebration:</w:t>
      </w:r>
      <w:r>
        <w:t xml:space="preserve"> Calgary's core became a lively meeting place for paradegoers, performers and supporters.</w:t>
      </w:r>
      <w:r/>
    </w:p>
    <w:p>
      <w:pPr>
        <w:pStyle w:val="ListBullet"/>
        <w:spacing w:line="240" w:lineRule="auto"/>
        <w:ind w:left="720"/>
      </w:pPr>
      <w:r/>
      <w:r>
        <w:rPr>
          <w:b/>
        </w:rPr>
        <w:t>A colourful atmosphere:</w:t>
      </w:r>
      <w:r>
        <w:t xml:space="preserve"> Rainbow flags, music and costumes created an upbeat, welcoming mood.</w:t>
      </w:r>
      <w:r/>
    </w:p>
    <w:p>
      <w:pPr>
        <w:pStyle w:val="ListBullet"/>
        <w:spacing w:line="240" w:lineRule="auto"/>
        <w:ind w:left="720"/>
      </w:pPr>
      <w:r/>
      <w:r>
        <w:rPr>
          <w:b/>
        </w:rPr>
        <w:t>Community at the centre:</w:t>
      </w:r>
      <w:r>
        <w:t xml:space="preserve"> Local organisations and allies used the event to highlight visibility and inclusion.</w:t>
      </w:r>
      <w:r/>
    </w:p>
    <w:p>
      <w:pPr>
        <w:pStyle w:val="ListBullet"/>
        <w:spacing w:line="240" w:lineRule="auto"/>
        <w:ind w:left="720"/>
      </w:pPr>
      <w:r/>
      <w:r>
        <w:rPr>
          <w:b/>
        </w:rPr>
        <w:t>A changing civic backdrop:</w:t>
      </w:r>
      <w:r>
        <w:t xml:space="preserve"> The parade unfolded during a summer marked by debates over political participation at major Calgary events.</w:t>
      </w:r>
      <w:r/>
    </w:p>
    <w:p>
      <w:pPr>
        <w:pStyle w:val="ListBullet"/>
        <w:spacing w:line="240" w:lineRule="auto"/>
        <w:ind w:left="720"/>
      </w:pPr>
      <w:r/>
      <w:r>
        <w:rPr>
          <w:b/>
        </w:rPr>
        <w:t>Practical tip:</w:t>
      </w:r>
      <w:r>
        <w:t xml:space="preserve"> Arrive early, plan your route and expect busy streets around the parade area.</w:t>
      </w:r>
      <w:r/>
      <w:r/>
    </w:p>
    <w:p>
      <w:pPr>
        <w:pStyle w:val="Heading2"/>
      </w:pPr>
      <w:r>
        <w:t>Calgary's city centre turns into a sea of colour</w:t>
      </w:r>
      <w:r/>
    </w:p>
    <w:p>
      <w:r/>
      <w:r>
        <w:t>The strongest impression was visual: rainbow flags moving through the downtown streets, bright outfits catching the light and spectators packed along the route. Calgary Pride's parade transformed familiar office blocks into a much warmer, noisier and more colourful setting.</w:t>
      </w:r>
      <w:r/>
    </w:p>
    <w:p>
      <w:r/>
      <w:r>
        <w:t>Global News coverage showed the 2024 event getting under way as participants and supporters gathered to celebrate LGBTQ+ communities. For many people, the parade is as much about being seen as it is about having fun, which gives the music and dancing an added emotional weight.</w:t>
      </w:r>
      <w:r/>
    </w:p>
    <w:p>
      <w:r/>
      <w:r>
        <w:t>The atmosphere also reflected the appeal of a large public event that feels open to everyone. Families, friends, community groups and first-time visitors could take part at their own pace, whether they joined the march or watched from the pavement.</w:t>
      </w:r>
      <w:r/>
    </w:p>
    <w:p>
      <w:pPr>
        <w:pStyle w:val="Heading2"/>
      </w:pPr>
      <w:r>
        <w:t>Why the parade mattered beyond the spectacle</w:t>
      </w:r>
      <w:r/>
    </w:p>
    <w:p>
      <w:r/>
      <w:r>
        <w:t>Pride events can look wonderfully carefree, but their public visibility remains important. A downtown parade places LGBTQ+ lives, relationships and achievements directly in the civic landscape, rather than keeping inclusion confined to private or specialist spaces.</w:t>
      </w:r>
      <w:r/>
    </w:p>
    <w:p>
      <w:r/>
      <w:r>
        <w:t>That message carried particular resonance in a year when questions about who should appear at major public celebrations were already part of Calgary's conversation. Global News reported on restrictions affecting politicians at the Calgary Stampede's 2024 parade, creating a wider backdrop for debates about representation and public participation.</w:t>
      </w:r>
      <w:r/>
    </w:p>
    <w:p>
      <w:r/>
      <w:r>
        <w:t>The contrast is telling. One event can prompt arguments about official involvement, while another draws people together through community-led visibility. Neither story is simple, but together they show how public celebrations can become a mirror for a city's values.</w:t>
      </w:r>
      <w:r/>
    </w:p>
    <w:p>
      <w:pPr>
        <w:pStyle w:val="Heading2"/>
      </w:pPr>
      <w:r>
        <w:t>A busy summer for Calgary's biggest public events</w:t>
      </w:r>
      <w:r/>
    </w:p>
    <w:p>
      <w:r/>
      <w:r>
        <w:t>Calgary's event calendar was crowded, with Pride and the Stampede both bringing large numbers of people into the city. The Stampede parade coverage highlighted the scale and logistical demands of moving a major procession through the centre, while Pride offered a similarly energetic gathering with a different purpose and tone.</w:t>
      </w:r>
      <w:r/>
    </w:p>
    <w:p>
      <w:r/>
      <w:r>
        <w:t>For visitors, that means planning matters. Streets may close, public transport can be busier than usual and popular viewing spots fill quickly. Comfortable shoes, water and a little patience are more useful than an ambitious schedule.</w:t>
      </w:r>
      <w:r/>
    </w:p>
    <w:p>
      <w:r/>
      <w:r>
        <w:t>The surrounding summer conditions also shaped the backdrop. Global News reported that Calgary's local state of emergency was lifted in 2024, another reminder that the city's major gatherings took place amid a fast-moving news cycle.</w:t>
      </w:r>
      <w:r/>
    </w:p>
    <w:p>
      <w:pPr>
        <w:pStyle w:val="Heading2"/>
      </w:pPr>
      <w:r>
        <w:t>How to enjoy Calgary Pride comfortably</w:t>
      </w:r>
      <w:r/>
    </w:p>
    <w:p>
      <w:r/>
      <w:r>
        <w:t>If you're heading to a future Calgary Pride parade, check the official route and timing before leaving home. Arriving early makes it easier to find a good viewing place, while using public transport or walking can be less stressful than trying to park close to the action.</w:t>
      </w:r>
      <w:r/>
    </w:p>
    <w:p>
      <w:r/>
      <w:r>
        <w:t>Bring sunscreen, water and a small bag for essentials, but keep belongings manageable in dense crowds. Earplugs can be useful for children or anyone sensitive to loud music, and a meeting point is sensible if your group gets separated.</w:t>
      </w:r>
      <w:r/>
    </w:p>
    <w:p>
      <w:r/>
      <w:r>
        <w:t>Most importantly, follow steward instructions and leave space for parade participants. The best viewing experience is one that feels welcoming from both sides of the barriers.</w:t>
      </w:r>
      <w:r/>
    </w:p>
    <w:p>
      <w:pPr>
        <w:pStyle w:val="Heading2"/>
      </w:pPr>
      <w:r>
        <w:t>Pride's public presence continues to grow</w:t>
      </w:r>
      <w:r/>
    </w:p>
    <w:p>
      <w:r/>
      <w:r>
        <w:t>The 2024 parade showed how much energy a well-supported Pride event can bring to Calgary's core. Coverage from Global News and its event listings reflected a gathering built around celebration, participation and broad public support.</w:t>
      </w:r>
      <w:r/>
    </w:p>
    <w:p>
      <w:r/>
      <w:r>
        <w:t>There was plenty of sparkle, naturally, but the deeper story was quieter: people making room for one another in the middle of the city. That's often what a successful Pride parade does best. It turns visibility into a shared, very public experience.</w:t>
      </w:r>
      <w:r/>
    </w:p>
    <w:p>
      <w:r/>
      <w:r>
        <w:t>Calgary's summer celebrations will continue to evolve, but the appetite for events that combine joy with belonging seems unlikely to fade.</w:t>
      </w:r>
      <w:r/>
    </w:p>
    <w:p>
      <w:r/>
      <w:r>
        <w:t>It's a colourful day out, but also a powerful reminder that visibility changes who feels at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0">
        <w:r>
          <w:rPr>
            <w:color w:val="0000EE"/>
            <w:u w:val="single"/>
          </w:rPr>
          <w:t>[3]</w:t>
        </w:r>
      </w:hyperlink>
      <w:r>
        <w:t xml:space="preserve">, </w:t>
      </w:r>
      <w:hyperlink r:id="rId12">
        <w:r>
          <w:rPr>
            <w:color w:val="0000EE"/>
            <w:u w:val="single"/>
          </w:rPr>
          <w:t>[7]</w:t>
        </w:r>
      </w:hyperlink>
      <w:r>
        <w:t xml:space="preserve">- Paragraph 4: </w:t>
      </w:r>
      <w:hyperlink r:id="rId13">
        <w:r>
          <w:rPr>
            <w:color w:val="0000EE"/>
            <w:u w:val="single"/>
          </w:rPr>
          <w:t>[2]</w:t>
        </w:r>
      </w:hyperlink>
      <w:r>
        <w:t xml:space="preserve">, </w:t>
      </w:r>
      <w:hyperlink r:id="rId12">
        <w:r>
          <w:rPr>
            <w:color w:val="0000EE"/>
            <w:u w:val="single"/>
          </w:rPr>
          <w:t>[7]</w:t>
        </w:r>
      </w:hyperlink>
      <w:r>
        <w:t xml:space="preserve">- Paragraph 5: </w:t>
      </w:r>
      <w:hyperlink r:id="rId13">
        <w:r>
          <w:rPr>
            <w:color w:val="0000EE"/>
            <w:u w:val="single"/>
          </w:rPr>
          <w:t>[2]</w:t>
        </w:r>
      </w:hyperlink>
      <w:r>
        <w:t xml:space="preserve">, </w:t>
      </w:r>
      <w:hyperlink r:id="rId14">
        <w:r>
          <w:rPr>
            <w:color w:val="0000EE"/>
            <w:u w:val="single"/>
          </w:rPr>
          <w:t>[6]</w:t>
        </w:r>
      </w:hyperlink>
      <w:r>
        <w:t xml:space="preserve">- Paragraph 6: </w:t>
      </w:r>
      <w:hyperlink r:id="rId15">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5">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[3]</w:t>
        </w:r>
      </w:hyperlink>
      <w:r>
        <w:t xml:space="preserve">, </w:t>
      </w:r>
      <w:hyperlink r:id="rId12">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10">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https://calgaryherald.com/news/local-news/calgary-pride-parade-takes-over-downtown-core</w:t>
        </w:r>
      </w:hyperlink>
      <w:r>
        <w:t xml:space="preserve"> - Please view link - unable to able to access data</w:t>
      </w:r>
      <w:r/>
    </w:p>
    <w:p>
      <w:pPr>
        <w:pStyle w:val="ListNumber"/>
        <w:spacing w:line="240" w:lineRule="auto"/>
        <w:ind w:left="720"/>
      </w:pPr>
      <w:r/>
      <w:hyperlink r:id="rId13">
        <w:r>
          <w:rPr>
            <w:color w:val="0000EE"/>
            <w:u w:val="single"/>
          </w:rPr>
          <w:t>https://globalnews.ca/news/10340763/calgary-stampede-politicians-banned-2024-pride-parade/</w:t>
        </w:r>
      </w:hyperlink>
      <w:r>
        <w:t xml:space="preserve"> - In March 2024, Calgary Pride announced that the Calgary Stampede and political figures would be barred from participating in the annual Pride parade due to abuse allegations involving a former staff member. The decision aimed to address concerns within the LGBTQ2 community and emphasized the importance of survivor empowerment and reparations. Calgary Stampede acknowledged the concerns and expressed a commitment to work with Calgary Pride to rebuild trust and support the 2SLGBTQIA+ community.</w:t>
      </w:r>
      <w:r/>
    </w:p>
    <w:p>
      <w:pPr>
        <w:pStyle w:val="ListNumber"/>
        <w:spacing w:line="240" w:lineRule="auto"/>
        <w:ind w:left="720"/>
      </w:pPr>
      <w:r/>
      <w:hyperlink r:id="rId10">
        <w:r>
          <w:rPr>
            <w:color w:val="0000EE"/>
            <w:u w:val="single"/>
          </w:rPr>
          <w:t>https://globalnews.ca/event/10584959/2024-calgary-pride-parade-festival-supported-by-global-calgary-qr-calgary/feed/</w:t>
        </w:r>
      </w:hyperlink>
      <w:r>
        <w:t xml:space="preserve"> - The 2024 Calgary Pride Parade and Festival took place on August 31 and September 1, 2024, at Prince's Island Park. The event featured a two-day festival with local performers, vendors, and ally organizations, culminating in the annual Pride Parade on September 1. The parade began at the Confluence, proceeding west on 9th Avenue toward 5th Street SW, starting at 10:30 AM. The festival aimed to celebrate love, diversity, and community spirit, inviting attendees to support and embrace the LGBTQ2 community.</w:t>
      </w:r>
      <w:r/>
    </w:p>
    <w:p>
      <w:pPr>
        <w:pStyle w:val="ListNumber"/>
        <w:spacing w:line="240" w:lineRule="auto"/>
        <w:ind w:left="720"/>
      </w:pPr>
      <w:r/>
      <w:hyperlink r:id="rId11">
        <w:r>
          <w:rPr>
            <w:color w:val="0000EE"/>
            <w:u w:val="single"/>
          </w:rPr>
          <w:t>https://globalnews.ca/video/10715465/calgary-pride-2024-gets-underway/</w:t>
        </w:r>
      </w:hyperlink>
      <w:r>
        <w:t xml:space="preserve"> - In August 2024, Calgary Pride commenced a week of events leading up to the annual Pride Parade. Organizers highlighted various activities and performances designed to celebrate the LGBTQ2 community. The events aimed to foster inclusivity and provide a platform for local artists and activists to showcase their work, culminating in the Pride Parade on September 1, 2024. The initiative underscored Calgary's commitment to diversity and the celebration of its LGBTQ2 residents.</w:t>
      </w:r>
      <w:r/>
    </w:p>
    <w:p>
      <w:pPr>
        <w:pStyle w:val="ListNumber"/>
        <w:spacing w:line="240" w:lineRule="auto"/>
        <w:ind w:left="720"/>
      </w:pPr>
      <w:r/>
      <w:hyperlink r:id="rId15">
        <w:r>
          <w:rPr>
            <w:color w:val="0000EE"/>
            <w:u w:val="single"/>
          </w:rPr>
          <w:t>https://globalnews.ca/news/10605011/calgary-state-of-local-emergency-lifted/</w:t>
        </w:r>
      </w:hyperlink>
      <w:r>
        <w:t xml:space="preserve"> - In July 2024, Calgary officials lifted the state of local emergency imposed due to a critical failure along a major water line. Despite the emergency being lifted, authorities cautioned that the situation was not yet fully resolved. Outdoor water restrictions remained in place as efforts continued to stabilize and restore the city's water system. Residents were advised to adhere to the ongoing restrictions to ensure the safety and sustainability of the water supply.</w:t>
      </w:r>
      <w:r/>
    </w:p>
    <w:p>
      <w:pPr>
        <w:pStyle w:val="ListNumber"/>
        <w:spacing w:line="240" w:lineRule="auto"/>
        <w:ind w:left="720"/>
      </w:pPr>
      <w:r/>
      <w:hyperlink r:id="rId14">
        <w:r>
          <w:rPr>
            <w:color w:val="0000EE"/>
            <w:u w:val="single"/>
          </w:rPr>
          <w:t>https://globalnews.ca/news/10602551/calgary-stampede-parade-day-2024/</w:t>
        </w:r>
      </w:hyperlink>
      <w:r>
        <w:t xml:space="preserve"> - The 2024 Calgary Stampede Parade took place on July 5, 2024, marking the official start of the Stampede season. The parade featured over 100 entries, including 21 floats, 11 bands, and more than 40 equine entries, with over 700 horses participating. The event was led by parade marshal Owen Crow Shoe, an ambassador for Alberta and the Stampede. Dignitaries such as Mayor Jyoti Gondek and Premier Danielle Smith were in attendance, celebrating the city's rich cultural heritage and community spirit.</w:t>
      </w:r>
      <w:r/>
    </w:p>
    <w:p>
      <w:pPr>
        <w:pStyle w:val="ListNumber"/>
        <w:spacing w:line="240" w:lineRule="auto"/>
        <w:ind w:left="720"/>
      </w:pPr>
      <w:r/>
      <w:hyperlink r:id="rId12">
        <w:r>
          <w:rPr>
            <w:color w:val="0000EE"/>
            <w:u w:val="single"/>
          </w:rPr>
          <w:t>https://globalnews.ca/tag/calgary-pride-parade/</w:t>
        </w:r>
      </w:hyperlink>
      <w:r>
        <w:t xml:space="preserve"> - Global News provides comprehensive coverage of the Calgary Pride Parade, including articles on the 2024 event. The coverage highlights significant developments, such as the decision to bar the Calgary Stampede and political figures from participating in the 2024 parade due to abuse allegations. The articles also feature stories of attendees celebrating LGBTQ2 joy and resilience, showcasing the diversity and vibrancy of Calgary's LGBTQ2 community. The coverage underscores the importance of inclusivity and the ongoing efforts to support and celebrate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lgaryherald.com/news/local-news/calgary-pride-parade-takes-over-downtown-core" TargetMode="External"/><Relationship Id="rId10" Type="http://schemas.openxmlformats.org/officeDocument/2006/relationships/hyperlink" Target="https://globalnews.ca/event/10584959/2024-calgary-pride-parade-festival-supported-by-global-calgary-qr-calgary/feed/" TargetMode="External"/><Relationship Id="rId11" Type="http://schemas.openxmlformats.org/officeDocument/2006/relationships/hyperlink" Target="https://globalnews.ca/video/10715465/calgary-pride-2024-gets-underway/" TargetMode="External"/><Relationship Id="rId12" Type="http://schemas.openxmlformats.org/officeDocument/2006/relationships/hyperlink" Target="https://globalnews.ca/tag/calgary-pride-parade/" TargetMode="External"/><Relationship Id="rId13" Type="http://schemas.openxmlformats.org/officeDocument/2006/relationships/hyperlink" Target="https://globalnews.ca/news/10340763/calgary-stampede-politicians-banned-2024-pride-parade/" TargetMode="External"/><Relationship Id="rId14" Type="http://schemas.openxmlformats.org/officeDocument/2006/relationships/hyperlink" Target="https://globalnews.ca/news/10602551/calgary-stampede-parade-day-2024/" TargetMode="External"/><Relationship Id="rId15" Type="http://schemas.openxmlformats.org/officeDocument/2006/relationships/hyperlink" Target="https://globalnews.ca/news/10605011/calgary-state-of-local-emergency-lift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