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Richmond PrideFest 2026 Guide for Music, Food and Community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Crowds gathered at Midtown Green in Richmond, Virginia, for PrideFest RVA, a lively celebration of music, food, shopping and LGBTQ+ community. With more events continuing through Pride Week, the festival offered visitors a welcoming afternoon out while highlighting Diversity Richmond's wider work across the city.</w:t>
      </w:r>
      <w:r/>
    </w:p>
    <w:p>
      <w:pPr>
        <w:pStyle w:val="Heading2"/>
      </w:pPr>
      <w:r>
        <w:t>Essential Takeaways</w:t>
      </w:r>
      <w:r/>
      <w:r/>
    </w:p>
    <w:p>
      <w:pPr>
        <w:pStyle w:val="ListBullet"/>
        <w:spacing w:line="240" w:lineRule="auto"/>
        <w:ind w:left="720"/>
      </w:pPr>
      <w:r/>
      <w:r>
        <w:rPr>
          <w:b/>
        </w:rPr>
        <w:t>Main celebration:</w:t>
      </w:r>
      <w:r>
        <w:t xml:space="preserve"> PrideFest RVA brought live entertainment, food vendors, shopping and community activities to Midtown Green.</w:t>
      </w:r>
      <w:r/>
    </w:p>
    <w:p>
      <w:pPr>
        <w:pStyle w:val="ListBullet"/>
        <w:spacing w:line="240" w:lineRule="auto"/>
        <w:ind w:left="720"/>
      </w:pPr>
      <w:r/>
      <w:r>
        <w:rPr>
          <w:b/>
        </w:rPr>
        <w:t>Open invitation:</w:t>
      </w:r>
      <w:r>
        <w:t xml:space="preserve"> Organisers welcomed LGBTQ+ visitors, allies and anyone looking for a joyful, inclusive event.</w:t>
      </w:r>
      <w:r/>
    </w:p>
    <w:p>
      <w:pPr>
        <w:pStyle w:val="ListBullet"/>
        <w:spacing w:line="240" w:lineRule="auto"/>
        <w:ind w:left="720"/>
      </w:pPr>
      <w:r/>
      <w:r>
        <w:rPr>
          <w:b/>
        </w:rPr>
        <w:t>More to explore:</w:t>
      </w:r>
      <w:r>
        <w:t xml:space="preserve"> Diversity Richmond also connects people with Diversity Thrift and the Meridian Gallery.</w:t>
      </w:r>
      <w:r/>
    </w:p>
    <w:p>
      <w:pPr>
        <w:pStyle w:val="ListBullet"/>
        <w:spacing w:line="240" w:lineRule="auto"/>
        <w:ind w:left="720"/>
      </w:pPr>
      <w:r/>
      <w:r>
        <w:rPr>
          <w:b/>
        </w:rPr>
        <w:t>Weekend follow-up:</w:t>
      </w:r>
      <w:r>
        <w:t xml:space="preserve"> Sunny Tea at New York Deli RVA continued the celebrations on Sunday from 2pm to 7pm.</w:t>
      </w:r>
      <w:r/>
    </w:p>
    <w:p>
      <w:pPr>
        <w:pStyle w:val="ListBullet"/>
        <w:spacing w:line="240" w:lineRule="auto"/>
        <w:ind w:left="720"/>
      </w:pPr>
      <w:r/>
      <w:r>
        <w:rPr>
          <w:b/>
        </w:rPr>
        <w:t>Practical tip:</w:t>
      </w:r>
      <w:r>
        <w:t xml:space="preserve"> Wear comfortable shoes, bring water and allow time to browse between performances and stalls.</w:t>
      </w:r>
      <w:r/>
      <w:r/>
    </w:p>
    <w:p>
      <w:pPr>
        <w:pStyle w:val="Heading2"/>
      </w:pPr>
      <w:r>
        <w:t>Midtown Green became Richmond's Pride hub</w:t>
      </w:r>
      <w:r/>
    </w:p>
    <w:p>
      <w:r/>
      <w:r>
        <w:t>Midtown Green filled with music, conversation and the cheerful buzz of a big summer gathering as PrideFest RVA welcomed crowds on Saturday. Visitors could move between food, shopping and entertainment, creating the easy-going festival atmosphere that makes community events feel more like a neighbourhood reunion than a formal programme.</w:t>
      </w:r>
      <w:r/>
    </w:p>
    <w:p>
      <w:r/>
      <w:r>
        <w:t>WTVR reported that the event was designed to help people feel welcome and seen. That broad invitation matters in a city where Pride is both a celebration and a chance for people to find local support, friendships and familiar faces.</w:t>
      </w:r>
      <w:r/>
    </w:p>
    <w:p>
      <w:pPr>
        <w:pStyle w:val="Heading2"/>
      </w:pPr>
      <w:r>
        <w:t>Why PrideFest reaches beyond one festival day</w:t>
      </w:r>
      <w:r/>
    </w:p>
    <w:p>
      <w:r/>
      <w:r>
        <w:t>Tiera Craig of Diversity Richmond described Virginia Pride as the organisation's biggest entry point for the public. In practical terms, that means visitors arriving for the music or market stalls can also discover other parts of Richmond's LGBTQ+ community network.</w:t>
      </w:r>
      <w:r/>
    </w:p>
    <w:p>
      <w:r/>
      <w:r>
        <w:t>Diversity Richmond's wider offering includes Diversity Thrift and the Meridian Gallery, giving the organisation a presence in shopping, arts and community life. The result is a festival with a useful second layer: it can be a first introduction for newcomers, not just an annual date in the diary.</w:t>
      </w:r>
      <w:r/>
    </w:p>
    <w:p>
      <w:pPr>
        <w:pStyle w:val="Heading2"/>
      </w:pPr>
      <w:r>
        <w:t>Music, food and shopping keep the day moving</w:t>
      </w:r>
      <w:r/>
    </w:p>
    <w:p>
      <w:r/>
      <w:r>
        <w:t>Pride festivals work best when there's plenty to do between headline moments, and PrideFest RVA followed that familiar, crowd-friendly formula. Food provided the fuel, vendors offered browsing opportunities and music helped keep the atmosphere bright and relaxed.</w:t>
      </w:r>
      <w:r/>
    </w:p>
    <w:p>
      <w:r/>
      <w:r>
        <w:t>For visitors planning a full afternoon, comfortable clothing is a sensible choice. A small bag, a bottle of water and a little patience around busy areas can make the difference between rushing through the event and properly enjoying it.</w:t>
      </w:r>
      <w:r/>
    </w:p>
    <w:p>
      <w:pPr>
        <w:pStyle w:val="Heading2"/>
      </w:pPr>
      <w:r>
        <w:t>Sunday events kept the celebration going</w:t>
      </w:r>
      <w:r/>
    </w:p>
    <w:p>
      <w:r/>
      <w:r>
        <w:t>The Pride Week programme continued on Sunday with Sunny Tea at New York Deli RVA, running from 2pm to 7pm. Its more social setting offered another way to take part after the larger festival gathering, whether visitors wanted a quieter meet-up or simply weren't able to attend Saturday's main event.</w:t>
      </w:r>
      <w:r/>
    </w:p>
    <w:p>
      <w:r/>
      <w:r>
        <w:t>Listings from Out RVA and local event guides also positioned PrideFest as part of a broader 2026 calendar of LGBTQ+ activities in Richmond. Checking event details before setting off remains worthwhile, particularly for timings, venue arrangements and any last-minute changes.</w:t>
      </w:r>
      <w:r/>
    </w:p>
    <w:p>
      <w:pPr>
        <w:pStyle w:val="Heading2"/>
      </w:pPr>
      <w:r>
        <w:t>A welcoming door into Richmond's LGBTQ+ community</w:t>
      </w:r>
      <w:r/>
    </w:p>
    <w:p>
      <w:r/>
      <w:r>
        <w:t>The strongest message from this year's celebration was simple: PrideFest is intended to welcome gay, straight, transgender, bisexual and queer people, as well as allies. That openness gives the event a warm, low-pressure feel, especially for anyone attending for the first time.</w:t>
      </w:r>
      <w:r/>
    </w:p>
    <w:p>
      <w:r/>
      <w:r>
        <w:t>There was plenty of colour and energy in the crowd, but the deeper appeal was human. For many visitors, being able to show up, look around and feel accepted may be the most important part of the day.</w:t>
      </w:r>
      <w:r/>
    </w:p>
    <w:p>
      <w:r/>
      <w:r>
        <w:t>It's a bright festival, but its real value is the sense of belonging it leaves behind.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13">
        <w:r>
          <w:rPr>
            <w:color w:val="0000EE"/>
            <w:u w:val="single"/>
          </w:rPr>
          <w:t>[6]</w:t>
        </w:r>
      </w:hyperlink>
      <w:r>
        <w:t xml:space="preserve">, </w:t>
      </w:r>
      <w:hyperlink r:id="rId14">
        <w:r>
          <w:rPr>
            <w:color w:val="0000EE"/>
            <w:u w:val="single"/>
          </w:rPr>
          <w:t>[7]</w:t>
        </w:r>
      </w:hyperlink>
      <w:r>
        <w:t xml:space="preserve">- Paragraph 4: </w:t>
      </w:r>
      <w:hyperlink r:id="rId10">
        <w:r>
          <w:rPr>
            <w:color w:val="0000EE"/>
            <w:u w:val="single"/>
          </w:rPr>
          <w:t>[3]</w:t>
        </w:r>
      </w:hyperlink>
      <w:r>
        <w:t xml:space="preserve">, </w:t>
      </w:r>
      <w:hyperlink r:id="rId11">
        <w:r>
          <w:rPr>
            <w:color w:val="0000EE"/>
            <w:u w:val="single"/>
          </w:rPr>
          <w:t>[4]</w:t>
        </w:r>
      </w:hyperlink>
      <w:r>
        <w:t xml:space="preserve">- Paragraph 5: </w:t>
      </w:r>
      <w:hyperlink r:id="rId12">
        <w:r>
          <w:rPr>
            <w:color w:val="0000EE"/>
            <w:u w:val="single"/>
          </w:rPr>
          <w:t>[5]</w:t>
        </w:r>
      </w:hyperlink>
      <w:r>
        <w:t xml:space="preserve">, </w:t>
      </w:r>
      <w:hyperlink r:id="rId14">
        <w:r>
          <w:rPr>
            <w:color w:val="0000EE"/>
            <w:u w:val="single"/>
          </w:rPr>
          <w:t>[7]</w:t>
        </w:r>
      </w:hyperlink>
      <w:r>
        <w:t xml:space="preserve">- Paragraph 6: </w:t>
      </w:r>
      <w:hyperlink r:id="rId9">
        <w:r>
          <w:rPr>
            <w:color w:val="0000EE"/>
            <w:u w:val="single"/>
          </w:rPr>
          <w:t>[2]</w:t>
        </w:r>
      </w:hyperlink>
      <w:r>
        <w:t xml:space="preserve">, </w:t>
      </w:r>
      <w:hyperlink r:id="rId13">
        <w:r>
          <w:rPr>
            <w:color w:val="0000EE"/>
            <w:u w:val="single"/>
          </w:rPr>
          <w:t>[6]</w:t>
        </w:r>
      </w:hyperlink>
      <w:r>
        <w:t xml:space="preserve">- Paragraph 7: </w:t>
      </w:r>
      <w:hyperlink r:id="rId10">
        <w:r>
          <w:rPr>
            <w:color w:val="0000EE"/>
            <w:u w:val="single"/>
          </w:rPr>
          <w:t>[3]</w:t>
        </w:r>
      </w:hyperlink>
      <w:r>
        <w:t xml:space="preserve">, </w:t>
      </w:r>
      <w:hyperlink r:id="rId12">
        <w:r>
          <w:rPr>
            <w:color w:val="0000EE"/>
            <w:u w:val="single"/>
          </w:rPr>
          <w:t>[5]</w:t>
        </w:r>
      </w:hyperlink>
      <w:r>
        <w:t xml:space="preserve">- Paragraph 8: </w:t>
      </w:r>
      <w:hyperlink r:id="rId11">
        <w:r>
          <w:rPr>
            <w:color w:val="0000EE"/>
            <w:u w:val="single"/>
          </w:rPr>
          <w:t>[4]</w:t>
        </w:r>
      </w:hyperlink>
      <w:r>
        <w:t xml:space="preserve">, </w:t>
      </w:r>
      <w:hyperlink r:id="rId14">
        <w:r>
          <w:rPr>
            <w:color w:val="0000EE"/>
            <w:u w:val="single"/>
          </w:rPr>
          <w:t>[7]</w:t>
        </w:r>
      </w:hyperlink>
      <w:r>
        <w:t xml:space="preserve">- Paragraph 9: </w:t>
      </w:r>
      <w:hyperlink r:id="rId9">
        <w:r>
          <w:rPr>
            <w:color w:val="0000EE"/>
            <w:u w:val="single"/>
          </w:rPr>
          <w:t>[2]</w:t>
        </w:r>
      </w:hyperlink>
      <w:r>
        <w:t xml:space="preserve">, </w:t>
      </w:r>
      <w:hyperlink r:id="rId12">
        <w:r>
          <w:rPr>
            <w:color w:val="0000EE"/>
            <w:u w:val="single"/>
          </w:rPr>
          <w:t>[5]</w:t>
        </w:r>
      </w:hyperlink>
      <w:r>
        <w:t xml:space="preserve">- Paragraph 10: </w:t>
      </w:r>
      <w:hyperlink r:id="rId10">
        <w:r>
          <w:rPr>
            <w:color w:val="0000EE"/>
            <w:u w:val="single"/>
          </w:rPr>
          <w:t>[3]</w:t>
        </w:r>
      </w:hyperlink>
      <w:r>
        <w:t xml:space="preserve">, </w:t>
      </w:r>
      <w:hyperlink r:id="rId13">
        <w:r>
          <w:rPr>
            <w:color w:val="0000EE"/>
            <w:u w:val="single"/>
          </w:rPr>
          <w:t>[6]</w:t>
        </w:r>
      </w:hyperlink>
      <w:r>
        <w:t xml:space="preserve">- Paragraph 11: </w:t>
      </w:r>
      <w:hyperlink r:id="rId11">
        <w:r>
          <w:rPr>
            <w:color w:val="0000EE"/>
            <w:u w:val="single"/>
          </w:rPr>
          <w:t>[4]</w:t>
        </w:r>
      </w:hyperlink>
      <w:r>
        <w:t xml:space="preserve">, </w:t>
      </w:r>
      <w:hyperlink r:id="rId14">
        <w:r>
          <w:rPr>
            <w:color w:val="0000EE"/>
            <w:u w:val="single"/>
          </w:rPr>
          <w:t>[7]</w:t>
        </w:r>
      </w:hyperlink>
      <w:r>
        <w:t xml:space="preserve">- Paragraph 12: </w:t>
      </w:r>
      <w:hyperlink r:id="rId9">
        <w:r>
          <w:rPr>
            <w:color w:val="0000EE"/>
            <w:u w:val="single"/>
          </w:rPr>
          <w:t>[2]</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https://www.wtvr.com/news/local-news/richmond/pride-week-rva-pridefest-midtown-green-sept-13-2026</w:t>
        </w:r>
      </w:hyperlink>
      <w:r>
        <w:t xml:space="preserve"> - Please view link - unable to able to access data</w:t>
      </w:r>
      <w:r/>
    </w:p>
    <w:p>
      <w:pPr>
        <w:pStyle w:val="ListNumber"/>
        <w:spacing w:line="240" w:lineRule="auto"/>
        <w:ind w:left="720"/>
      </w:pPr>
      <w:r/>
      <w:hyperlink r:id="rId9">
        <w:r>
          <w:rPr>
            <w:color w:val="0000EE"/>
            <w:u w:val="single"/>
          </w:rPr>
          <w:t>https://www.wtvr.com/news/local-news/richmond/pride-week-rva-pridefest-midtown-green-sept-13-2026</w:t>
        </w:r>
      </w:hyperlink>
      <w:r>
        <w:t xml:space="preserve"> - PrideFest RVA took place at Midtown Green in Richmond, Virginia, featuring music, food, shopping, and celebration. Tiera Craig from Diversity Richmond highlighted the event's inclusivity, welcoming individuals of all orientations and identities. The festivities continued on Sunday with 'Sunny Tea' at New York Deli RVA. The article encourages readers to check back for updates and share information, photos, or videos.</w:t>
      </w:r>
      <w:r/>
    </w:p>
    <w:p>
      <w:pPr>
        <w:pStyle w:val="ListNumber"/>
        <w:spacing w:line="240" w:lineRule="auto"/>
        <w:ind w:left="720"/>
      </w:pPr>
      <w:r/>
      <w:hyperlink r:id="rId10">
        <w:r>
          <w:rPr>
            <w:color w:val="0000EE"/>
            <w:u w:val="single"/>
          </w:rPr>
          <w:t>https://outrva.com/events/pridefest-2026</w:t>
        </w:r>
      </w:hyperlink>
      <w:r>
        <w:t xml:space="preserve"> - PrideFest 2026, presented by OutRVA, is scheduled for Saturday, September 12, 2026, from 12:00 PM to 8:00 PM at Midtown Green in Richmond, VA. The event promises exciting headliners, diverse entertainment, delicious food, and a variety of vendors. VIP tickets offer additional perks such as gourmet food, complimentary beverages, indoor seating, and meet-and-greet opportunities with performers. The festival is free and open to everyone.</w:t>
      </w:r>
      <w:r/>
    </w:p>
    <w:p>
      <w:pPr>
        <w:pStyle w:val="ListNumber"/>
        <w:spacing w:line="240" w:lineRule="auto"/>
        <w:ind w:left="720"/>
      </w:pPr>
      <w:r/>
      <w:hyperlink r:id="rId11">
        <w:r>
          <w:rPr>
            <w:color w:val="0000EE"/>
            <w:u w:val="single"/>
          </w:rPr>
          <w:t>https://nextuprva.org/events/pridefest-richmond-2026/</w:t>
        </w:r>
      </w:hyperlink>
      <w:r>
        <w:t xml:space="preserve"> - PrideFest Richmond 2026 is set for September 12, 2026, from 12:00 PM to 8:00 PM at Midtown Green in Richmond, VA. The event aims to bring together tens of thousands to celebrate the LGBTQ+ community with daylong entertainment, food, and activities. This free, all-ages event is one of the most inclusive and joyful celebrations on Richmond’s fall calendar, offering youth and families a welcoming space to celebrate identity and community.</w:t>
      </w:r>
      <w:r/>
    </w:p>
    <w:p>
      <w:pPr>
        <w:pStyle w:val="ListNumber"/>
        <w:spacing w:line="240" w:lineRule="auto"/>
        <w:ind w:left="720"/>
      </w:pPr>
      <w:r/>
      <w:hyperlink r:id="rId12">
        <w:r>
          <w:rPr>
            <w:color w:val="0000EE"/>
            <w:u w:val="single"/>
          </w:rPr>
          <w:t>https://diversity-richmond.squarespace.com/pridefest-faq</w:t>
        </w:r>
      </w:hyperlink>
      <w:r>
        <w:t xml:space="preserve"> - The PrideFest FAQ page provides essential information about Virginia’s largest LGBTQ+ festival, VA Pridefest 2026, presented by OutRVA. Scheduled for Saturday, September 12, from 12:00 PM to 8:00 PM at Midtown Green in Richmond, VA, the event will feature over 200 vendors and exhibitors, including youth-friendly vendors and activities in the Allianz Youth Pride Pavilion. Entertainment will be available on two stages: The Kroger Pridefest Mainstage and the Allianz Youth Pride Pavilion stage. The page also offers details on parking, transportation, and other event logistics.</w:t>
      </w:r>
      <w:r/>
    </w:p>
    <w:p>
      <w:pPr>
        <w:pStyle w:val="ListNumber"/>
        <w:spacing w:line="240" w:lineRule="auto"/>
        <w:ind w:left="720"/>
      </w:pPr>
      <w:r/>
      <w:hyperlink r:id="rId13">
        <w:r>
          <w:rPr>
            <w:color w:val="0000EE"/>
            <w:u w:val="single"/>
          </w:rPr>
          <w:t>https://lgbtvadem.org/event/dkviat/</w:t>
        </w:r>
      </w:hyperlink>
      <w:r>
        <w:t xml:space="preserve"> - The LGBT+ Democrats of Virginia will be tabling at Virginia Pridefest 2026, scheduled for September 12, 2026, from 12:00 PM to 8:00 PM at Midtown Green in Richmond, VA. The event is organised by Diversity Richmond and aims to celebrate the LGBTQ+ community with various activities and vendors. The page provides details about the event, including the date, time, and location, as well as information about the organisers and venue.</w:t>
      </w:r>
      <w:r/>
    </w:p>
    <w:p>
      <w:pPr>
        <w:pStyle w:val="ListNumber"/>
        <w:spacing w:line="240" w:lineRule="auto"/>
        <w:ind w:left="720"/>
      </w:pPr>
      <w:r/>
      <w:hyperlink r:id="rId14">
        <w:r>
          <w:rPr>
            <w:color w:val="0000EE"/>
            <w:u w:val="single"/>
          </w:rPr>
          <w:t>https://www.therichmondexperience.com/happenings/va-pridefest-2026</w:t>
        </w:r>
      </w:hyperlink>
      <w:r>
        <w:t xml:space="preserve"> - VA Pridefest 2026 is scheduled for Saturday, September 12, 2026, from 12:00 PM to 8:00 PM at Midtown Green in Richmond, VA. The free festival will feature star-studded entertainment, nearly 200 vendors, food, and various activities. The event is presented by Richmond Region Tourism’s OutRVA. The page provides details about the event, including the date, time, location, and a brief overview of the festivities.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tvr.com/news/local-news/richmond/pride-week-rva-pridefest-midtown-green-sept-13-2026" TargetMode="External"/><Relationship Id="rId10" Type="http://schemas.openxmlformats.org/officeDocument/2006/relationships/hyperlink" Target="https://outrva.com/events/pridefest-2026" TargetMode="External"/><Relationship Id="rId11" Type="http://schemas.openxmlformats.org/officeDocument/2006/relationships/hyperlink" Target="https://nextuprva.org/events/pridefest-richmond-2026/" TargetMode="External"/><Relationship Id="rId12" Type="http://schemas.openxmlformats.org/officeDocument/2006/relationships/hyperlink" Target="https://diversity-richmond.squarespace.com/pridefest-faq" TargetMode="External"/><Relationship Id="rId13" Type="http://schemas.openxmlformats.org/officeDocument/2006/relationships/hyperlink" Target="https://lgbtvadem.org/event/dkviat/" TargetMode="External"/><Relationship Id="rId14" Type="http://schemas.openxmlformats.org/officeDocument/2006/relationships/hyperlink" Target="https://www.therichmondexperience.com/happenings/va-pridefest-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