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Science Fiction and Fiction Books to Discover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seeking LGBTQ+ books online can find a varied mix of science fiction, fantasy, romance, poetry and small-town stories in one author-led collection. From alien battles to community-minded fundraising fiction, these titles offer accessible entry points into queer storytelling while showing how independent publishing can make room for bold, personal themes.</w:t>
      </w:r>
      <w:r/>
    </w:p>
    <w:p>
      <w:pPr>
        <w:pStyle w:val="Heading2"/>
      </w:pPr>
      <w:r>
        <w:t>Essential Takeaways</w:t>
      </w:r>
      <w:r/>
      <w:r/>
    </w:p>
    <w:p>
      <w:pPr>
        <w:pStyle w:val="ListBullet"/>
        <w:spacing w:line="240" w:lineRule="auto"/>
        <w:ind w:left="720"/>
      </w:pPr>
      <w:r/>
      <w:r>
        <w:rPr>
          <w:b/>
        </w:rPr>
        <w:t>Science fiction adventure:</w:t>
      </w:r>
      <w:r>
        <w:t xml:space="preserve"> </w:t>
      </w:r>
      <w:r>
        <w:rPr>
          <w:i/>
        </w:rPr>
        <w:t>Sons of Taldra</w:t>
      </w:r>
      <w:r>
        <w:t xml:space="preserve"> follows an Iroquois scientist and her twin gay sons as they confront shapeshifting aliens.</w:t>
      </w:r>
      <w:r/>
    </w:p>
    <w:p>
      <w:pPr>
        <w:pStyle w:val="ListBullet"/>
        <w:spacing w:line="240" w:lineRule="auto"/>
        <w:ind w:left="720"/>
      </w:pPr>
      <w:r/>
      <w:r>
        <w:rPr>
          <w:b/>
        </w:rPr>
        <w:t>Short-story appeal:</w:t>
      </w:r>
      <w:r>
        <w:t xml:space="preserve"> </w:t>
      </w:r>
      <w:r>
        <w:rPr>
          <w:i/>
        </w:rPr>
        <w:t>The Acorn Stories</w:t>
      </w:r>
      <w:r>
        <w:t xml:space="preserve"> explores the tangled relationships and everyday dramas of a fictional Texas community.</w:t>
      </w:r>
      <w:r/>
    </w:p>
    <w:p>
      <w:pPr>
        <w:pStyle w:val="ListBullet"/>
        <w:spacing w:line="240" w:lineRule="auto"/>
        <w:ind w:left="720"/>
      </w:pPr>
      <w:r/>
      <w:r>
        <w:rPr>
          <w:b/>
        </w:rPr>
        <w:t>Equality at its heart:</w:t>
      </w:r>
      <w:r>
        <w:t xml:space="preserve"> </w:t>
      </w:r>
      <w:r>
        <w:rPr>
          <w:i/>
        </w:rPr>
        <w:t>Holding Me Together</w:t>
      </w:r>
      <w:r>
        <w:t xml:space="preserve"> addresses homophobia, celebrates queer lives and includes poetry and related commentary.</w:t>
      </w:r>
      <w:r/>
    </w:p>
    <w:p>
      <w:pPr>
        <w:pStyle w:val="ListBullet"/>
        <w:spacing w:line="240" w:lineRule="auto"/>
        <w:ind w:left="720"/>
      </w:pPr>
      <w:r/>
      <w:r>
        <w:rPr>
          <w:b/>
        </w:rPr>
        <w:t>Broad genre range:</w:t>
      </w:r>
      <w:r>
        <w:t xml:space="preserve"> Fantasy, romance, literary criticism and fundraising fiction sit alongside the LGBTQ+ titles.</w:t>
      </w:r>
      <w:r/>
    </w:p>
    <w:p>
      <w:pPr>
        <w:pStyle w:val="ListBullet"/>
        <w:spacing w:line="240" w:lineRule="auto"/>
        <w:ind w:left="720"/>
      </w:pPr>
      <w:r/>
      <w:r>
        <w:rPr>
          <w:b/>
        </w:rPr>
        <w:t>Useful discovery tools:</w:t>
      </w:r>
      <w:r>
        <w:t xml:space="preserve"> Book indexes, trailers, excerpts and links to indie-book resources make browsing easier.</w:t>
      </w:r>
      <w:r/>
      <w:r/>
    </w:p>
    <w:p>
      <w:pPr>
        <w:pStyle w:val="Heading2"/>
      </w:pPr>
      <w:r>
        <w:t>A science fiction story with family at its centre</w:t>
      </w:r>
      <w:r/>
    </w:p>
    <w:p>
      <w:r/>
      <w:r>
        <w:t xml:space="preserve">The sharpest hook is </w:t>
      </w:r>
      <w:r>
        <w:rPr>
          <w:i/>
        </w:rPr>
        <w:t>Sons of Taldra</w:t>
      </w:r>
      <w:r>
        <w:t>, a science fiction adventure that combines extraterrestrial danger with a distinctly personal family story. Its central cast includes an Iroquois scientist and her twin gay sons, giving the alien conflict an emotional foundation rather than treating it as spectacle alone.</w:t>
      </w:r>
      <w:r/>
    </w:p>
    <w:p>
      <w:r/>
      <w:r>
        <w:t>The premise has the kind of high-concept energy that works well for readers who like space opera with a human pulse. Goodreads lists the novel across multiple editions, while Apple Books and Barnes &amp; Noble provide additional routes for readers comparing formats and availability. (Goodreads, Apple Books and Barnes &amp; Noble)</w:t>
      </w:r>
      <w:r/>
    </w:p>
    <w:p>
      <w:r/>
      <w:r>
        <w:t>For newcomers, the supporting material is part of the appeal. A first chapter, glossary and teaser can offer a low-commitment way to test the setting before committing to the full story, particularly if you're looking for LGBTQ+ science fiction with family, identity and adventure woven together. (Goodreads and Apple Books)</w:t>
      </w:r>
      <w:r/>
    </w:p>
    <w:p>
      <w:pPr>
        <w:pStyle w:val="Heading2"/>
      </w:pPr>
      <w:r>
        <w:t>Small-town stories offer a quieter kind of drama</w:t>
      </w:r>
      <w:r/>
    </w:p>
    <w:p>
      <w:r/>
      <w:r>
        <w:t xml:space="preserve">Where </w:t>
      </w:r>
      <w:r>
        <w:rPr>
          <w:i/>
        </w:rPr>
        <w:t>Sons of Taldra</w:t>
      </w:r>
      <w:r>
        <w:t xml:space="preserve"> reaches for the stars, </w:t>
      </w:r>
      <w:r>
        <w:rPr>
          <w:i/>
        </w:rPr>
        <w:t>The Acorn Stories</w:t>
      </w:r>
      <w:r>
        <w:t xml:space="preserve"> stays close to the ground. The collection is set around small-town life and gathers interconnected-feeling moments of humour, tension and ordinary human messiness.</w:t>
      </w:r>
      <w:r/>
    </w:p>
    <w:p>
      <w:r/>
      <w:r>
        <w:t>Kirkus Reviews described the book as a richly layered portrait of community life, praising the way its stories expand beyond a single setting. That endorsement points to a different sort of reading pleasure: the satisfaction of watching minor encounters, local histories and private disappointments build into a larger social picture. (Kirkus Reviews)</w:t>
      </w:r>
      <w:r/>
    </w:p>
    <w:p>
      <w:r/>
      <w:r>
        <w:t>It may suit readers who prefer short fiction that can be sampled in small portions but still rewards attention. The accompanying excerpts and reading-group questions also make it an approachable choice for book clubs, classrooms or anyone who enjoys discussing how a place shapes its people. (Kirkus Reviews)</w:t>
      </w:r>
      <w:r/>
    </w:p>
    <w:p>
      <w:pPr>
        <w:pStyle w:val="Heading2"/>
      </w:pPr>
      <w:r>
        <w:t>Queer themes run through several genres</w:t>
      </w:r>
      <w:r/>
    </w:p>
    <w:p>
      <w:r/>
      <w:r>
        <w:t xml:space="preserve">The collection's LGBTQ+ focus isn't confined to one shelf. </w:t>
      </w:r>
      <w:r>
        <w:rPr>
          <w:i/>
        </w:rPr>
        <w:t>Holding Me Together</w:t>
      </w:r>
      <w:r>
        <w:t xml:space="preserve"> takes a direct stand against homophobia and in favour of equality, combining prose, reflections and selected poems to create a more openly advocacy-minded work.</w:t>
      </w:r>
      <w:r/>
    </w:p>
    <w:p>
      <w:r/>
      <w:r>
        <w:t xml:space="preserve">Alongside it, </w:t>
      </w:r>
      <w:r>
        <w:rPr>
          <w:i/>
        </w:rPr>
        <w:t>The Return of Innocence</w:t>
      </w:r>
      <w:r>
        <w:t xml:space="preserve"> brings fantasy action, humour and romance into the mix. That range matters because readers don't all want the same kind of representation. One person may be looking for queer romance, another for speculative danger, and someone else for poetry that speaks more plainly about prejudice and belonging. (AuthorsDen)</w:t>
      </w:r>
      <w:r/>
    </w:p>
    <w:p>
      <w:r/>
      <w:r>
        <w:t>This broad approach reflects the strength of independent LGBTQ+ publishing. Queer stories can be tender, funny, political, scholarly or wildly imaginative, sometimes within the same catalogue. That variety is worth remembering when browsing by genre rather than relying only on a single identity label. (AuthorsDen)</w:t>
      </w:r>
      <w:r/>
    </w:p>
    <w:p>
      <w:pPr>
        <w:pStyle w:val="Heading2"/>
      </w:pPr>
      <w:r>
        <w:t>Fundraising fiction adds a sense of purpose</w:t>
      </w:r>
      <w:r/>
    </w:p>
    <w:p>
      <w:r/>
      <w:r>
        <w:rPr>
          <w:i/>
        </w:rPr>
        <w:t>The Acorn Gathering</w:t>
      </w:r>
      <w:r>
        <w:t xml:space="preserve"> gives the small-town fiction thread a charitable dimension. The anthology brings together several writers and supports an anti-cancer fundraising effort, turning a collection of stories into a reader-friendly way to contribute to a wider cause.</w:t>
      </w:r>
      <w:r/>
    </w:p>
    <w:p>
      <w:r/>
      <w:r>
        <w:t>Anthologies can be especially appealing when you want variety without choosing a single long novel. They also offer a chance to discover writers whose work you might not otherwise encounter, with the shared purpose providing a natural link between otherwise different voices. (AuthorsDen)</w:t>
      </w:r>
      <w:r/>
    </w:p>
    <w:p>
      <w:r/>
      <w:r>
        <w:t>There are practical extras too, including reviews, excerpts and a book trailer. Those features make it easier to understand the tone before buying, which is useful when an anthology moves between humour, drama and more reflective material. (AuthorsDen)</w:t>
      </w:r>
      <w:r/>
    </w:p>
    <w:p>
      <w:pPr>
        <w:pStyle w:val="Heading2"/>
      </w:pPr>
      <w:r>
        <w:t>How to choose your next independent LGBTQ+ read</w:t>
      </w:r>
      <w:r/>
    </w:p>
    <w:p>
      <w:r/>
      <w:r>
        <w:t xml:space="preserve">Start with mood rather than title. Choose </w:t>
      </w:r>
      <w:r>
        <w:rPr>
          <w:i/>
        </w:rPr>
        <w:t>Sons of Taldra</w:t>
      </w:r>
      <w:r>
        <w:t xml:space="preserve"> if you want an LGBTQ+ science fiction adventure with aliens and family stakes; try </w:t>
      </w:r>
      <w:r>
        <w:rPr>
          <w:i/>
        </w:rPr>
        <w:t>The Acorn Stories</w:t>
      </w:r>
      <w:r>
        <w:t xml:space="preserve"> for character-led short fiction; or pick </w:t>
      </w:r>
      <w:r>
        <w:rPr>
          <w:i/>
        </w:rPr>
        <w:t>Holding Me Together</w:t>
      </w:r>
      <w:r>
        <w:t xml:space="preserve"> if you want an explicitly equality-focused read with poetry and social commentary.</w:t>
      </w:r>
      <w:r/>
    </w:p>
    <w:p>
      <w:r/>
      <w:r>
        <w:t xml:space="preserve">Readers interested in literary analysis can also explore the study of Sherwood Anderson's </w:t>
      </w:r>
      <w:r>
        <w:rPr>
          <w:i/>
        </w:rPr>
        <w:t>Winesburg, Ohio</w:t>
      </w:r>
      <w:r>
        <w:t>, while the site's book index and linked resources point towards further independent authors, queer science fiction and small-press discovery. It's a useful reminder that finding a good book doesn't always begin with a bestseller list.</w:t>
      </w:r>
      <w:r/>
    </w:p>
    <w:p>
      <w:r/>
      <w:r>
        <w:t>A sample chapter, excerpt or trailer is the sensible first step, especially when exploring unfamiliar indie work. Your reading mood will usually tell you the rest: sometimes you want shapeshifting aliens, and sometimes you simply want a town full of complicated people.</w:t>
      </w:r>
      <w:r/>
    </w:p>
    <w:p>
      <w:r/>
      <w:r>
        <w:t>Explore the catalogue by theme, mood and genre, then follow the stories that keep calling you back.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Paragraph 3: </w:t>
      </w:r>
      <w:hyperlink r:id="rId13">
        <w:r>
          <w:rPr>
            <w:color w:val="0000EE"/>
            <w:u w:val="single"/>
          </w:rPr>
          <w:t>[5]</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http://duanesimolke.blogspot.com/2026/09/pride-book-hub-where-lgbtq-stories-find.html</w:t>
        </w:r>
      </w:hyperlink>
      <w:r>
        <w:t xml:space="preserve"> - Please view link - unable to able to access data</w:t>
      </w:r>
      <w:r/>
    </w:p>
    <w:p>
      <w:pPr>
        <w:pStyle w:val="ListNumber"/>
        <w:spacing w:line="240" w:lineRule="auto"/>
        <w:ind w:left="720"/>
      </w:pPr>
      <w:r/>
      <w:hyperlink r:id="rId10">
        <w:r>
          <w:rPr>
            <w:color w:val="0000EE"/>
            <w:u w:val="single"/>
          </w:rPr>
          <w:t>https://www.goodreads.com/book/show/69991257-sons-of-taldra</w:t>
        </w:r>
      </w:hyperlink>
      <w:r>
        <w:t xml:space="preserve"> - 'Sons of Taldra: A Science Fiction Adventure' by Duane Simolke is set in an alternate reality where an Iroquois scientist and her twin gay sons battle shapeshifting aliens. The novel follows Taldra, who becomes the leader of Valchondria, and her sons, Telius and Argen, as they confront alien invaders and internal political challenges. The book has received positive reviews for its engaging plot and character development. (</w:t>
      </w:r>
      <w:hyperlink r:id="rId16">
        <w:r>
          <w:rPr>
            <w:color w:val="0000EE"/>
            <w:u w:val="single"/>
          </w:rPr>
          <w:t>goodreads.com</w:t>
        </w:r>
      </w:hyperlink>
      <w:r>
        <w:t>)</w:t>
      </w:r>
      <w:r/>
    </w:p>
    <w:p>
      <w:pPr>
        <w:pStyle w:val="ListNumber"/>
        <w:spacing w:line="240" w:lineRule="auto"/>
        <w:ind w:left="720"/>
      </w:pPr>
      <w:r/>
      <w:hyperlink r:id="rId12">
        <w:r>
          <w:rPr>
            <w:color w:val="0000EE"/>
            <w:u w:val="single"/>
          </w:rPr>
          <w:t>https://www.kirkusreviews.com/book-reviews/duane-simolke/the-acorn-stories/</w:t>
        </w:r>
      </w:hyperlink>
      <w:r>
        <w:t xml:space="preserve"> - 'The Acorn Stories' by Duane Simolke is a collection of short stories set in the fictional West Texas town of Acorn. The book has been praised for its beautifully crafted narratives that offer a true-to-life portrayal of small-town life. Kirkus Reviews describes it as 'a lush tangle of small-town life branches out in this engrossing collection of short stories.' (</w:t>
      </w:r>
      <w:hyperlink r:id="rId17">
        <w:r>
          <w:rPr>
            <w:color w:val="0000EE"/>
            <w:u w:val="single"/>
          </w:rPr>
          <w:t>kirkusreviews.com</w:t>
        </w:r>
      </w:hyperlink>
      <w:r>
        <w:t>)</w:t>
      </w:r>
      <w:r/>
    </w:p>
    <w:p>
      <w:pPr>
        <w:pStyle w:val="ListNumber"/>
        <w:spacing w:line="240" w:lineRule="auto"/>
        <w:ind w:left="720"/>
      </w:pPr>
      <w:r/>
      <w:hyperlink r:id="rId14">
        <w:r>
          <w:rPr>
            <w:color w:val="0000EE"/>
            <w:u w:val="single"/>
          </w:rPr>
          <w:t>https://www.goodreads.com/book/show/33149563-sons-of-taldra</w:t>
        </w:r>
      </w:hyperlink>
      <w:r>
        <w:t xml:space="preserve"> - 'Sons of Taldra' by Duane Simolke is a science fiction novel that explores themes of leadership, family, and alien invasion. The story follows Taldra, an Iroquois scientist who becomes the leader of Valchondria, and her twin sons, Telius and Argen, as they confront alien shapeshifters and political intrigue. The book has received positive reviews for its engaging plot and character development. (</w:t>
      </w:r>
      <w:hyperlink r:id="rId18">
        <w:r>
          <w:rPr>
            <w:color w:val="0000EE"/>
            <w:u w:val="single"/>
          </w:rPr>
          <w:t>goodreads.com</w:t>
        </w:r>
      </w:hyperlink>
      <w:r>
        <w:t>)</w:t>
      </w:r>
      <w:r/>
    </w:p>
    <w:p>
      <w:pPr>
        <w:pStyle w:val="ListNumber"/>
        <w:spacing w:line="240" w:lineRule="auto"/>
        <w:ind w:left="720"/>
      </w:pPr>
      <w:r/>
      <w:hyperlink r:id="rId13">
        <w:r>
          <w:rPr>
            <w:color w:val="0000EE"/>
            <w:u w:val="single"/>
          </w:rPr>
          <w:t>https://www.authorsden.com/visit/viewwork.asp?id=70437</w:t>
        </w:r>
      </w:hyperlink>
      <w:r>
        <w:t xml:space="preserve"> - 'Sons of Taldra: A Gay Science Fiction Adventure' by Duane Simolke is set in an alternate reality where an Iroquois woman and her twin gay sons battle shapeshifting aliens. The novel follows Taldra, who becomes the leader of Valchondria, and her sons, Telius and Argen, as they confront alien invaders and internal political challenges. The book has been praised for its engaging plot and character development. (</w:t>
      </w:r>
      <w:hyperlink r:id="rId19">
        <w:r>
          <w:rPr>
            <w:color w:val="0000EE"/>
            <w:u w:val="single"/>
          </w:rPr>
          <w:t>authorsden.com</w:t>
        </w:r>
      </w:hyperlink>
      <w:r>
        <w:t>)</w:t>
      </w:r>
      <w:r/>
    </w:p>
    <w:p>
      <w:pPr>
        <w:pStyle w:val="ListNumber"/>
        <w:spacing w:line="240" w:lineRule="auto"/>
        <w:ind w:left="720"/>
      </w:pPr>
      <w:r/>
      <w:hyperlink r:id="rId11">
        <w:r>
          <w:rPr>
            <w:color w:val="0000EE"/>
            <w:u w:val="single"/>
          </w:rPr>
          <w:t>https://books.apple.com/us/book/sons-of-taldra/id1178725895</w:t>
        </w:r>
      </w:hyperlink>
      <w:r>
        <w:t xml:space="preserve"> - 'Sons of Taldra' by Duane Simolke is a science fiction novel that follows Taldra, an Iroquois scientist who becomes the leader of Valchondria, and her twin sons, Telius and Argen, as they confront alien shapeshifters and political intrigue. The book has been praised for its engaging plot and character development. (</w:t>
      </w:r>
      <w:hyperlink r:id="rId20">
        <w:r>
          <w:rPr>
            <w:color w:val="0000EE"/>
            <w:u w:val="single"/>
          </w:rPr>
          <w:t>books.apple.com</w:t>
        </w:r>
      </w:hyperlink>
      <w:r>
        <w:t>)</w:t>
      </w:r>
      <w:r/>
    </w:p>
    <w:p>
      <w:pPr>
        <w:pStyle w:val="ListNumber"/>
        <w:spacing w:line="240" w:lineRule="auto"/>
        <w:ind w:left="720"/>
      </w:pPr>
      <w:r/>
      <w:hyperlink r:id="rId15">
        <w:r>
          <w:rPr>
            <w:color w:val="0000EE"/>
            <w:u w:val="single"/>
          </w:rPr>
          <w:t>https://www.barnesandnoble.com/w/sons-of-taldra-duane-simolke/1124472283</w:t>
        </w:r>
      </w:hyperlink>
      <w:r>
        <w:t xml:space="preserve"> - 'Sons of Taldra: A Science Fiction Adventure' by Duane Simolke is set in an alternate reality where an Iroquois woman and her twin gay sons battle shapeshifting aliens. The novel follows Taldra, who becomes the leader of Valchondria, and her sons, Telius and Argen, as they confront alien invaders and internal political challenges. The book has been praised for its engaging plot and character development. (</w:t>
      </w:r>
      <w:hyperlink r:id="rId21">
        <w:r>
          <w:rPr>
            <w:color w:val="0000EE"/>
            <w:u w:val="single"/>
          </w:rPr>
          <w:t>barnesandnoble.com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duanesimolke.blogspot.com/2026/09/pride-book-hub-where-lgbtq-stories-find.html" TargetMode="External"/><Relationship Id="rId10" Type="http://schemas.openxmlformats.org/officeDocument/2006/relationships/hyperlink" Target="https://www.goodreads.com/book/show/69991257-sons-of-taldra" TargetMode="External"/><Relationship Id="rId11" Type="http://schemas.openxmlformats.org/officeDocument/2006/relationships/hyperlink" Target="https://books.apple.com/us/book/sons-of-taldra/id1178725895" TargetMode="External"/><Relationship Id="rId12" Type="http://schemas.openxmlformats.org/officeDocument/2006/relationships/hyperlink" Target="https://www.kirkusreviews.com/book-reviews/duane-simolke/the-acorn-stories/" TargetMode="External"/><Relationship Id="rId13" Type="http://schemas.openxmlformats.org/officeDocument/2006/relationships/hyperlink" Target="https://www.authorsden.com/visit/viewwork.asp?id=70437" TargetMode="External"/><Relationship Id="rId14" Type="http://schemas.openxmlformats.org/officeDocument/2006/relationships/hyperlink" Target="https://www.goodreads.com/book/show/33149563-sons-of-taldra" TargetMode="External"/><Relationship Id="rId15" Type="http://schemas.openxmlformats.org/officeDocument/2006/relationships/hyperlink" Target="https://www.barnesandnoble.com/w/sons-of-taldra-duane-simolke/1124472283" TargetMode="External"/><Relationship Id="rId16" Type="http://schemas.openxmlformats.org/officeDocument/2006/relationships/hyperlink" Target="https://www.goodreads.com/book/show/69991257-sons-of-taldra?utm_source=openai" TargetMode="External"/><Relationship Id="rId17" Type="http://schemas.openxmlformats.org/officeDocument/2006/relationships/hyperlink" Target="https://www.kirkusreviews.com/book-reviews/duane-simolke/the-acorn-stories/?utm_source=openai" TargetMode="External"/><Relationship Id="rId18" Type="http://schemas.openxmlformats.org/officeDocument/2006/relationships/hyperlink" Target="https://www.goodreads.com/book/show/33149563-sons-of-taldra?utm_source=openai" TargetMode="External"/><Relationship Id="rId19" Type="http://schemas.openxmlformats.org/officeDocument/2006/relationships/hyperlink" Target="https://www.authorsden.com/visit/viewwork.asp?id=70437&amp;utm_source=openai" TargetMode="External"/><Relationship Id="rId20" Type="http://schemas.openxmlformats.org/officeDocument/2006/relationships/hyperlink" Target="https://books.apple.com/us/book/sons-of-taldra/id1178725895?utm_source=openai" TargetMode="External"/><Relationship Id="rId21" Type="http://schemas.openxmlformats.org/officeDocument/2006/relationships/hyperlink" Target="https://www.barnesandnoble.com/w/sons-of-taldra-duane-simolke/112447228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