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Fire Island queer film festival guide for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are heading to Fire Island this September for a new queer film festival celebrating Cherry Grove, the Pines and their long LGBTQ+ history. With screenings, famous guests, local discounts and extra ferry arrangements, the three-day event offers a lively reason to visit these storied seaside communities.</w:t>
      </w:r>
      <w:r/>
    </w:p>
    <w:p>
      <w:pPr>
        <w:pStyle w:val="Heading2"/>
      </w:pPr>
      <w:r>
        <w:t>Essential Takeaways</w:t>
      </w:r>
      <w:r/>
      <w:r/>
    </w:p>
    <w:p>
      <w:pPr>
        <w:pStyle w:val="ListBullet"/>
        <w:spacing w:line="240" w:lineRule="auto"/>
        <w:ind w:left="720"/>
      </w:pPr>
      <w:r/>
      <w:r>
        <w:rPr>
          <w:b/>
        </w:rPr>
        <w:t>A new cultural event:</w:t>
      </w:r>
      <w:r>
        <w:t xml:space="preserve"> The Grove &amp; Pines Film Festival runs across Cherry Grove and the Pines from 18 September.</w:t>
      </w:r>
      <w:r/>
    </w:p>
    <w:p>
      <w:pPr>
        <w:pStyle w:val="ListBullet"/>
        <w:spacing w:line="240" w:lineRule="auto"/>
        <w:ind w:left="720"/>
      </w:pPr>
      <w:r/>
      <w:r>
        <w:rPr>
          <w:b/>
        </w:rPr>
        <w:t>Queer stories take centre stage:</w:t>
      </w:r>
      <w:r>
        <w:t xml:space="preserve"> The programme includes documentaries, animation, short films and stories about drag and trans performers.</w:t>
      </w:r>
      <w:r/>
    </w:p>
    <w:p>
      <w:pPr>
        <w:pStyle w:val="ListBullet"/>
        <w:spacing w:line="240" w:lineRule="auto"/>
        <w:ind w:left="720"/>
      </w:pPr>
      <w:r/>
      <w:r>
        <w:rPr>
          <w:b/>
        </w:rPr>
        <w:t>Big names are involved:</w:t>
      </w:r>
      <w:r>
        <w:t xml:space="preserve"> Alan Cumming and Johnny Sibilly are among the recognisable figures linked to the festival.</w:t>
      </w:r>
      <w:r/>
    </w:p>
    <w:p>
      <w:pPr>
        <w:pStyle w:val="ListBullet"/>
        <w:spacing w:line="240" w:lineRule="auto"/>
        <w:ind w:left="720"/>
      </w:pPr>
      <w:r/>
      <w:r>
        <w:rPr>
          <w:b/>
        </w:rPr>
        <w:t>Travel has been considered:</w:t>
      </w:r>
      <w:r>
        <w:t xml:space="preserve"> An offline navigation app, business discounts and an extra late-night ferry aim to make visits easier.</w:t>
      </w:r>
      <w:r/>
    </w:p>
    <w:p>
      <w:pPr>
        <w:pStyle w:val="ListBullet"/>
        <w:spacing w:line="240" w:lineRule="auto"/>
        <w:ind w:left="720"/>
      </w:pPr>
      <w:r/>
      <w:r>
        <w:rPr>
          <w:b/>
        </w:rPr>
        <w:t>The setting matters:</w:t>
      </w:r>
      <w:r>
        <w:t xml:space="preserve"> Cherry Grove and the Pines have long offered LGBTQ+ visitors space for freedom, friendship and self-expression.</w:t>
      </w:r>
      <w:r/>
      <w:r/>
    </w:p>
    <w:p>
      <w:pPr>
        <w:pStyle w:val="Heading2"/>
      </w:pPr>
      <w:r>
        <w:t>Fire Island gets a festival of its own</w:t>
      </w:r>
      <w:r/>
    </w:p>
    <w:p>
      <w:r/>
      <w:r>
        <w:t>Fire Island's queer film festival arrives with more than a stack of screenings. It lands in a place where LGBTQ+ history is woven into the boardwalks, beach paths and brightly painted homes, giving the event an atmosphere that a conventional cinema complex simply couldn't recreate.</w:t>
      </w:r>
      <w:r/>
    </w:p>
    <w:p>
      <w:r/>
      <w:r>
        <w:t>The inaugural Grove &amp; Pines Film Festival is scheduled to take over Cherry Grove and Fire Island Pines for three days from 18 September. According to the festival's official material, the event is designed to connect film with the communities' long-standing role as a refuge and gathering place.</w:t>
      </w:r>
      <w:r/>
    </w:p>
    <w:p>
      <w:r/>
      <w:r>
        <w:t>That makes the setting part of the programme, rather than a backdrop. Visitors won't just move from one screening room to another; they'll be stepping into two communities shaped by generations of queer life.</w:t>
      </w:r>
      <w:r/>
    </w:p>
    <w:p>
      <w:pPr>
        <w:pStyle w:val="Heading2"/>
      </w:pPr>
      <w:r>
        <w:t>Why Cherry Grove and the Pines matter</w:t>
      </w:r>
      <w:r/>
    </w:p>
    <w:p>
      <w:r/>
      <w:r>
        <w:t>Cherry Grove and the Pines sit roughly 60 miles east of Manhattan and are reached by boat. Their relative distance from the city helped create a rare sense of privacy, while their social energy made them magnets for LGBTQ+ New Yorkers seeking room to live more openly.</w:t>
      </w:r>
      <w:r/>
    </w:p>
    <w:p>
      <w:r/>
      <w:r>
        <w:t>Historical accounts from the New York Historical Society and local community organisations describe Fire Island as an important destination before and after the Stonewall era. For many visitors, the islands offered a chance to dress, flirt, perform and socialise with less of the judgement that defined everyday life elsewhere.</w:t>
      </w:r>
      <w:r/>
    </w:p>
    <w:p>
      <w:r/>
      <w:r>
        <w:t>That history gives the festival emotional weight. It isn't simply borrowing a fashionable location; it's highlighting a place that has already spent decades making space for queer expression.</w:t>
      </w:r>
      <w:r/>
    </w:p>
    <w:p>
      <w:pPr>
        <w:pStyle w:val="Heading2"/>
      </w:pPr>
      <w:r>
        <w:t>Expect drag stories, documentaries and star power</w:t>
      </w:r>
      <w:r/>
    </w:p>
    <w:p>
      <w:r/>
      <w:r>
        <w:t>The programme reaches across formats, so audiences can expect more than traditional feature films. Animation, short-form work and documentaries sit alongside stories focused on queer performance and identity, creating a broad menu for both dedicated cinephiles and casual visitors.</w:t>
      </w:r>
      <w:r/>
    </w:p>
    <w:p>
      <w:r/>
      <w:r>
        <w:t>Among the featured titles are documentaries about Miss Peppermint, the Harlem drag performer who became the first openly trans finalist on RuPaul's Drag Race, and Sherry Vine, whose career is closely linked to New York's drag scene and Fire Island.</w:t>
      </w:r>
      <w:r/>
    </w:p>
    <w:p>
      <w:r/>
      <w:r>
        <w:t>Alan Cumming and Johnny Sibilly also bring extra visibility to the event. Cumming is known for screen, stage and television work, while Sibilly has appeared in Hacks, Pose and Queer as Folk. The mix should appeal to viewers who like a little glamour with their independent cinema.</w:t>
      </w:r>
      <w:r/>
    </w:p>
    <w:p>
      <w:pPr>
        <w:pStyle w:val="Heading2"/>
      </w:pPr>
      <w:r>
        <w:t>How to plan your Fire Island festival visit</w:t>
      </w:r>
      <w:r/>
    </w:p>
    <w:p>
      <w:r/>
      <w:r>
        <w:t>The practical details matter on an island, especially when screenings are spread between two neighbouring communities. Organisers have created an app called GAPFF that can help visitors navigate venues without relying on a Wi-Fi connection, which is reassuring when reception decides to take a day off.</w:t>
      </w:r>
      <w:r/>
    </w:p>
    <w:p>
      <w:r/>
      <w:r>
        <w:t>The festival is also working with accommodation providers, restaurants and other local businesses on visitor discounts. An additional late-night ferry each evening is planned for people returning towards New York City, although travellers should still check the latest timetable before setting off.</w:t>
      </w:r>
      <w:r/>
    </w:p>
    <w:p>
      <w:r/>
      <w:r>
        <w:t>For the smoothest trip, book accommodation and ferry travel early, pack comfortable shoes and leave breathing room between events. Fire Island is compact in feel but not always in logistics, and a relaxed schedule will make the experience much more enjoyable.</w:t>
      </w:r>
      <w:r/>
    </w:p>
    <w:p>
      <w:pPr>
        <w:pStyle w:val="Heading2"/>
      </w:pPr>
      <w:r>
        <w:t>A timely celebration of queer creativity</w:t>
      </w:r>
      <w:r/>
    </w:p>
    <w:p>
      <w:r/>
      <w:r>
        <w:t>The festival's arrival comes as LGBTQ+ arts organisations face renewed uncertainty around funding, public support and political pressure. In that context, putting on a new event is both a practical achievement and a confident statement about whose stories deserve space.</w:t>
      </w:r>
      <w:r/>
    </w:p>
    <w:p>
      <w:r/>
      <w:r>
        <w:t>Organiser Brad Loekle told Gothamist that the festival was created partly in response to the current climate and partly as a way to honour personal and artistic history. His comments capture the event's central appeal: the films matter, but so does the human connection around them.</w:t>
      </w:r>
      <w:r/>
    </w:p>
    <w:p>
      <w:r/>
      <w:r>
        <w:t>That may be the lasting charm of the weekend. Film festivals can sometimes feel like hurried exercises in queueing and scheduling, but Fire Island already has a strong communal rhythm. Here, the conversations after the credits may prove just as memorable as the films themselves.</w:t>
      </w:r>
      <w:r/>
    </w:p>
    <w:p>
      <w:r/>
      <w:r>
        <w:t>Tickets are available through the festival's website, with visitors encouraged to plan transport and accommodation alongside their screenings.</w:t>
      </w:r>
      <w:r/>
    </w:p>
    <w:p>
      <w:r/>
      <w:r>
        <w:t>It's a small island with a big story, and this festival is giving that story a new screen.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https://gothamist.com/news/a-new-queer-film-festival-is-coming-to-fire-island-this-month</w:t>
        </w:r>
      </w:hyperlink>
      <w:r>
        <w:t xml:space="preserve"> - Please view link - unable to able to access data</w:t>
      </w:r>
      <w:r/>
    </w:p>
    <w:p>
      <w:pPr>
        <w:pStyle w:val="ListNumber"/>
        <w:spacing w:line="240" w:lineRule="auto"/>
        <w:ind w:left="720"/>
      </w:pPr>
      <w:r/>
      <w:hyperlink r:id="rId10">
        <w:r>
          <w:rPr>
            <w:color w:val="0000EE"/>
            <w:u w:val="single"/>
          </w:rPr>
          <w:t>https://www.groveandpinesfilmfestival.com/about-fire-island</w:t>
        </w:r>
      </w:hyperlink>
      <w:r>
        <w:t xml:space="preserve"> - The 'About Fire Island' page on the Grove &amp; Pines Film Festival website provides an overview of Fire Island's rich history as a haven for queer communities. It highlights the island's significance as a refuge for LGBTQ+ individuals, emphasizing its role in fostering self-expression and community during times when same-sex relationships were stigmatized and criminalized. The page underscores the festival's mission to honor and continue this legacy by spotlighting queer voices through independent film.</w:t>
      </w:r>
      <w:r/>
    </w:p>
    <w:p>
      <w:pPr>
        <w:pStyle w:val="ListNumber"/>
        <w:spacing w:line="240" w:lineRule="auto"/>
        <w:ind w:left="720"/>
      </w:pPr>
      <w:r/>
      <w:hyperlink r:id="rId12">
        <w:r>
          <w:rPr>
            <w:color w:val="0000EE"/>
            <w:u w:val="single"/>
          </w:rPr>
          <w:t>https://www.groveandpinesfilmfestival.com/</w:t>
        </w:r>
      </w:hyperlink>
      <w:r>
        <w:t xml:space="preserve"> - The official website of the Grove &amp; Pines Film Festival offers detailed information about the inaugural event scheduled for September 18-20. It outlines the festival's focus on queer storytelling, featuring a diverse lineup of films across various genres, including comedy, horror, and documentaries. The site also highlights notable participants such as Alan Cumming and Johnny Sibilly, and provides details on ticket purchases, the festival's mission, and its commitment to supporting queer creatives.</w:t>
      </w:r>
      <w:r/>
    </w:p>
    <w:p>
      <w:pPr>
        <w:pStyle w:val="ListNumber"/>
        <w:spacing w:line="240" w:lineRule="auto"/>
        <w:ind w:left="720"/>
      </w:pPr>
      <w:r/>
      <w:hyperlink r:id="rId11">
        <w:r>
          <w:rPr>
            <w:color w:val="0000EE"/>
            <w:u w:val="single"/>
          </w:rPr>
          <w:t>https://www.history.com/articles/fire-island-photos-lgbtq</w:t>
        </w:r>
      </w:hyperlink>
      <w:r>
        <w:t xml:space="preserve"> - This article from History.com delves into Fire Island's evolution into a prominent LGBTQ+ destination. It discusses the island's transformation from a secluded spot to a vibrant community where queer individuals could live openly. The piece highlights historical events, such as police raids and the establishment of Cherry Grove as a sanctuary, and reflects on the cultural significance of Fire Island in the broader context of LGBTQ+ history.</w:t>
      </w:r>
      <w:r/>
    </w:p>
    <w:p>
      <w:pPr>
        <w:pStyle w:val="ListNumber"/>
        <w:spacing w:line="240" w:lineRule="auto"/>
        <w:ind w:left="720"/>
      </w:pPr>
      <w:r/>
      <w:hyperlink r:id="rId13">
        <w:r>
          <w:rPr>
            <w:color w:val="0000EE"/>
            <w:u w:val="single"/>
          </w:rPr>
          <w:t>https://www.fireislandassociation.org/fi-communities/cherry-grove</w:t>
        </w:r>
      </w:hyperlink>
      <w:r>
        <w:t xml:space="preserve"> - The Fire Island Association's page on Cherry Grove provides insights into the community's history and significance. It details Cherry Grove's emergence as a popular resort for LGBTQ+ individuals since the 1940s, its vibrant commercial district, and its cultural landmarks like the Community House and Theater. The page also touches upon the annual July Fourth ferry trek of drag queens from the Grove to the Fire Island Pines, known as the Invasion, commemorating a pivotal moment in LGBTQ+ history.</w:t>
      </w:r>
      <w:r/>
    </w:p>
    <w:p>
      <w:pPr>
        <w:pStyle w:val="ListNumber"/>
        <w:spacing w:line="240" w:lineRule="auto"/>
        <w:ind w:left="720"/>
      </w:pPr>
      <w:r/>
      <w:hyperlink r:id="rId14">
        <w:r>
          <w:rPr>
            <w:color w:val="0000EE"/>
            <w:u w:val="single"/>
          </w:rPr>
          <w:t>https://cgcai.org/history</w:t>
        </w:r>
      </w:hyperlink>
      <w:r>
        <w:t xml:space="preserve"> - The Cherry Grove Community Association's 'History' page offers a comprehensive look at the community's unique and diverse background. It emphasizes Cherry Grove's longstanding status as a welcoming haven for LGBTQ+ individuals, highlighting its role as a safe space from anti-gay bias and discrimination. The page also showcases the community's vibrant arts scene, environmental richness, and the beauty of its beaches, underscoring its significance as a cultural and social hub for queer individuals.</w:t>
      </w:r>
      <w:r/>
    </w:p>
    <w:p>
      <w:pPr>
        <w:pStyle w:val="ListNumber"/>
        <w:spacing w:line="240" w:lineRule="auto"/>
        <w:ind w:left="720"/>
      </w:pPr>
      <w:r/>
      <w:hyperlink r:id="rId15">
        <w:r>
          <w:rPr>
            <w:color w:val="0000EE"/>
            <w:u w:val="single"/>
          </w:rPr>
          <w:t>https://www.vogue.com/slideshow/fire-island-cherry-grove-exhibit-new-york-historical-society</w:t>
        </w:r>
      </w:hyperlink>
      <w:r>
        <w:t xml:space="preserve"> - Vogue's article presents a photographic exploration of Fire Island's Cherry Grove, highlighting its history as a gay sanctuary. It discusses the community's evolution into a summer destination for LGBTQ+ individuals since the 1940s, emphasizing its role as a safe space and cultural hub. The piece also touches upon the island's picturesque landscapes and vibrant nightlife, reflecting on its significance in the broader context of LGBTQ+ history and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thamist.com/news/a-new-queer-film-festival-is-coming-to-fire-island-this-month" TargetMode="External"/><Relationship Id="rId10" Type="http://schemas.openxmlformats.org/officeDocument/2006/relationships/hyperlink" Target="https://www.groveandpinesfilmfestival.com/about-fire-island" TargetMode="External"/><Relationship Id="rId11" Type="http://schemas.openxmlformats.org/officeDocument/2006/relationships/hyperlink" Target="https://www.history.com/articles/fire-island-photos-lgbtq" TargetMode="External"/><Relationship Id="rId12" Type="http://schemas.openxmlformats.org/officeDocument/2006/relationships/hyperlink" Target="https://www.groveandpinesfilmfestival.com/" TargetMode="External"/><Relationship Id="rId13" Type="http://schemas.openxmlformats.org/officeDocument/2006/relationships/hyperlink" Target="https://www.fireislandassociation.org/fi-communities/cherry-grove" TargetMode="External"/><Relationship Id="rId14" Type="http://schemas.openxmlformats.org/officeDocument/2006/relationships/hyperlink" Target="https://cgcai.org/history" TargetMode="External"/><Relationship Id="rId15" Type="http://schemas.openxmlformats.org/officeDocument/2006/relationships/hyperlink" Target="https://www.vogue.com/slideshow/fire-island-cherry-grove-exhibit-new-york-historical-socie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