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Benson Boone Spidey Suit Moments and Stage Style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Benson Boone's Spidey suit is the latest talking point in a run of eye-catching performances, proving that bold stagewear can become part of an artist's pop-cultural identity. From restrictive jumpsuits to dramatic costume changes, here's why fans keep watching his wardrobe as closely as his music.</w:t>
      </w:r>
      <w:r/>
    </w:p>
    <w:p>
      <w:pPr>
        <w:pStyle w:val="Heading2"/>
      </w:pPr>
      <w:r>
        <w:t>Essential Takeaways</w:t>
      </w:r>
      <w:r/>
      <w:r/>
    </w:p>
    <w:p>
      <w:pPr>
        <w:pStyle w:val="ListBullet"/>
        <w:spacing w:line="240" w:lineRule="auto"/>
        <w:ind w:left="720"/>
      </w:pPr>
      <w:r/>
      <w:r>
        <w:rPr>
          <w:b/>
        </w:rPr>
        <w:t>The Spidey suit stands out:</w:t>
      </w:r>
      <w:r>
        <w:t xml:space="preserve"> Boone's superhero-inspired look adds playful theatre to his live persona.</w:t>
      </w:r>
      <w:r/>
    </w:p>
    <w:p>
      <w:pPr>
        <w:pStyle w:val="ListBullet"/>
        <w:spacing w:line="240" w:lineRule="auto"/>
        <w:ind w:left="720"/>
      </w:pPr>
      <w:r/>
      <w:r>
        <w:rPr>
          <w:b/>
        </w:rPr>
        <w:t>Performance wear matters:</w:t>
      </w:r>
      <w:r>
        <w:t xml:space="preserve"> Earlier outfits showed how restrictive clothing can become uncomfortable under stage lights.</w:t>
      </w:r>
      <w:r/>
    </w:p>
    <w:p>
      <w:pPr>
        <w:pStyle w:val="ListBullet"/>
        <w:spacing w:line="240" w:lineRule="auto"/>
        <w:ind w:left="720"/>
      </w:pPr>
      <w:r/>
      <w:r>
        <w:rPr>
          <w:b/>
        </w:rPr>
        <w:t>Two suits, twice the drama:</w:t>
      </w:r>
      <w:r>
        <w:t xml:space="preserve"> A major awards-show appearance used a costume change to heighten the spectacle.</w:t>
      </w:r>
      <w:r/>
    </w:p>
    <w:p>
      <w:pPr>
        <w:pStyle w:val="ListBullet"/>
        <w:spacing w:line="240" w:lineRule="auto"/>
        <w:ind w:left="720"/>
      </w:pPr>
      <w:r/>
      <w:r>
        <w:rPr>
          <w:b/>
        </w:rPr>
        <w:t>The look is part of the brand:</w:t>
      </w:r>
      <w:r>
        <w:t xml:space="preserve"> Boone's fashion choices now attract almost as much attention as his songs.</w:t>
      </w:r>
      <w:r/>
      <w:r/>
    </w:p>
    <w:p>
      <w:pPr>
        <w:pStyle w:val="Heading2"/>
      </w:pPr>
      <w:r>
        <w:t>The Spidey suit turns a performance into a spectacle</w:t>
      </w:r>
      <w:r/>
    </w:p>
    <w:p>
      <w:r/>
      <w:r>
        <w:t>There are stage outfits, and then there are costumes that seem designed to make the audience gasp. Benson Boone's Spidey suit belongs firmly in the second category, with its superhero energy, close fit and unmistakable comic-book attitude.</w:t>
      </w:r>
      <w:r/>
    </w:p>
    <w:p>
      <w:r/>
      <w:r>
        <w:t>That playful choice fits an artist whose performances often lean theatrical rather than understated. Harper's Bazaar reported on Boone using two suits during his 2025 American Music Awards performance, underlining how costume can help shape the arc of a live show.</w:t>
      </w:r>
      <w:r/>
    </w:p>
    <w:p>
      <w:r/>
      <w:r>
        <w:t>The result is easy to understand: a song gets people listening, but a memorable outfit gives them something to talk about afterwards. In the age of short clips, that's a useful bit of stagecraft.</w:t>
      </w:r>
      <w:r/>
    </w:p>
    <w:p>
      <w:pPr>
        <w:pStyle w:val="Heading2"/>
      </w:pPr>
      <w:r>
        <w:t>From blue jumpsuits to superhero tailoring</w:t>
      </w:r>
      <w:r/>
    </w:p>
    <w:p>
      <w:r/>
      <w:r>
        <w:t>Boone's most talked-about outfits haven't always looked comfortable. Billboard Canada previously reported that he was still wearing a restrictive blue jumpsuit despite saying it hurt, a reminder that performance clothing can look sleek while feeling decidedly less forgiving backstage.</w:t>
      </w:r>
      <w:r/>
    </w:p>
    <w:p>
      <w:r/>
      <w:r>
        <w:t>That tension is part of the fascination. Fans see the polished final image, while the artist has to sing, move and project emotion inside layers that may pinch, pull or limit movement. Glamour, as ever, has a slightly awkward seam.</w:t>
      </w:r>
      <w:r/>
    </w:p>
    <w:p>
      <w:r/>
      <w:r>
        <w:t>His clothing choices have also been tracked beyond individual performances. ASOS's style coverage noted Boone's growing fashion profile, showing how his sharp silhouettes and distinctive styling have become part of the wider conversation around him.</w:t>
      </w:r>
      <w:r/>
    </w:p>
    <w:p>
      <w:pPr>
        <w:pStyle w:val="Heading2"/>
      </w:pPr>
      <w:r>
        <w:t>Why fans keep replaying his stage looks</w:t>
      </w:r>
      <w:r/>
    </w:p>
    <w:p>
      <w:r/>
      <w:r>
        <w:t>A dramatic outfit works best when it has a job to do. The two-suit performance gave Boone a visual reset mid-show, while the Spidey-inspired look pushes that idea further by making him appear almost like a comic-book character brought to life.</w:t>
      </w:r>
      <w:r/>
    </w:p>
    <w:p>
      <w:r/>
      <w:r>
        <w:t>It also helps that his rise has been closely linked to emotionally direct pop. "Beautiful Things", one of his best-known songs, has become central to his public profile, and its success has given every performance a larger audience to impress.</w:t>
      </w:r>
      <w:r/>
    </w:p>
    <w:p>
      <w:r/>
      <w:r>
        <w:t>That combination of vulnerable songwriting and flamboyant presentation is a potent mix. One moment feels earnest and intimate; the next arrives with a costume change and a knowing wink.</w:t>
      </w:r>
      <w:r/>
    </w:p>
    <w:p>
      <w:pPr>
        <w:pStyle w:val="Heading2"/>
      </w:pPr>
      <w:r>
        <w:t>Choosing a stage outfit that actually works</w:t>
      </w:r>
      <w:r/>
    </w:p>
    <w:p>
      <w:r/>
      <w:r>
        <w:t>For performers, the practical lesson is simple: visual impact can't come at the expense of movement. A close-fitting suit needs enough stretch for dancing, strong seams for repeated wear and breathable fabric for hot venues.</w:t>
      </w:r>
      <w:r/>
    </w:p>
    <w:p>
      <w:r/>
      <w:r>
        <w:t>The best performance outfits also allow quick changes without turning the backstage area into a panic room. Boone's use of multiple suits shows how a costume can support pacing, but it also raises the less glamorous questions about fastenings, comfort and timing.</w:t>
      </w:r>
      <w:r/>
    </w:p>
    <w:p>
      <w:r/>
      <w:r>
        <w:t>Fans choosing a similar look for a party or concert should consider the same basics. Check how easily you can sit, walk and move your arms before committing to a heroic silhouette.</w:t>
      </w:r>
      <w:r/>
    </w:p>
    <w:p>
      <w:pPr>
        <w:pStyle w:val="Heading2"/>
      </w:pPr>
      <w:r>
        <w:t>Boone's fashion era is still gathering speed</w:t>
      </w:r>
      <w:r/>
    </w:p>
    <w:p>
      <w:r/>
      <w:r>
        <w:t>The attention around Boone's Spidey suit suggests that his visual identity is becoming more deliberate. He isn't simply wearing something eye-catching; he's creating moments that can travel from the stage to social feeds in seconds.</w:t>
      </w:r>
      <w:r/>
    </w:p>
    <w:p>
      <w:r/>
      <w:r>
        <w:t>That doesn't mean every outfit needs to be practical or restrained. Sometimes the point is precisely to be a little ridiculous, a little glamorous and impossible to ignore. A superhero suit may not be everyday clothing, but it can be very effective pop-star clothing.</w:t>
      </w:r>
      <w:r/>
    </w:p>
    <w:p>
      <w:r/>
      <w:r>
        <w:t>For Boone, the wardrobe is now part of the performance language. And if the conversation keeps growing, expect the next costume to arrive with even more theatrical ambition.</w:t>
      </w:r>
      <w:r/>
    </w:p>
    <w:p>
      <w:r/>
      <w:r>
        <w:t>It's a bold look, but that's exactly why people remember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[7]</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10">
        <w:r>
          <w:rPr>
            <w:color w:val="0000EE"/>
            <w:u w:val="single"/>
          </w:rPr>
          <w:t>[3]</w:t>
        </w:r>
      </w:hyperlink>
      <w:r>
        <w:t xml:space="preserve">, </w:t>
      </w:r>
      <w:hyperlink r:id="rId13">
        <w:r>
          <w:rPr>
            <w:color w:val="0000EE"/>
            <w:u w:val="single"/>
          </w:rPr>
          <w:t>[7]</w:t>
        </w:r>
      </w:hyperlink>
      <w:r>
        <w:t xml:space="preserve">- Paragraph 6: </w:t>
      </w:r>
      <w:hyperlink r:id="rId12">
        <w:r>
          <w:rPr>
            <w:color w:val="0000EE"/>
            <w:u w:val="single"/>
          </w:rPr>
          <w:t>[5]</w:t>
        </w:r>
      </w:hyperlink>
      <w:r>
        <w:t xml:space="preserve">, </w:t>
      </w:r>
      <w:hyperlink r:id="rId14">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[7]</w:t>
        </w:r>
      </w:hyperlink>
      <w:r>
        <w:t xml:space="preserve">, </w:t>
      </w:r>
      <w:hyperlink r:id="rId11">
        <w:r>
          <w:rPr>
            <w:color w:val="0000EE"/>
            <w:u w:val="single"/>
          </w:rPr>
          <w:t>[4]</w:t>
        </w:r>
      </w:hyperlink>
      <w:r>
        <w:t xml:space="preserve">- Paragraph 9: </w:t>
      </w:r>
      <w:hyperlink r:id="rId10">
        <w:r>
          <w:rPr>
            <w:color w:val="0000EE"/>
            <w:u w:val="single"/>
          </w:rPr>
          <w:t>[3]</w:t>
        </w:r>
      </w:hyperlink>
      <w:r>
        <w:t xml:space="preserve">, </w:t>
      </w:r>
      <w:hyperlink r:id="rId14">
        <w:r>
          <w:rPr>
            <w:color w:val="0000EE"/>
            <w:u w:val="single"/>
          </w:rPr>
          <w:t>[6]</w:t>
        </w:r>
      </w:hyperlink>
      <w:r>
        <w:t xml:space="preserve">- Paragraph 10: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https://www.queerty.com/benson-boones-spidey-suit-kai-camerons-straight-voice-jennifer-anistons-potent-margaritas-20260913/</w:t>
        </w:r>
      </w:hyperlink>
      <w:r>
        <w:t xml:space="preserve"> - Please view link - unable to able to access data</w:t>
      </w:r>
      <w:r/>
    </w:p>
    <w:p>
      <w:pPr>
        <w:pStyle w:val="ListNumber"/>
        <w:spacing w:line="240" w:lineRule="auto"/>
        <w:ind w:left="720"/>
      </w:pPr>
      <w:r/>
      <w:hyperlink r:id="rId9">
        <w:r>
          <w:rPr>
            <w:color w:val="0000EE"/>
            <w:u w:val="single"/>
          </w:rPr>
          <w:t>https://www.queerty.com/benson-boones-spidey-suit-kai-camerons-straight-voice-jennifer-anistons-potent-margaritas-20260913/</w:t>
        </w:r>
      </w:hyperlink>
      <w:r>
        <w:t xml:space="preserve"> - This article from Queerty highlights recent LGBTQ+ cultural moments, including Benson Boone's Spider-Man suit performance, Kai Cameron's use of his straight voice, and Jennifer Aniston's potent margaritas. It also mentions Andrew Isaac casting a spell, Cynthia Lee Fontaine sharing bathhouse etiquette, The Manscapers' backyard therapy, Ian Lightfoot holding the NFL accountable, John McDaniel recalling his time on The Rosie O'Donnell Show, Dylan Mulvaney serving Glinda the Good, and Andrew Bonomolo being fired for his sex work. The piece provides a snapshot of recent events and trends in LGBTQ+ entertainment and culture.</w:t>
      </w:r>
      <w:r/>
    </w:p>
    <w:p>
      <w:pPr>
        <w:pStyle w:val="ListNumber"/>
        <w:spacing w:line="240" w:lineRule="auto"/>
        <w:ind w:left="720"/>
      </w:pPr>
      <w:r/>
      <w:hyperlink r:id="rId10">
        <w:r>
          <w:rPr>
            <w:color w:val="0000EE"/>
            <w:u w:val="single"/>
          </w:rPr>
          <w:t>https://www.harpersbazaar.com/celebrity/latest/a64891781/benson-boone-two-suits-performance-2025-american-music-awards/</w:t>
        </w:r>
      </w:hyperlink>
      <w:r>
        <w:t xml:space="preserve"> - Harper's Bazaar reports on Benson Boone's fashion choices at the 2025 American Music Awards. The pop star wore a bedazzled Dolce &amp; Gabbana suit for his performance and a vintage rainforest-green suit with a silky ivory blouse for the red carpet. The article details the design elements of his outfits, including Western collar, white stitching, high-waisted flared pants, and black leather boots with block heels, highlighting Boone's distinctive style at the event.</w:t>
      </w:r>
      <w:r/>
    </w:p>
    <w:p>
      <w:pPr>
        <w:pStyle w:val="ListNumber"/>
        <w:spacing w:line="240" w:lineRule="auto"/>
        <w:ind w:left="720"/>
      </w:pPr>
      <w:r/>
      <w:hyperlink r:id="rId11">
        <w:r>
          <w:rPr>
            <w:color w:val="0000EE"/>
            <w:u w:val="single"/>
          </w:rPr>
          <w:t>https://www.mensjournal.com/news/benson-boone-grabbed-crotch-grammys-performance</w:t>
        </w:r>
      </w:hyperlink>
      <w:r>
        <w:t xml:space="preserve"> - Men's Journal discusses Benson Boone's controversial performance at the 2025 Grammy Awards, where he wore a tight, shimmery, midriff-baring baby blue bodysuit. The article addresses the incident where Boone was seen adjusting himself on stage, leading to public scrutiny. It includes Boone's clarification that the outfit was 'extremely restricting in certain areas' and his subsequent apology for the 'aggressive' gesture during the live performance.</w:t>
      </w:r>
      <w:r/>
    </w:p>
    <w:p>
      <w:pPr>
        <w:pStyle w:val="ListNumber"/>
        <w:spacing w:line="240" w:lineRule="auto"/>
        <w:ind w:left="720"/>
      </w:pPr>
      <w:r/>
      <w:hyperlink r:id="rId12">
        <w:r>
          <w:rPr>
            <w:color w:val="0000EE"/>
            <w:u w:val="single"/>
          </w:rPr>
          <w:t>https://ca.billboard.com/music/pop/benson-boone-still-wearing-restricting-blue-jumpsuit-it-hurts-1235893853/</w:t>
        </w:r>
      </w:hyperlink>
      <w:r>
        <w:t xml:space="preserve"> - Billboard Canada reports on Benson Boone's continued use of the restrictive blue jumpsuit during his performances, despite discomfort. The article highlights Boone's commitment to his artistic expression, noting his willingness to endure discomfort for his art. It also references the earlier incident at the Grammy Awards, where Boone was seen adjusting the jumpsuit, and his clarification regarding the outfit's restrictive nature.</w:t>
      </w:r>
      <w:r/>
    </w:p>
    <w:p>
      <w:pPr>
        <w:pStyle w:val="ListNumber"/>
        <w:spacing w:line="240" w:lineRule="auto"/>
        <w:ind w:left="720"/>
      </w:pPr>
      <w:r/>
      <w:hyperlink r:id="rId14">
        <w:r>
          <w:rPr>
            <w:color w:val="0000EE"/>
            <w:u w:val="single"/>
          </w:rPr>
          <w:t>https://en.wikipedia.org/wiki/Beautiful_Things_%28Benson_Boone_song%29</w:t>
        </w:r>
      </w:hyperlink>
      <w:r>
        <w:t xml:space="preserve"> - The Wikipedia page for 'Beautiful Things' by Benson Boone provides detailed information about the song, including its release date, genre, and chart performance. It notes that the song was released on January 18, 2024, and became a significant hit, reaching number one on multiple international charts, including the Billboard Global 200. The page also mentions the song's music video, which premiered the day after the single and garnered half a million views within an hour.</w:t>
      </w:r>
      <w:r/>
    </w:p>
    <w:p>
      <w:pPr>
        <w:pStyle w:val="ListNumber"/>
        <w:spacing w:line="240" w:lineRule="auto"/>
        <w:ind w:left="720"/>
      </w:pPr>
      <w:r/>
      <w:hyperlink r:id="rId13">
        <w:r>
          <w:rPr>
            <w:color w:val="0000EE"/>
            <w:u w:val="single"/>
          </w:rPr>
          <w:t>https://www.asos.com/men/fashion-feed/2024_07_09-tues/style-file-benson-boone/</w:t>
        </w:r>
      </w:hyperlink>
      <w:r>
        <w:t xml:space="preserve"> - ASOS's Style Feed features an article on Benson Boone's fashion choices, highlighting his best looks to date. The piece discusses Boone's outfits, including a white lace shirt, double denim ensemble, and a denim look with front flips on stage. It provides details on how to achieve similar looks, referencing ASOS products such as a white tiled lace shirt, slim suit trousers, and cuban heeled boots, showcasing Boone's distinctive style.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benson-boones-spidey-suit-kai-camerons-straight-voice-jennifer-anistons-potent-margaritas-20260913/" TargetMode="External"/><Relationship Id="rId10" Type="http://schemas.openxmlformats.org/officeDocument/2006/relationships/hyperlink" Target="https://www.harpersbazaar.com/celebrity/latest/a64891781/benson-boone-two-suits-performance-2025-american-music-awards/" TargetMode="External"/><Relationship Id="rId11" Type="http://schemas.openxmlformats.org/officeDocument/2006/relationships/hyperlink" Target="https://www.mensjournal.com/news/benson-boone-grabbed-crotch-grammys-performance" TargetMode="External"/><Relationship Id="rId12" Type="http://schemas.openxmlformats.org/officeDocument/2006/relationships/hyperlink" Target="https://ca.billboard.com/music/pop/benson-boone-still-wearing-restricting-blue-jumpsuit-it-hurts-1235893853/" TargetMode="External"/><Relationship Id="rId13" Type="http://schemas.openxmlformats.org/officeDocument/2006/relationships/hyperlink" Target="https://www.asos.com/men/fashion-feed/2024_07_09-tues/style-file-benson-boone/" TargetMode="External"/><Relationship Id="rId14" Type="http://schemas.openxmlformats.org/officeDocument/2006/relationships/hyperlink" Target="https://en.wikipedia.org/wiki/Beautiful_Things_%28Benson_Boone_song%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