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Coders Are Owning Programmer's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programmers are getting their moment in the spotlight as Programmer's Day celebrates the people behind our digital lives. From Alan Turing to today's software engineers, the LGBTQ+ community has shaped computing in ways that still matter, while social media is adding a playful, proudly personal twist.</w:t>
      </w:r>
      <w:r/>
    </w:p>
    <w:p>
      <w:pPr>
        <w:pStyle w:val="Heading2"/>
      </w:pPr>
      <w:r>
        <w:t>Programmer's Day has a very nerdy secret</w:t>
      </w:r>
      <w:r/>
    </w:p>
    <w:p>
      <w:r/>
      <w:r>
        <w:t>Programmer's Day falls on the 256th day of the year, usually 13 September, although leap years shift it to 12 September. The number isn't random: 256 is the number of different values an eight-bit byte can hold, making the date a tidy little tribute to the building blocks of computing.</w:t>
      </w:r>
      <w:r/>
    </w:p>
    <w:p>
      <w:r/>
      <w:r>
        <w:t xml:space="preserve">According to Programmer's Day and Programmer's Day organisations, the occasion was created to recognise programmers and the increasingly essential work they do. It's a niche celebration, certainly, but one with more relevance every time an app loads, a payment clears or a smart device behaves itself. </w:t>
      </w:r>
      <w:hyperlink r:id="rId9">
        <w:r>
          <w:rPr>
            <w:color w:val="0000EE"/>
            <w:u w:val="single"/>
          </w:rPr>
          <w:t>[2]</w:t>
        </w:r>
      </w:hyperlink>
      <w:r>
        <w:t xml:space="preserve">, </w:t>
      </w:r>
      <w:hyperlink r:id="rId10">
        <w:r>
          <w:rPr>
            <w:color w:val="0000EE"/>
            <w:u w:val="single"/>
          </w:rPr>
          <w:t>[4]</w:t>
        </w:r>
      </w:hyperlink>
      <w:r/>
    </w:p>
    <w:p>
      <w:r/>
      <w:r>
        <w:t>That technical detail may sound dry, but the day has a surprisingly human side. Behind every line of code is someone solving problems, making decisions and, occasionally, wondering why the same bug keeps returning at 2am.</w:t>
      </w:r>
      <w:r/>
    </w:p>
    <w:p>
      <w:pPr>
        <w:pStyle w:val="Heading2"/>
      </w:pPr>
      <w:r>
        <w:t>Queer pioneers helped write computing history</w:t>
      </w:r>
      <w:r/>
    </w:p>
    <w:p>
      <w:r/>
      <w:r>
        <w:t>LGBTQ+ people aren't newcomers to computer science. Alan Turing remains the best-known example, but the broader story also includes figures such as Edie Windsor, Jon "Maddog" Hall, Irma Olguin Jr and Megan Smith.</w:t>
      </w:r>
      <w:r/>
    </w:p>
    <w:p>
      <w:r/>
      <w:r>
        <w:t xml:space="preserve">Their work spans cryptanalysis, software, open-source advocacy, community technology and government leadership. In other words, queer influence on computing isn't confined to one famous mathematician or one dramatic chapter of history. It's woven through the field's development. </w:t>
      </w:r>
      <w:hyperlink r:id="rId11">
        <w:r>
          <w:rPr>
            <w:color w:val="0000EE"/>
            <w:u w:val="single"/>
          </w:rPr>
          <w:t>[3]</w:t>
        </w:r>
      </w:hyperlink>
      <w:r>
        <w:t xml:space="preserve">, </w:t>
      </w:r>
      <w:hyperlink r:id="rId12">
        <w:r>
          <w:rPr>
            <w:color w:val="0000EE"/>
            <w:u w:val="single"/>
          </w:rPr>
          <w:t>[6]</w:t>
        </w:r>
      </w:hyperlink>
      <w:r/>
    </w:p>
    <w:p>
      <w:r/>
      <w:r>
        <w:t>Turing's legacy is especially complicated because his achievements were celebrated alongside persecution for being gay. That contrast still gives Programmer's Day extra emotional weight: the technology industry can look forward while carrying a past that deserves honest remembrance.</w:t>
      </w:r>
      <w:r/>
    </w:p>
    <w:p>
      <w:pPr>
        <w:pStyle w:val="Heading2"/>
      </w:pPr>
      <w:r>
        <w:t>Today's gay coders are part of the story too</w:t>
      </w:r>
      <w:r/>
    </w:p>
    <w:p>
      <w:r/>
      <w:r>
        <w:t>Online discussions about gay programmers show a much wider professional picture. Participants identify themselves as students, engineers, managers, consultants, network specialists and mobile developers, reflecting how thoroughly software work has spread across modern careers.</w:t>
      </w:r>
      <w:r/>
    </w:p>
    <w:p>
      <w:r/>
      <w:r>
        <w:t xml:space="preserve">That variety matters. A gay programmer isn't one recognisable stereotype in a hoodie, tapping away in a dark room. They might be leading a large team, maintaining banking systems, building an iPhone app or still deciding which branch of computer science feels right. </w:t>
      </w:r>
      <w:hyperlink r:id="rId13">
        <w:r>
          <w:rPr>
            <w:color w:val="0000EE"/>
            <w:u w:val="single"/>
          </w:rPr>
          <w:t>[5]</w:t>
        </w:r>
      </w:hyperlink>
      <w:r>
        <w:t xml:space="preserve">, </w:t>
      </w:r>
      <w:hyperlink r:id="rId14">
        <w:r>
          <w:rPr>
            <w:color w:val="0000EE"/>
            <w:u w:val="single"/>
          </w:rPr>
          <w:t>[7]</w:t>
        </w:r>
      </w:hyperlink>
      <w:r/>
    </w:p>
    <w:p>
      <w:r/>
      <w:r>
        <w:t>The language of those conversations is often casual and playful, but visibility can carry real importance. Seeing people who share your identity in technical roles can make an industry feel less remote, especially for younger LGBTQ+ people considering a career in technology.</w:t>
      </w:r>
      <w:r/>
    </w:p>
    <w:p>
      <w:pPr>
        <w:pStyle w:val="Heading2"/>
      </w:pPr>
      <w:r>
        <w:t>Social media brings a cheeky new layer</w:t>
      </w:r>
      <w:r/>
    </w:p>
    <w:p>
      <w:r/>
      <w:r>
        <w:t>Instagram captions and hashtags have given gay coders a way to identify themselves with humour, confidence and a knowing wink. The jokes lean into programming language, arrays and code, turning specialist vocabulary into a kind of community shorthand.</w:t>
      </w:r>
      <w:r/>
    </w:p>
    <w:p>
      <w:r/>
      <w:r>
        <w:t xml:space="preserve">It works because the humour is doing two jobs at once. It makes the posts entertaining, but it also says that queer people belong in technical spaces without needing to flatten their personalities to fit in. </w:t>
      </w:r>
      <w:hyperlink r:id="rId10">
        <w:r>
          <w:rPr>
            <w:color w:val="0000EE"/>
            <w:u w:val="single"/>
          </w:rPr>
          <w:t>[4]</w:t>
        </w:r>
      </w:hyperlink>
      <w:r>
        <w:t xml:space="preserve">, </w:t>
      </w:r>
      <w:hyperlink r:id="rId12">
        <w:r>
          <w:rPr>
            <w:color w:val="0000EE"/>
            <w:u w:val="single"/>
          </w:rPr>
          <w:t>[6]</w:t>
        </w:r>
      </w:hyperlink>
      <w:r/>
    </w:p>
    <w:p>
      <w:r/>
      <w:r>
        <w:t>That playful tone is a useful reminder that representation doesn't always arrive through a keynote speech or a corporate diversity report. Sometimes it appears in a caption that makes another programmer grin at their phone.</w:t>
      </w:r>
      <w:r/>
    </w:p>
    <w:p>
      <w:pPr>
        <w:pStyle w:val="Heading2"/>
      </w:pPr>
      <w:r>
        <w:t>What Programmer's Day should celebrate</w:t>
      </w:r>
      <w:r/>
    </w:p>
    <w:p>
      <w:r/>
      <w:r>
        <w:t>The best version of Programmer's Day is bigger than binary numbers and clever references. It should recognise the people who built the systems we rely on, while making room for those who have historically had to fight harder to be seen within technical fields.</w:t>
      </w:r>
      <w:r/>
    </w:p>
    <w:p>
      <w:r/>
      <w:r>
        <w:t xml:space="preserve">For LGBTQ+ readers, the day offers a chance to celebrate both heritage and the present-day workforce. For everyone else, it's an invitation to look beyond the familiar technology-celebrity names and notice the many programmers quietly keeping the digital world running. </w:t>
      </w:r>
      <w:hyperlink r:id="rId9">
        <w:r>
          <w:rPr>
            <w:color w:val="0000EE"/>
            <w:u w:val="single"/>
          </w:rPr>
          <w:t>[2]</w:t>
        </w:r>
      </w:hyperlink>
      <w:r>
        <w:t xml:space="preserve">, </w:t>
      </w:r>
      <w:hyperlink r:id="rId11">
        <w:r>
          <w:rPr>
            <w:color w:val="0000EE"/>
            <w:u w:val="single"/>
          </w:rPr>
          <w:t>[3]</w:t>
        </w:r>
      </w:hyperlink>
      <w:r/>
    </w:p>
    <w:p>
      <w:r/>
      <w:r>
        <w:t>Technology can feel sleek and invisible from the outside, but its history is full of human lives, personal risks and unexpected paths. That's what makes this particular celebration more interesting than its byte-sized punchline suggests.</w:t>
      </w:r>
      <w:r/>
    </w:p>
    <w:p>
      <w:r/>
      <w:r>
        <w:t>Queer coders aren't a footnote to computing history; they're part of its source code.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https://www.queerty.com/these-gay-coders-have-us-wanting-to-see-their-python-20260912/</w:t>
        </w:r>
      </w:hyperlink>
      <w:r>
        <w:t xml:space="preserve"> - Please view link - unable to able to access data</w:t>
      </w:r>
      <w:r/>
    </w:p>
    <w:p>
      <w:pPr>
        <w:pStyle w:val="ListNumber"/>
        <w:spacing w:line="240" w:lineRule="auto"/>
        <w:ind w:left="720"/>
      </w:pPr>
      <w:r/>
      <w:hyperlink r:id="rId9">
        <w:r>
          <w:rPr>
            <w:color w:val="0000EE"/>
            <w:u w:val="single"/>
          </w:rPr>
          <w:t>https://programmers.day/</w:t>
        </w:r>
      </w:hyperlink>
      <w:r>
        <w:t xml:space="preserve"> - Programmer's Day is celebrated on the 256th day of the year, chosen because 256 (2⁸) represents the number of distinct values an eight-bit byte can hold. In common years, this falls on September 13; in leap years, on September 12. The day honours the innovators who write the code powering modern life, acknowledging the creativity and problem-solving skills required to build and maintain digital infrastructure. Notably, 256 is also 100 in hexadecimal, and Ada Lovelace is considered the first computer programmer for her work on Charles Babbage's Analytical Engine in the 1840s.</w:t>
      </w:r>
      <w:r/>
    </w:p>
    <w:p>
      <w:pPr>
        <w:pStyle w:val="ListNumber"/>
        <w:spacing w:line="240" w:lineRule="auto"/>
        <w:ind w:left="720"/>
      </w:pPr>
      <w:r/>
      <w:hyperlink r:id="rId11">
        <w:r>
          <w:rPr>
            <w:color w:val="0000EE"/>
            <w:u w:val="single"/>
          </w:rPr>
          <w:t>https://en.wikipedia.org/wiki/Programmer%27s_Day</w:t>
        </w:r>
      </w:hyperlink>
      <w:r>
        <w:t xml:space="preserve"> - Programmer's Day, also known as the Day of the Programmer, is an international professional day celebrated on the 256th day of each year, which is September 13 in common years and September 12 in leap years. The number 256 (2⁸) was chosen because it is the number of distinct values that can be represented with an eight-bit byte. The day was officially recognised in Russia in 2009, and is observed in several other countries, including the United States, the United Kingdom, and Australia.</w:t>
      </w:r>
      <w:r/>
    </w:p>
    <w:p>
      <w:pPr>
        <w:pStyle w:val="ListNumber"/>
        <w:spacing w:line="240" w:lineRule="auto"/>
        <w:ind w:left="720"/>
      </w:pPr>
      <w:r/>
      <w:hyperlink r:id="rId10">
        <w:r>
          <w:rPr>
            <w:color w:val="0000EE"/>
            <w:u w:val="single"/>
          </w:rPr>
          <w:t>https://programmersday.org/en</w:t>
        </w:r>
      </w:hyperlink>
      <w:r>
        <w:t xml:space="preserve"> - Programmers' Day celebrates the work of developers and digital creators, observed on the 256th day of the year. The number 256 is significant in computing because it equals 2⁸, the number of possible values in a byte. In leap years, the date is September 12; otherwise, it is September 13. The day is marked by events such as hackathons, community meetups, open-source contributions, and team shout-outs, recognising anyone who codes, automates, builds digital products, or thinks in systems.</w:t>
      </w:r>
      <w:r/>
    </w:p>
    <w:p>
      <w:pPr>
        <w:pStyle w:val="ListNumber"/>
        <w:spacing w:line="240" w:lineRule="auto"/>
        <w:ind w:left="720"/>
      </w:pPr>
      <w:r/>
      <w:hyperlink r:id="rId13">
        <w:r>
          <w:rPr>
            <w:color w:val="0000EE"/>
            <w:u w:val="single"/>
          </w:rPr>
          <w:t>https://computer-programming.fandom.com/wiki/Programmer%27s_Day</w:t>
        </w:r>
      </w:hyperlink>
      <w:r>
        <w:t xml:space="preserve"> - Programmer's Day is an international professional day celebrated on the 256th (2⁸) day of each year, which is September 13 during common years and September 12 in leap years. The number 256 was chosen because it is the number of distinct values that can be represented with an eight-bit byte. The day was proposed by Valentin Balt and Michael Cherviakov in 2002 and was officially recognised in Russia in 2009. It is observed in several other countries, including the United States, the United Kingdom, and Australia.</w:t>
      </w:r>
      <w:r/>
    </w:p>
    <w:p>
      <w:pPr>
        <w:pStyle w:val="ListNumber"/>
        <w:spacing w:line="240" w:lineRule="auto"/>
        <w:ind w:left="720"/>
      </w:pPr>
      <w:r/>
      <w:hyperlink r:id="rId12">
        <w:r>
          <w:rPr>
            <w:color w:val="0000EE"/>
            <w:u w:val="single"/>
          </w:rPr>
          <w:t>https://everything.explained.today/Programmer%27s_Day/</w:t>
        </w:r>
      </w:hyperlink>
      <w:r>
        <w:t xml:space="preserve"> - Programmer's Day, also known as the Day of the Programmer, is an international professional day celebrated on the 256th (2⁸) day of each year, which is September 13 in common years and September 12 in leap years. The number 256 was chosen because it is the number of distinct values that can be represented with an eight-bit byte. The day was officially recognised in Russia in 2009, and is observed in several other countries, including the United States, the United Kingdom, and Australia.</w:t>
      </w:r>
      <w:r/>
    </w:p>
    <w:p>
      <w:pPr>
        <w:pStyle w:val="ListNumber"/>
        <w:spacing w:line="240" w:lineRule="auto"/>
        <w:ind w:left="720"/>
      </w:pPr>
      <w:r/>
      <w:hyperlink r:id="rId14">
        <w:r>
          <w:rPr>
            <w:color w:val="0000EE"/>
            <w:u w:val="single"/>
          </w:rPr>
          <w:t>https://dayspedia.com/us/calendar/holiday/769/</w:t>
        </w:r>
      </w:hyperlink>
      <w:r>
        <w:t xml:space="preserve"> - Programmer's Day, also known as the Day of the Programmer, is celebrated on the 256th day of each year, which is September 13 in common years and September 12 in leap years. The number 256 was chosen because it is the number of distinct values that can be represented with an eight-bit byte. The day honours the innovators who write the code powering modern life, acknowledging the creativity and problem-solving skills required to build and maintain digital infrastructure.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ogrammers.day/" TargetMode="External"/><Relationship Id="rId10" Type="http://schemas.openxmlformats.org/officeDocument/2006/relationships/hyperlink" Target="https://programmersday.org/en" TargetMode="External"/><Relationship Id="rId11" Type="http://schemas.openxmlformats.org/officeDocument/2006/relationships/hyperlink" Target="https://en.wikipedia.org/wiki/Programmer%27s_Day" TargetMode="External"/><Relationship Id="rId12" Type="http://schemas.openxmlformats.org/officeDocument/2006/relationships/hyperlink" Target="https://everything.explained.today/Programmer%27s_Day/" TargetMode="External"/><Relationship Id="rId13" Type="http://schemas.openxmlformats.org/officeDocument/2006/relationships/hyperlink" Target="https://computer-programming.fandom.com/wiki/Programmer%27s_Day" TargetMode="External"/><Relationship Id="rId14" Type="http://schemas.openxmlformats.org/officeDocument/2006/relationships/hyperlink" Target="https://dayspedia.com/us/calendar/holiday/769/" TargetMode="External"/><Relationship Id="rId15" Type="http://schemas.openxmlformats.org/officeDocument/2006/relationships/hyperlink" Target="https://www.queerty.com/these-gay-coders-have-us-wanting-to-see-their-python-202609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