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Does Febfem Mean? A Guide to This Online Identity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increasingly searching for what Febfem means as identity language evolves online. The term describes a woman who identifies as bisexual while experiencing attraction exclusively to women, offering a specific label for an experience that may not feel fully captured by “bisexual” or “lesbian”.</w:t>
      </w:r>
      <w:r/>
    </w:p>
    <w:p>
      <w:pPr>
        <w:pStyle w:val="Heading2"/>
      </w:pPr>
      <w:r>
        <w:t>Essential Takeaways</w:t>
      </w:r>
      <w:r/>
      <w:r/>
    </w:p>
    <w:p>
      <w:pPr>
        <w:pStyle w:val="ListBullet"/>
        <w:spacing w:line="240" w:lineRule="auto"/>
        <w:ind w:left="720"/>
      </w:pPr>
      <w:r/>
      <w:r>
        <w:rPr>
          <w:b/>
        </w:rPr>
        <w:t>Febfem describes a specific identity:</w:t>
      </w:r>
      <w:r>
        <w:t xml:space="preserve"> It generally refers to a bisexual woman who is exclusively attracted to women.</w:t>
      </w:r>
      <w:r/>
    </w:p>
    <w:p>
      <w:pPr>
        <w:pStyle w:val="ListBullet"/>
        <w:spacing w:line="240" w:lineRule="auto"/>
        <w:ind w:left="720"/>
      </w:pPr>
      <w:r/>
      <w:r>
        <w:rPr>
          <w:b/>
        </w:rPr>
        <w:t>Labels are personal:</w:t>
      </w:r>
      <w:r>
        <w:t xml:space="preserve"> The term may feel useful to some people, while others prefer bisexual, lesbian, sapphic or no label at all.</w:t>
      </w:r>
      <w:r/>
    </w:p>
    <w:p>
      <w:pPr>
        <w:pStyle w:val="ListBullet"/>
        <w:spacing w:line="240" w:lineRule="auto"/>
        <w:ind w:left="720"/>
      </w:pPr>
      <w:r/>
      <w:r>
        <w:rPr>
          <w:b/>
        </w:rPr>
        <w:t>The internet helped spread it:</w:t>
      </w:r>
      <w:r>
        <w:t xml:space="preserve"> Forums, glossaries and social media gave people new ways to find the term and discuss it.</w:t>
      </w:r>
      <w:r/>
    </w:p>
    <w:p>
      <w:pPr>
        <w:pStyle w:val="ListBullet"/>
        <w:spacing w:line="240" w:lineRule="auto"/>
        <w:ind w:left="720"/>
      </w:pPr>
      <w:r/>
      <w:r>
        <w:rPr>
          <w:b/>
        </w:rPr>
        <w:t>Confusion remains:</w:t>
      </w:r>
      <w:r>
        <w:t xml:space="preserve"> Febfem is sometimes misunderstood as contradictory, even though identity and attraction don't always fit tidy categories.</w:t>
      </w:r>
      <w:r/>
    </w:p>
    <w:p>
      <w:pPr>
        <w:pStyle w:val="ListBullet"/>
        <w:spacing w:line="240" w:lineRule="auto"/>
        <w:ind w:left="720"/>
      </w:pPr>
      <w:r/>
      <w:r>
        <w:rPr>
          <w:b/>
        </w:rPr>
        <w:t>Context matters:</w:t>
      </w:r>
      <w:r>
        <w:t xml:space="preserve"> Definitions can vary between communities, so listening to how someone uses the label is the best guide.</w:t>
      </w:r>
      <w:r/>
      <w:r/>
    </w:p>
    <w:p>
      <w:pPr>
        <w:pStyle w:val="Heading2"/>
      </w:pPr>
      <w:r>
        <w:t>Febfem offers a more precise way to describe attraction</w:t>
      </w:r>
      <w:r/>
    </w:p>
    <w:p>
      <w:r/>
      <w:r>
        <w:t>At first glance, Febfem can look like a contradiction. If someone is attracted exclusively to women, why not simply use “lesbian”? The answer is that identity isn't always a neat filing system. Some women understand themselves as bisexual because of their past experiences, emotional history, capacity for attraction, or relationship to the wider bisexual community, even when their present attraction is focused on women.</w:t>
      </w:r>
      <w:r/>
    </w:p>
    <w:p>
      <w:r/>
      <w:r>
        <w:t>The term is commonly defined as a female bisexual person who is exclusively attracted to females. Wiktionary and other online glossaries record this usage, while community discussions show that people don't always apply the label in exactly the same way. That variation is normal for identity language, which tends to grow from lived experience rather than from a central rulebook.</w:t>
      </w:r>
      <w:r/>
    </w:p>
    <w:p>
      <w:pPr>
        <w:pStyle w:val="Heading2"/>
      </w:pPr>
      <w:r>
        <w:t>A label shaped by the long history of bisexual identity</w:t>
      </w:r>
      <w:r/>
    </w:p>
    <w:p>
      <w:r/>
      <w:r>
        <w:t>Bisexuality has a longer and more complicated history than many people realise. Women attracted to more than one gender have often had their experiences minimised, questioned or folded into other categories. That background helps explain why some people look for labels that offer more detail instead of relying on one broad umbrella.</w:t>
      </w:r>
      <w:r/>
    </w:p>
    <w:p>
      <w:r/>
      <w:r>
        <w:t>Febfem is therefore less a replacement for bisexuality than a narrowing of focus. It can communicate, quickly and clearly, that a person identifies with bisexuality while describing attraction to women only. As WebMD's discussion of gynosexuality illustrates, attraction terminology can be nuanced, particularly when people are trying to distinguish gender identity, gender expression and the genders they find attractive.</w:t>
      </w:r>
      <w:r/>
    </w:p>
    <w:p>
      <w:pPr>
        <w:pStyle w:val="Heading2"/>
      </w:pPr>
      <w:r>
        <w:t>The internet turned an obscure term into a searchable identity</w:t>
      </w:r>
      <w:r/>
    </w:p>
    <w:p>
      <w:r/>
      <w:r>
        <w:t>The web has made niche identity terms much easier to discover. A person who once felt isolated can now search a phrase, read definitions, compare experiences and find conversations that would have been difficult to access locally. Early forums helped people exchange personal stories, while social media made the language more visible, shareable and occasionally very loud.</w:t>
      </w:r>
      <w:r/>
    </w:p>
    <w:p>
      <w:r/>
      <w:r>
        <w:t>Online dictionaries and community glossaries have played a role too. Wiktionary, Urban Dictionary and specialist LGBTQ+ resources each offer different kinds of information, from concise definitions to informal usage. That mix can be useful, but it also means readers should treat a single result as a starting point rather than the final word.</w:t>
      </w:r>
      <w:r/>
    </w:p>
    <w:p>
      <w:r/>
      <w:r>
        <w:t>The internet can preserve language, but it can also flatten it. A short definition may miss the emotional reasons someone chooses Febfem, just as a viral post can make a complex identity look like a debate prompt. Behind the terminology are people trying to describe themselves in a way that feels comfortable and recognisable.</w:t>
      </w:r>
      <w:r/>
    </w:p>
    <w:p>
      <w:pPr>
        <w:pStyle w:val="Heading2"/>
      </w:pPr>
      <w:r>
        <w:t>Why Febfem still sparks debate</w:t>
      </w:r>
      <w:r/>
    </w:p>
    <w:p>
      <w:r/>
      <w:r>
        <w:t>The label has attracted controversy because it sits near several familiar identity categories. Some critics question whether it is necessary, while others worry that it reinforces strict ideas about who counts as bisexual or lesbian. IntoMore's coverage of the debate reflects that tension: more specific language can help people feel seen, but it can also invite gatekeeping and arguments over who is using a label “correctly”.</w:t>
      </w:r>
      <w:r/>
    </w:p>
    <w:p>
      <w:r/>
      <w:r>
        <w:t>There are also recurring misconceptions. Some people assume Febfem must be a temporary phase, while others treat it as proof that bisexuality and lesbian identity cannot overlap in a person's history. Neither assumption leaves much room for personal context. Labels describe experiences; they don't always predict someone's past, future or relationships.</w:t>
      </w:r>
      <w:r/>
    </w:p>
    <w:p>
      <w:r/>
      <w:r>
        <w:t>A more useful approach is to ask what the term does for the person using it. If it provides clarity, community or relief, that has value. If it feels restrictive, another word may work better.</w:t>
      </w:r>
      <w:r/>
    </w:p>
    <w:p>
      <w:pPr>
        <w:pStyle w:val="Heading2"/>
      </w:pPr>
      <w:r>
        <w:t>How to approach Febfem thoughtfully online</w:t>
      </w:r>
      <w:r/>
    </w:p>
    <w:p>
      <w:r/>
      <w:r>
        <w:t>When encountering Febfem for the first time, start with the broad definition but leave room for individual meaning. Sapphic is another useful umbrella term for women and gender-diverse people attracted to women, although it isn't identical to Febfem. The Gaygency's glossary places sapphic language within a wider cultural and romantic context, which shows why neighbouring terms shouldn't be treated as interchangeable.</w:t>
      </w:r>
      <w:r/>
    </w:p>
    <w:p>
      <w:r/>
      <w:r>
        <w:t>If someone describes themselves as Febfem, there's no need to cross-examine the label. Use the words they choose, avoid assumptions about their relationships and remember that online definitions may not capture the whole story. For anyone exploring the term personally, reading several sources and spending time in respectful community spaces can be more helpful than chasing one perfect definition.</w:t>
      </w:r>
      <w:r/>
    </w:p>
    <w:p>
      <w:r/>
      <w:r>
        <w:t>The future of Febfem will probably follow the usual path of internet language: some people will adopt it, others will move on, and its meaning may shift as more people use it. That isn't a weakness. It shows that identity vocabulary is alive, responsive and shaped by the people who need it.</w:t>
      </w:r>
      <w:r/>
    </w:p>
    <w:p>
      <w:r/>
      <w:r>
        <w:t>Explore the language that helps you feel most understood.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[4]</w:t>
        </w:r>
      </w:hyperlink>
      <w:r>
        <w:t xml:space="preserve">- Paragraph 6: </w:t>
      </w:r>
      <w:hyperlink r:id="rId12">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https://blog.swingtowns.com/febfem-from-history-books-to-the-internet/</w:t>
        </w:r>
      </w:hyperlink>
      <w:r>
        <w:t xml:space="preserve"> - Please view link - unable to able to access data</w:t>
      </w:r>
      <w:r/>
    </w:p>
    <w:p>
      <w:pPr>
        <w:pStyle w:val="ListNumber"/>
        <w:spacing w:line="240" w:lineRule="auto"/>
        <w:ind w:left="720"/>
      </w:pPr>
      <w:r/>
      <w:hyperlink r:id="rId10">
        <w:r>
          <w:rPr>
            <w:color w:val="0000EE"/>
            <w:u w:val="single"/>
          </w:rPr>
          <w:t>https://radcaen.fr/index.php/2020/07/22/febfem-definition/</w:t>
        </w:r>
      </w:hyperlink>
      <w:r>
        <w:t xml:space="preserve"> - This article defines 'Febfem' as a term within the bisexual community, specifically referring to women who exclusively engage in romantic or sexual relationships with other women. The term was coined on Tumblr in 2017 by a bisexual woman seeking an alternative to existing labels. It acknowledges a bisexual identity while specifying a current or primary focus of attraction, allowing for a nuanced expression of attraction that doesn't fit neatly into broader categories. The article also discusses the origins and usage of the term, highlighting its significance in providing bisexual women with a way to identify their attraction to women without appropriating lesbian terminology.</w:t>
      </w:r>
      <w:r/>
    </w:p>
    <w:p>
      <w:pPr>
        <w:pStyle w:val="ListNumber"/>
        <w:spacing w:line="240" w:lineRule="auto"/>
        <w:ind w:left="720"/>
      </w:pPr>
      <w:r/>
      <w:hyperlink r:id="rId11">
        <w:r>
          <w:rPr>
            <w:color w:val="0000EE"/>
            <w:u w:val="single"/>
          </w:rPr>
          <w:t>https://en.wiktionary.org/wiki/febfem</w:t>
        </w:r>
      </w:hyperlink>
      <w:r>
        <w:t xml:space="preserve"> - Wiktionary defines 'febfem' as an abbreviation of 'female-exclusive bisexual female,' referring to a cisgender bisexual woman who exclusively dates other cisgender women. The term is primarily used within gender-critical feminism to describe this specific attraction pattern. The entry provides the etymology, pronunciation, and usage notes, indicating that 'febfem' is chiefly used by gender-critical feminists and hence in reference only to cisgender women who date only other cisgender women.</w:t>
      </w:r>
      <w:r/>
    </w:p>
    <w:p>
      <w:pPr>
        <w:pStyle w:val="ListNumber"/>
        <w:spacing w:line="240" w:lineRule="auto"/>
        <w:ind w:left="720"/>
      </w:pPr>
      <w:r/>
      <w:hyperlink r:id="rId14">
        <w:r>
          <w:rPr>
            <w:color w:val="0000EE"/>
            <w:u w:val="single"/>
          </w:rPr>
          <w:t>https://www.urbandictionary.com/define.php?term=Febfem</w:t>
        </w:r>
      </w:hyperlink>
      <w:r>
        <w:t xml:space="preserve"> - Urban Dictionary defines 'Febfem' as an acronym for 'Female Exclusive Bisexual Female,' describing a bisexual woman who chooses to only date and have sex with other women, despite still being attracted to men. The entry outlines various reasons why a bisexual woman may choose to exclusively date other women, including having a preference for women, not wanting to risk pregnancy, trauma surrounding men, or being significantly more attracted to women. It also notes that the term is used by a significant number of bisexual women and encourages bisexual women to discuss this identity.</w:t>
      </w:r>
      <w:r/>
    </w:p>
    <w:p>
      <w:pPr>
        <w:pStyle w:val="ListNumber"/>
        <w:spacing w:line="240" w:lineRule="auto"/>
        <w:ind w:left="720"/>
      </w:pPr>
      <w:r/>
      <w:hyperlink r:id="rId12">
        <w:r>
          <w:rPr>
            <w:color w:val="0000EE"/>
            <w:u w:val="single"/>
          </w:rPr>
          <w:t>https://www.intomore.com/the-internet/controversy/why-does-it-mean-to-be-febfem-and-why-is-the-label-stirring-up-controversy/</w:t>
        </w:r>
      </w:hyperlink>
      <w:r>
        <w:t xml:space="preserve"> - This article discusses the term 'febfem,' which stands for 'female exclusive bisexual female,' and is used by bisexual women who are only interested in being with other women, despite also being attracted to men. The article highlights the controversy surrounding the term, noting that some users on social media have pointed out their qualms with it. A chief complaint is how 'febfem' can perpetuate bisexual erasure, with some reading the use of a term in place of 'bisexual' as a sign of shame over one's bisexual identity, implying there's something wrong with calling yourself bi, regardless of the gender of your partner.</w:t>
      </w:r>
      <w:r/>
    </w:p>
    <w:p>
      <w:pPr>
        <w:pStyle w:val="ListNumber"/>
        <w:spacing w:line="240" w:lineRule="auto"/>
        <w:ind w:left="720"/>
      </w:pPr>
      <w:r/>
      <w:hyperlink r:id="rId13">
        <w:r>
          <w:rPr>
            <w:color w:val="0000EE"/>
            <w:u w:val="single"/>
          </w:rPr>
          <w:t>https://www.webmd.com/sex/what-is-gynosexuality?mobile-app=true&amp;theme=false</w:t>
        </w:r>
      </w:hyperlink>
      <w:r>
        <w:t xml:space="preserve"> - WebMD defines 'gynosexuality' as sexual attraction to femininity, regardless of the gender identity of the person experiencing that attraction. The term comes from Greek roots: 'gyne' (woman) and 'philia' (love or attraction). It exists alongside its counterpart, 'androphilia,' which describes attraction to men or masculinity. Together, these terms offer a way to describe who someone is attracted to without making assumptions about who they are. The article provides an overview of the term, its etymology, and its usage.</w:t>
      </w:r>
      <w:r/>
    </w:p>
    <w:p>
      <w:pPr>
        <w:pStyle w:val="ListNumber"/>
        <w:spacing w:line="240" w:lineRule="auto"/>
        <w:ind w:left="720"/>
      </w:pPr>
      <w:r/>
      <w:hyperlink r:id="rId15">
        <w:r>
          <w:rPr>
            <w:color w:val="0000EE"/>
            <w:u w:val="single"/>
          </w:rPr>
          <w:t>https://www.thegaygency.com/resources/glossary/sapphic</w:t>
        </w:r>
      </w:hyperlink>
      <w:r>
        <w:t xml:space="preserve"> - The Gaygency defines 'Sapphic' as an umbrella term for women and woman-aligned people, including nonbinary people, who are attracted to women, taking its name from the ancient Greek poet Sappho of Lesbos. The term is broader than 'lesbian,' which usually means a woman attracted only to women; 'Sapphic' also includes bisexual, pansexual, and queer people whose attraction includes women. The defining feature is a direction of attraction rather than one fixed orientation. The article notes that the word has surged in popularity on social media and in music and dating spaces as a warm, poetic alternative to more clinical labels.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log.swingtowns.com/febfem-from-history-books-to-the-internet/" TargetMode="External"/><Relationship Id="rId10" Type="http://schemas.openxmlformats.org/officeDocument/2006/relationships/hyperlink" Target="https://radcaen.fr/index.php/2020/07/22/febfem-definition/" TargetMode="External"/><Relationship Id="rId11" Type="http://schemas.openxmlformats.org/officeDocument/2006/relationships/hyperlink" Target="https://en.wiktionary.org/wiki/febfem" TargetMode="External"/><Relationship Id="rId12" Type="http://schemas.openxmlformats.org/officeDocument/2006/relationships/hyperlink" Target="https://www.intomore.com/the-internet/controversy/why-does-it-mean-to-be-febfem-and-why-is-the-label-stirring-up-controversy/" TargetMode="External"/><Relationship Id="rId13" Type="http://schemas.openxmlformats.org/officeDocument/2006/relationships/hyperlink" Target="https://www.webmd.com/sex/what-is-gynosexuality?mobile-app=true&amp;theme=false" TargetMode="External"/><Relationship Id="rId14" Type="http://schemas.openxmlformats.org/officeDocument/2006/relationships/hyperlink" Target="https://www.urbandictionary.com/define.php?term=Febfem" TargetMode="External"/><Relationship Id="rId15" Type="http://schemas.openxmlformats.org/officeDocument/2006/relationships/hyperlink" Target="https://www.thegaygency.com/resources/glossary/sapphi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