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CSD in Halle draws 5,000 for queer solidarity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of people filled the streets of Halle for a colourful Christopher Street Day, sending a clear message for diversity just days after Saxony-Anhalt's state election. With the slogan “Solidarity cannot be voted away”, the event offered visibility, pride and a notably peaceful show of support.</w:t>
      </w:r>
      <w:r/>
    </w:p>
    <w:p>
      <w:pPr>
        <w:pStyle w:val="Heading2"/>
      </w:pPr>
      <w:r>
        <w:t>Essential Takeaways</w:t>
      </w:r>
      <w:r/>
      <w:r/>
    </w:p>
    <w:p>
      <w:pPr>
        <w:pStyle w:val="ListBullet"/>
        <w:spacing w:line="240" w:lineRule="auto"/>
        <w:ind w:left="720"/>
      </w:pPr>
      <w:r/>
      <w:r>
        <w:rPr>
          <w:b/>
        </w:rPr>
        <w:t>Strong turnout:</w:t>
      </w:r>
      <w:r>
        <w:t xml:space="preserve"> Police estimated that around 5,000 people joined the march.</w:t>
      </w:r>
      <w:r/>
    </w:p>
    <w:p>
      <w:pPr>
        <w:pStyle w:val="ListBullet"/>
        <w:spacing w:line="240" w:lineRule="auto"/>
        <w:ind w:left="720"/>
      </w:pPr>
      <w:r/>
      <w:r>
        <w:rPr>
          <w:b/>
        </w:rPr>
        <w:t>Clear message:</w:t>
      </w:r>
      <w:r>
        <w:t xml:space="preserve"> The slogan focused on solidarity following a significant state election result.</w:t>
      </w:r>
      <w:r/>
    </w:p>
    <w:p>
      <w:pPr>
        <w:pStyle w:val="ListBullet"/>
        <w:spacing w:line="240" w:lineRule="auto"/>
        <w:ind w:left="720"/>
      </w:pPr>
      <w:r/>
      <w:r>
        <w:rPr>
          <w:b/>
        </w:rPr>
        <w:t>Peaceful event:</w:t>
      </w:r>
      <w:r>
        <w:t xml:space="preserve"> Authorities reported no incidents or major disruptions by late afternoon.</w:t>
      </w:r>
      <w:r/>
    </w:p>
    <w:p>
      <w:pPr>
        <w:pStyle w:val="ListBullet"/>
        <w:spacing w:line="240" w:lineRule="auto"/>
        <w:ind w:left="720"/>
      </w:pPr>
      <w:r/>
      <w:r>
        <w:rPr>
          <w:b/>
        </w:rPr>
        <w:t>Historic roots:</w:t>
      </w:r>
      <w:r>
        <w:t xml:space="preserve"> Christopher Street Day commemorates the 1969 queer rights protests in New York.</w:t>
      </w:r>
      <w:r/>
    </w:p>
    <w:p>
      <w:pPr>
        <w:pStyle w:val="ListBullet"/>
        <w:spacing w:line="240" w:lineRule="auto"/>
        <w:ind w:left="720"/>
      </w:pPr>
      <w:r/>
      <w:r>
        <w:rPr>
          <w:b/>
        </w:rPr>
        <w:t>Public visibility:</w:t>
      </w:r>
      <w:r>
        <w:t xml:space="preserve"> The march highlighted equality, acceptance and the continued importance of queer representation.</w:t>
      </w:r>
      <w:r/>
      <w:r/>
    </w:p>
    <w:p>
      <w:pPr>
        <w:pStyle w:val="Heading2"/>
      </w:pPr>
      <w:r>
        <w:t>Halle's streets become a colourful statement</w:t>
      </w:r>
      <w:r/>
    </w:p>
    <w:p>
      <w:r/>
      <w:r>
        <w:t>Banners, rainbow flags and a steady stream of marchers turned Halle into a moving display of solidarity. Around 5,000 people took part, according to police figures reported by Die Zeit, making the event a sizeable public expression of support for queer communities.</w:t>
      </w:r>
      <w:r/>
    </w:p>
    <w:p>
      <w:r/>
      <w:r>
        <w:t>The timing gave the demonstration added weight. Held roughly a week after Saxony-Anhalt's state election, the march unfolded against a tense political backdrop, with the Alternative for Germany receiving the largest share of votes. The atmosphere remained peaceful, but the message was anything but quiet.</w:t>
      </w:r>
      <w:r/>
    </w:p>
    <w:p>
      <w:pPr>
        <w:pStyle w:val="Heading2"/>
      </w:pPr>
      <w:r>
        <w:t>Why the slogan mattered after the election</w:t>
      </w:r>
      <w:r/>
    </w:p>
    <w:p>
      <w:r/>
      <w:r>
        <w:t>“Solidarity cannot be voted away” was more than a parade theme. It framed the CSD as a response to political change and as a reminder that equal rights depend on public participation as well as formal protections.</w:t>
      </w:r>
      <w:r/>
    </w:p>
    <w:p>
      <w:r/>
      <w:r>
        <w:t>The wording also reflected concerns voiced around queer visibility and safety. Freie Radios described the gathering as a public sign of resistance and community, while the Hallanzeiger reported that the event ended without major disruption. That combination matters: showing up, being visible and staying together can itself become a form of civic confidence.</w:t>
      </w:r>
      <w:r/>
    </w:p>
    <w:p>
      <w:pPr>
        <w:pStyle w:val="Heading2"/>
      </w:pPr>
      <w:r>
        <w:t>A peaceful march, despite a charged backdrop</w:t>
      </w:r>
      <w:r/>
    </w:p>
    <w:p>
      <w:r/>
      <w:r>
        <w:t>Police had no reports of incidents or disturbances by late afternoon, according to coverage by Welt and the German Press Agency carried by Süddeutsche Zeitung. For organisers and attendees, that allowed the focus to remain on the march rather than on confrontation.</w:t>
      </w:r>
      <w:r/>
    </w:p>
    <w:p>
      <w:r/>
      <w:r>
        <w:t>There had also been attention around opposing demonstrations. A report by Du bist Halle said organisers did not want two counter-protests to intimidate participants. The result was a public gathering that remained determined without becoming defined by conflict, which is perhaps the most useful kind of defiance.</w:t>
      </w:r>
      <w:r/>
    </w:p>
    <w:p>
      <w:pPr>
        <w:pStyle w:val="Heading2"/>
      </w:pPr>
      <w:r>
        <w:t>CSD's history still shapes today's celebrations</w:t>
      </w:r>
      <w:r/>
    </w:p>
    <w:p>
      <w:r/>
      <w:r>
        <w:t>Christopher Street Day takes its name from the Stonewall uprising in New York in 1969, when members of the queer community resisted a police raid at the Stonewall Inn on Christopher Street. That history continues to give modern Pride events their distinctive blend of celebration, remembrance and protest.</w:t>
      </w:r>
      <w:r/>
    </w:p>
    <w:p>
      <w:r/>
      <w:r>
        <w:t>In Halle, the colourful procession carried that legacy into a current political conversation. The flags and music may have brought warmth and energy, but the underlying point was serious: equality is not a finished achievement, and visibility still has real social value.</w:t>
      </w:r>
      <w:r/>
    </w:p>
    <w:p>
      <w:pPr>
        <w:pStyle w:val="Heading2"/>
      </w:pPr>
      <w:r>
        <w:t>What Halle's turnout says about queer visibility</w:t>
      </w:r>
      <w:r/>
    </w:p>
    <w:p>
      <w:r/>
      <w:r>
        <w:t>A crowd of this size suggests that the CSD remains both a celebration and an important meeting point for allies, families and queer people themselves. It creates room for people who might otherwise feel isolated, while making support visible to the wider city.</w:t>
      </w:r>
      <w:r/>
    </w:p>
    <w:p>
      <w:r/>
      <w:r>
        <w:t>For many attendees, the most powerful detail may have been the simple fact of standing together in public. As reports from Zeit and Hallanzeiger indicate, Halle's event combined a large turnout with a calm finish. That is a reassuring sign, but it shouldn't obscure why people continue to march.</w:t>
      </w:r>
      <w:r/>
    </w:p>
    <w:p>
      <w:r/>
      <w:r>
        <w:t>A rainbow procession can be joyful, political and practical all at once. In Halle, it became a reminder that solidarity is something communities practise, not merely something they announce.</w:t>
      </w:r>
      <w:r/>
    </w:p>
    <w:p>
      <w:r/>
      <w:r>
        <w:t>A peaceful crowd can still make a powerful statement.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[2]</w:t>
        </w:r>
      </w:hyperlink>
      <w:r>
        <w:t xml:space="preserve">, </w:t>
      </w:r>
      <w:hyperlink r:id="rId15">
        <w:r>
          <w:rPr>
            <w:color w:val="0000EE"/>
            <w:u w:val="single"/>
          </w:rPr>
          <w:t>[7]</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5">
        <w:r>
          <w:rPr>
            <w:color w:val="0000EE"/>
            <w:u w:val="single"/>
          </w:rPr>
          <w:t>[7]</w:t>
        </w:r>
      </w:hyperlink>
      <w:r>
        <w:t xml:space="preserve">, </w:t>
      </w:r>
      <w:hyperlink r:id="rId10">
        <w:r>
          <w:rPr>
            <w:color w:val="0000EE"/>
            <w:u w:val="single"/>
          </w:rPr>
          <w:t>[3]</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3">
        <w:r>
          <w:rPr>
            <w:color w:val="0000EE"/>
            <w:u w:val="single"/>
          </w:rPr>
          <w:t>[6]</w:t>
        </w:r>
      </w:hyperlink>
      <w:r>
        <w:t xml:space="preserve">, </w:t>
      </w:r>
      <w:hyperlink r:id="rId12">
        <w:r>
          <w:rPr>
            <w:color w:val="0000EE"/>
            <w:u w:val="single"/>
          </w:rPr>
          <w:t>[5]</w:t>
        </w:r>
      </w:hyperlink>
      <w:r>
        <w:t xml:space="preserve">- Paragraph 8: </w:t>
      </w:r>
      <w:hyperlink r:id="rId14">
        <w:r>
          <w:rPr>
            <w:color w:val="0000EE"/>
            <w:u w:val="single"/>
          </w:rPr>
          <w:t>[2]</w:t>
        </w:r>
      </w:hyperlink>
      <w:r>
        <w:t xml:space="preserve">, </w:t>
      </w:r>
      <w:hyperlink r:id="rId15">
        <w:r>
          <w:rPr>
            <w:color w:val="0000EE"/>
            <w:u w:val="single"/>
          </w:rPr>
          <w:t>[7]</w:t>
        </w:r>
      </w:hyperlink>
      <w:r>
        <w:t xml:space="preserve">- Paragraph 9: </w:t>
      </w:r>
      <w:hyperlink r:id="rId10">
        <w:r>
          <w:rPr>
            <w:color w:val="0000EE"/>
            <w:u w:val="single"/>
          </w:rPr>
          <w:t>[3]</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0">
        <w:r>
          <w:rPr>
            <w:color w:val="0000EE"/>
            <w:u w:val="single"/>
          </w:rPr>
          <w:t>[3]</w:t>
        </w:r>
      </w:hyperlink>
      <w:r>
        <w:t xml:space="preserve">, </w:t>
      </w:r>
      <w:hyperlink r:id="rId13">
        <w:r>
          <w:rPr>
            <w:color w:val="0000EE"/>
            <w:u w:val="single"/>
          </w:rPr>
          <w:t>[6]</w:t>
        </w:r>
      </w:hyperlink>
      <w:r>
        <w:t xml:space="preserve">- Paragraph 12: </w:t>
      </w:r>
      <w:hyperlink r:id="rId14">
        <w:r>
          <w:rPr>
            <w:color w:val="0000EE"/>
            <w:u w:val="single"/>
          </w:rPr>
          <w:t>[2]</w:t>
        </w:r>
      </w:hyperlink>
      <w:r>
        <w:t xml:space="preserve">, </w:t>
      </w:r>
      <w:hyperlink r:id="rId12">
        <w:r>
          <w:rPr>
            <w:color w:val="0000EE"/>
            <w:u w:val="single"/>
          </w:rPr>
          <w:t>[5]</w:t>
        </w:r>
      </w:hyperlink>
      <w:r>
        <w:t xml:space="preserve">- Paragraph 13: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https://www.stern.de/gesellschaft/regional/sachsen-anhalt/queere-community--rund-5-000-menschen-zeigen-beim-csd-in-halle-gesicht-38244044.html</w:t>
        </w:r>
      </w:hyperlink>
      <w:r>
        <w:t xml:space="preserve"> - Please view link - unable to able to access data</w:t>
      </w:r>
      <w:r/>
    </w:p>
    <w:p>
      <w:pPr>
        <w:pStyle w:val="ListNumber"/>
        <w:spacing w:line="240" w:lineRule="auto"/>
        <w:ind w:left="720"/>
      </w:pPr>
      <w:r/>
      <w:hyperlink r:id="rId14">
        <w:r>
          <w:rPr>
            <w:color w:val="0000EE"/>
            <w:u w:val="single"/>
          </w:rPr>
          <w:t>https://www.freie-radios.net/144454</w:t>
        </w:r>
      </w:hyperlink>
      <w:r>
        <w:t xml:space="preserve"> - An article discussing the Christopher Street Day (CSD) in Halle, Germany, which took place on September 12, 2026. The event was held under the motto 'Solidarität lässt sich nicht abwählen' (Solidarity cannot be deselected), highlighting the community's response to recent political developments. The article includes an interview with Martin Thiele from Aidshilfe Halle, providing insights into the political context and the significance of the CSD in Halle. The event began at 11 am on the market square, with the programme available on the official website.</w:t>
      </w:r>
      <w:r/>
    </w:p>
    <w:p>
      <w:pPr>
        <w:pStyle w:val="ListNumber"/>
        <w:spacing w:line="240" w:lineRule="auto"/>
        <w:ind w:left="720"/>
      </w:pPr>
      <w:r/>
      <w:hyperlink r:id="rId10">
        <w:r>
          <w:rPr>
            <w:color w:val="0000EE"/>
            <w:u w:val="single"/>
          </w:rPr>
          <w:t>https://www.zeit.de/news/2024-09/14/tausende-feiern-stoerungsfreien-csd-in-halle</w:t>
        </w:r>
      </w:hyperlink>
      <w:r>
        <w:t xml:space="preserve"> - A report on the Christopher Street Day (CSD) in Halle, Germany, which took place on September 14, 2024. The event was celebrated without major disturbances, with thousands of people participating. Marcel Dörrer, a co-organiser, mentioned that the queer community felt supported, especially in the face of right-wing threats. The police initially estimated around 3,000 participants. The article highlights the peaceful nature of the event and the community's resilience.</w:t>
      </w:r>
      <w:r/>
    </w:p>
    <w:p>
      <w:pPr>
        <w:pStyle w:val="ListNumber"/>
        <w:spacing w:line="240" w:lineRule="auto"/>
        <w:ind w:left="720"/>
      </w:pPr>
      <w:r/>
      <w:hyperlink r:id="rId11">
        <w:r>
          <w:rPr>
            <w:color w:val="0000EE"/>
            <w:u w:val="single"/>
          </w:rPr>
          <w:t>https://www.welt.de/regionales/sachsen-anhalt/article253515082/Tausende-feiern-stoerungsfreien-CSD-in-Halle.html</w:t>
        </w:r>
      </w:hyperlink>
      <w:r>
        <w:t xml:space="preserve"> - An article covering the Christopher Street Day (CSD) in Halle, Germany, which occurred on September 14, 2024. The event proceeded without significant disturbances, with thousands of people celebrating. The organisers had expressed concerns about potential disruptions from right-wing groups, but the day remained peaceful. The article provides details on the event's atmosphere and the community's response to external threats.</w:t>
      </w:r>
      <w:r/>
    </w:p>
    <w:p>
      <w:pPr>
        <w:pStyle w:val="ListNumber"/>
        <w:spacing w:line="240" w:lineRule="auto"/>
        <w:ind w:left="720"/>
      </w:pPr>
      <w:r/>
      <w:hyperlink r:id="rId12">
        <w:r>
          <w:rPr>
            <w:color w:val="0000EE"/>
            <w:u w:val="single"/>
          </w:rPr>
          <w:t>https://www.sueddeutsche.de/politik/gesellschaft-tausende-feiern-stoerungsfreien-csd-in-halle-dpa.urn-newsml-dpa-com-20090101-240914-930-232482</w:t>
        </w:r>
      </w:hyperlink>
      <w:r>
        <w:t xml:space="preserve"> - A brief report on the Christopher Street Day (CSD) in Halle, Germany, which took place on September 14, 2024. The event was celebrated without major disturbances, with thousands of participants. The organisers had anticipated potential disruptions from right-wing groups, but the day remained peaceful. The article highlights the community's resilience and the successful execution of the event.</w:t>
      </w:r>
      <w:r/>
    </w:p>
    <w:p>
      <w:pPr>
        <w:pStyle w:val="ListNumber"/>
        <w:spacing w:line="240" w:lineRule="auto"/>
        <w:ind w:left="720"/>
      </w:pPr>
      <w:r/>
      <w:hyperlink r:id="rId13">
        <w:r>
          <w:rPr>
            <w:color w:val="0000EE"/>
            <w:u w:val="single"/>
          </w:rPr>
          <w:t>https://www.hallanzeiger.de/aktuelle_polizeimeldungen_halle_saale/14-09-2024-christopher-street-day-ohne-groessere-stoerungen-zu-ende-gegangen</w:t>
        </w:r>
      </w:hyperlink>
      <w:r>
        <w:t xml:space="preserve"> - A police report detailing the events of the Christopher Street Day (CSD) in Halle, Germany, on September 14, 2024. The demonstration through the city centre was attended by up to 3,400 people. The report mentions a sexual harassment incident reported by a participant, which led to the identification and removal of the perpetrator. Additionally, a counter-demonstration with about 100 participants took place, but no major disturbances were reported.</w:t>
      </w:r>
      <w:r/>
    </w:p>
    <w:p>
      <w:pPr>
        <w:pStyle w:val="ListNumber"/>
        <w:spacing w:line="240" w:lineRule="auto"/>
        <w:ind w:left="720"/>
      </w:pPr>
      <w:r/>
      <w:hyperlink r:id="rId15">
        <w:r>
          <w:rPr>
            <w:color w:val="0000EE"/>
            <w:u w:val="single"/>
          </w:rPr>
          <w:t>https://dubisthalle.de/csd-am-samstag-in-halle-saale-veranstalter-wollen-sich-von-zwei-gegendemonstrationen-nicht-einschuechtern-lassen/</w:t>
        </w:r>
      </w:hyperlink>
      <w:r>
        <w:t xml:space="preserve"> - An article discussing the upcoming Christopher Street Day (CSD) in Halle, Germany, scheduled for September 14, 2024. The organisers expressed confidence despite two announced counter-demonstrations. They emphasised their commitment to the event and the importance of standing up for the rights of LGBTQ+ individuals. The article provides insights into the organisers' perspectives and the anticipated challenges.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ern.de/gesellschaft/regional/sachsen-anhalt/queere-community--rund-5-000-menschen-zeigen-beim-csd-in-halle-gesicht-38244044.html" TargetMode="External"/><Relationship Id="rId10" Type="http://schemas.openxmlformats.org/officeDocument/2006/relationships/hyperlink" Target="https://www.zeit.de/news/2024-09/14/tausende-feiern-stoerungsfreien-csd-in-halle" TargetMode="External"/><Relationship Id="rId11" Type="http://schemas.openxmlformats.org/officeDocument/2006/relationships/hyperlink" Target="https://www.welt.de/regionales/sachsen-anhalt/article253515082/Tausende-feiern-stoerungsfreien-CSD-in-Halle.html" TargetMode="External"/><Relationship Id="rId12" Type="http://schemas.openxmlformats.org/officeDocument/2006/relationships/hyperlink" Target="https://www.sueddeutsche.de/politik/gesellschaft-tausende-feiern-stoerungsfreien-csd-in-halle-dpa.urn-newsml-dpa-com-20090101-240914-930-232482" TargetMode="External"/><Relationship Id="rId13" Type="http://schemas.openxmlformats.org/officeDocument/2006/relationships/hyperlink" Target="https://www.hallanzeiger.de/aktuelle_polizeimeldungen_halle_saale/14-09-2024-christopher-street-day-ohne-groessere-stoerungen-zu-ende-gegangen" TargetMode="External"/><Relationship Id="rId14" Type="http://schemas.openxmlformats.org/officeDocument/2006/relationships/hyperlink" Target="https://www.freie-radios.net/144454" TargetMode="External"/><Relationship Id="rId15" Type="http://schemas.openxmlformats.org/officeDocument/2006/relationships/hyperlink" Target="https://dubisthalle.de/csd-am-samstag-in-halle-saale-veranstalter-wollen-sich-von-zwei-gegendemonstrationen-nicht-einschuechtern-lass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