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on Sea highlights celebrating Burnham and Highbridge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brought colour, music and community spirit to Pride on Sea in Burnham and Highbridge, as the annual LGBTQIA+ celebration travelled from Highbridge to Burnham’s Manor Gardens. With volunteers, local groups and families at its heart, the event offered a joyful reminder of why visible, welcoming spaces still matter.</w:t>
      </w:r>
      <w:r/>
    </w:p>
    <w:p>
      <w:pPr>
        <w:pStyle w:val="Heading2"/>
      </w:pPr>
      <w:r>
        <w:t>Essential Takeaways</w:t>
      </w:r>
      <w:r/>
      <w:r/>
    </w:p>
    <w:p>
      <w:pPr>
        <w:pStyle w:val="ListBullet"/>
        <w:spacing w:line="240" w:lineRule="auto"/>
        <w:ind w:left="720"/>
      </w:pPr>
      <w:r/>
      <w:r>
        <w:rPr>
          <w:b/>
        </w:rPr>
        <w:t>A colourful route:</w:t>
      </w:r>
      <w:r>
        <w:t xml:space="preserve"> The parade began at Highbridge Train Station before heading towards Burnham.</w:t>
      </w:r>
      <w:r/>
    </w:p>
    <w:p>
      <w:pPr>
        <w:pStyle w:val="ListBullet"/>
        <w:spacing w:line="240" w:lineRule="auto"/>
        <w:ind w:left="720"/>
      </w:pPr>
      <w:r/>
      <w:r>
        <w:rPr>
          <w:b/>
        </w:rPr>
        <w:t>Something for everyone:</w:t>
      </w:r>
      <w:r>
        <w:t xml:space="preserve"> Manor Gardens hosted stalls, live music, performers and family-friendly activities.</w:t>
      </w:r>
      <w:r/>
    </w:p>
    <w:p>
      <w:pPr>
        <w:pStyle w:val="ListBullet"/>
        <w:spacing w:line="240" w:lineRule="auto"/>
        <w:ind w:left="720"/>
      </w:pPr>
      <w:r/>
      <w:r>
        <w:rPr>
          <w:b/>
        </w:rPr>
        <w:t>Locally powered:</w:t>
      </w:r>
      <w:r>
        <w:t xml:space="preserve"> Volunteers organise the event around work and family commitments.</w:t>
      </w:r>
      <w:r/>
    </w:p>
    <w:p>
      <w:pPr>
        <w:pStyle w:val="ListBullet"/>
        <w:spacing w:line="240" w:lineRule="auto"/>
        <w:ind w:left="720"/>
      </w:pPr>
      <w:r/>
      <w:r>
        <w:rPr>
          <w:b/>
        </w:rPr>
        <w:t>Practical support matters:</w:t>
      </w:r>
      <w:r>
        <w:t xml:space="preserve"> Fundraising helps cover security, first aid, staging and accessibility.</w:t>
      </w:r>
      <w:r/>
    </w:p>
    <w:p>
      <w:pPr>
        <w:pStyle w:val="ListBullet"/>
        <w:spacing w:line="240" w:lineRule="auto"/>
        <w:ind w:left="720"/>
      </w:pPr>
      <w:r/>
      <w:r>
        <w:rPr>
          <w:b/>
        </w:rPr>
        <w:t>More than a party:</w:t>
      </w:r>
      <w:r>
        <w:t xml:space="preserve"> Organisers describe Pride as both a celebration and a statement of inclusion.</w:t>
      </w:r>
      <w:r/>
      <w:r/>
    </w:p>
    <w:p>
      <w:pPr>
        <w:pStyle w:val="Heading2"/>
      </w:pPr>
      <w:r>
        <w:t>A parade that turned the journey into the celebration</w:t>
      </w:r>
      <w:r/>
    </w:p>
    <w:p>
      <w:r/>
      <w:r>
        <w:t xml:space="preserve">The strongest image from Pride on Sea was the movement itself: people gathering at Highbridge Train Station, then travelling together towards Burnham in a bright, upbeat procession. According to the event's organisers, the parade helped connect the two communities before the afternoon programme began. </w:t>
      </w:r>
      <w:hyperlink r:id="rId9">
        <w:r>
          <w:rPr>
            <w:color w:val="0000EE"/>
            <w:u w:val="single"/>
          </w:rPr>
          <w:t>[2]</w:t>
        </w:r>
      </w:hyperlink>
      <w:r>
        <w:t xml:space="preserve">, </w:t>
      </w:r>
      <w:hyperlink r:id="rId10">
        <w:r>
          <w:rPr>
            <w:color w:val="0000EE"/>
            <w:u w:val="single"/>
          </w:rPr>
          <w:t>[3]</w:t>
        </w:r>
      </w:hyperlink>
      <w:r/>
    </w:p>
    <w:p>
      <w:r/>
      <w:r>
        <w:t xml:space="preserve">There was plenty of energy along the route, but the atmosphere was also personal. For many attendees, being able to show up openly, among neighbours and friends, can feel just as meaningful as the music and colour. Pride on Sea's website presents the event as a community-led celebration with inclusion at its core. </w:t>
      </w:r>
      <w:hyperlink r:id="rId11">
        <w:r>
          <w:rPr>
            <w:color w:val="0000EE"/>
            <w:u w:val="single"/>
          </w:rPr>
          <w:t>[6]</w:t>
        </w:r>
      </w:hyperlink>
      <w:r/>
    </w:p>
    <w:p>
      <w:pPr>
        <w:pStyle w:val="Heading2"/>
      </w:pPr>
      <w:r>
        <w:t>Manor Gardens filled with music and local colour</w:t>
      </w:r>
      <w:r/>
    </w:p>
    <w:p>
      <w:r/>
      <w:r>
        <w:t xml:space="preserve">Once the procession reached Manor Gardens, the focus shifted from marching to meeting. Stalls, performers, live music and family activities gave the event a relaxed festival feel, with local charities, makers, businesses and community groups helping to create a welcoming afternoon. </w:t>
      </w:r>
      <w:hyperlink r:id="rId9">
        <w:r>
          <w:rPr>
            <w:color w:val="0000EE"/>
            <w:u w:val="single"/>
          </w:rPr>
          <w:t>[2]</w:t>
        </w:r>
      </w:hyperlink>
      <w:r/>
    </w:p>
    <w:p>
      <w:r/>
      <w:r>
        <w:t xml:space="preserve">That mix is important. A Pride event doesn't have to be confined to a stage or a single headline act; the quieter moments, such as browsing a stall or chatting with a local organisation, often make the occasion feel genuinely rooted in the town. Previous community activity linked to Pride on Sea has also highlighted the value of bringing different groups together. </w:t>
      </w:r>
      <w:hyperlink r:id="rId10">
        <w:r>
          <w:rPr>
            <w:color w:val="0000EE"/>
            <w:u w:val="single"/>
          </w:rPr>
          <w:t>[3]</w:t>
        </w:r>
      </w:hyperlink>
      <w:r/>
    </w:p>
    <w:p>
      <w:pPr>
        <w:pStyle w:val="Heading2"/>
      </w:pPr>
      <w:r>
        <w:t>Why volunteer-run Pride events need practical support</w:t>
      </w:r>
      <w:r/>
    </w:p>
    <w:p>
      <w:r/>
      <w:r>
        <w:t xml:space="preserve">Behind the cheerful photographs is a considerable amount of organisation. Pride on Sea is run by volunteers, who must arrange essentials such as security, first aid, staging and accessibility while fitting the work around jobs and family life. </w:t>
      </w:r>
      <w:hyperlink r:id="rId9">
        <w:r>
          <w:rPr>
            <w:color w:val="0000EE"/>
            <w:u w:val="single"/>
          </w:rPr>
          <w:t>[2]</w:t>
        </w:r>
      </w:hyperlink>
      <w:r/>
    </w:p>
    <w:p>
      <w:r/>
      <w:r>
        <w:t xml:space="preserve">Those costs can be easy to overlook when an event feels effortless on the day. The live Crowdfunder gives supporters a way to help keep the celebration safe and accessible, while the charity fundraising page offers another route for people who want to contribute to the wider work. </w:t>
      </w:r>
      <w:hyperlink r:id="rId12">
        <w:r>
          <w:rPr>
            <w:color w:val="0000EE"/>
            <w:u w:val="single"/>
          </w:rPr>
          <w:t>[5]</w:t>
        </w:r>
      </w:hyperlink>
      <w:r>
        <w:t xml:space="preserve">, </w:t>
      </w:r>
      <w:hyperlink r:id="rId13">
        <w:r>
          <w:rPr>
            <w:color w:val="0000EE"/>
            <w:u w:val="single"/>
          </w:rPr>
          <w:t>[7]</w:t>
        </w:r>
      </w:hyperlink>
      <w:r/>
    </w:p>
    <w:p>
      <w:pPr>
        <w:pStyle w:val="Heading2"/>
      </w:pPr>
      <w:r>
        <w:t>Inclusion is the heart of the event</w:t>
      </w:r>
      <w:r/>
    </w:p>
    <w:p>
      <w:r/>
      <w:r>
        <w:t xml:space="preserve">Organisers say Pride on Sea was created to provide a visible, safe space for LGBTQIA+ people across Burnham and Highbridge. That message has added weight in a year when local organisers have had to explain the pressures involved in running a Pride event, including why one edition could not go ahead. </w:t>
      </w:r>
      <w:hyperlink r:id="rId14">
        <w:r>
          <w:rPr>
            <w:color w:val="0000EE"/>
            <w:u w:val="single"/>
          </w:rPr>
          <w:t>[4]</w:t>
        </w:r>
      </w:hyperlink>
      <w:r/>
    </w:p>
    <w:p>
      <w:r/>
      <w:r>
        <w:t>The result is a celebration with a clear purpose. It offers music, stalls and plenty of colour, but it also tells residents that they belong in the public life of their own community. That's a simple idea, though one worth making visible.</w:t>
      </w:r>
      <w:r/>
    </w:p>
    <w:p>
      <w:pPr>
        <w:pStyle w:val="Heading2"/>
      </w:pPr>
      <w:r>
        <w:t>What comes next for Pride on Sea?</w:t>
      </w:r>
      <w:r/>
    </w:p>
    <w:p>
      <w:r/>
      <w:r>
        <w:t xml:space="preserve">The event's future depends on the same combination that built it: volunteers, local goodwill and enough financial support to meet the practical demands of a public gathering. Pride on Sea's official information encourages people to stay connected with the organisation and support its continuing work. </w:t>
      </w:r>
      <w:hyperlink r:id="rId11">
        <w:r>
          <w:rPr>
            <w:color w:val="0000EE"/>
            <w:u w:val="single"/>
          </w:rPr>
          <w:t>[6]</w:t>
        </w:r>
      </w:hyperlink>
      <w:r/>
    </w:p>
    <w:p>
      <w:r/>
      <w:r>
        <w:t>For visitors, the advice is straightforward: follow future announcements, support fundraising where possible and bring the same generous spirit that makes the day work. A welcoming event is built long before the first song starts.</w:t>
      </w:r>
      <w:r/>
    </w:p>
    <w:p>
      <w:r/>
      <w:r>
        <w:t>It's a bright day out, but its most lasting message is simple: inclusion belongs everywhere.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9">
        <w:r>
          <w:rPr>
            <w:color w:val="0000EE"/>
            <w:u w:val="single"/>
          </w:rPr>
          <w:t>[2]</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Paragraph 8: </w:t>
      </w:r>
      <w:hyperlink r:id="rId11">
        <w:r>
          <w:rPr>
            <w:color w:val="0000EE"/>
            <w:u w:val="single"/>
          </w:rPr>
          <w:t>[6]</w:t>
        </w:r>
      </w:hyperlink>
      <w:r>
        <w:t xml:space="preserve">- Paragraph 9: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https://www.burnham-on-sea.com/news/photos-pride-on-sea-brings-inclusive-celebration-to-burnham-and-highbridge/</w:t>
        </w:r>
      </w:hyperlink>
      <w:r>
        <w:t xml:space="preserve"> - Please view link - unable to able to access data</w:t>
      </w:r>
      <w:r/>
    </w:p>
    <w:p>
      <w:pPr>
        <w:pStyle w:val="ListNumber"/>
        <w:spacing w:line="240" w:lineRule="auto"/>
        <w:ind w:left="720"/>
      </w:pPr>
      <w:r/>
      <w:hyperlink r:id="rId9">
        <w:r>
          <w:rPr>
            <w:color w:val="0000EE"/>
            <w:u w:val="single"/>
          </w:rPr>
          <w:t>https://www.burnham-on-sea.com/news/photos-pride-on-sea-brings-inclusive-celebration-to-burnham-and-highbridge/</w:t>
        </w:r>
      </w:hyperlink>
      <w:r>
        <w:t xml:space="preserve"> - Burnham-on-Sea's annual Pride-on-Sea parade and community event took place on Saturday, 12 September 2026. The day began at Highbridge Train Station, with participants gathering before setting off on the parade route to Burnham. The procession made its way towards Burnham's Manor Gardens, where the main event was held. An afternoon of stalls, live music, performers, and family-friendly activities filled the gardens, with local groups, charities, makers, and businesses taking part. Organisers said the turnout reflected the community's ongoing support for Pride-on-Sea and its aim of creating a welcoming, visible space for LGBTQIA+ people across Burnham and Highbridge. A spokesperson said the day had been a great success and thanked all who supported the event. Pride-on-Sea is run entirely by volunteers, who are currently fundraising to cover essential costs including security, first aid, staging, and accessibility measures. A Crowdfunder is live for anyone wishing to support the event. A spokesperson said Pride-on-Sea is built by local people who care deeply about providing a safe and inclusive space. They added that the small volunteer team works around jobs and family life, but understands how important it is for residents to have somewhere they can show up as themselves. They said Pride is both a celebration and a reminder that inclusion matters.</w:t>
      </w:r>
      <w:r/>
    </w:p>
    <w:p>
      <w:pPr>
        <w:pStyle w:val="ListNumber"/>
        <w:spacing w:line="240" w:lineRule="auto"/>
        <w:ind w:left="720"/>
      </w:pPr>
      <w:r/>
      <w:hyperlink r:id="rId10">
        <w:r>
          <w:rPr>
            <w:color w:val="0000EE"/>
            <w:u w:val="single"/>
          </w:rPr>
          <w:t>https://www.burnham-on-sea.com/news/countdown-to-burnhams-pride-on-sea-begins-with-community-service-at-st-andrews-church/</w:t>
        </w:r>
      </w:hyperlink>
      <w:r>
        <w:t xml:space="preserve"> - Preparations are gathering pace for this year's Burnham-On-Sea Pride-on-Sea event, with organisers confirming that the countdown to Pride will officially begin on Monday, 7 September 2026, when St Andrew's Church in Burnham-On-Sea hosts a special evening service. The free 7pm service event is open to all and will feature readings, music, and moments of reflection to mark the start of Pride week and recognise the LGBTQIA+ community across Burnham-On-Sea and Highbridge. Organisers say the service is intended to be welcoming, accessible, and a gentle way for residents to come together ahead of the main Pride day. This year's Pride-on-Sea will take place on Saturday, 12 September 2026, beginning at Highbridge Train Station, where people will gather from 10.30am ready for the parade to set off at 10.50am. As in previous years, pick-up points at Apex Park and on The Esplanade will allow people to join the march at whichever stage is most accessible for them, whether they choose to walk the full route or meet the parade along the way. The main event will be held at Manor Gardens, which will host a mix of stalls, live music, performers, and family-friendly activities throughout the day. Local groups, charities, makers, and businesses will be taking part, and organisers say everyone is welcome to come along, enjoy the entertainment, bring a picnic, or browse the stalls. Food and drink vendors will be on site, and sensory-friendly spaces will be available to support accessibility. The event is free and unticketed, and organisers say they want Pride-on-Sea to remain open to all. Pride-on-Sea is run entirely by volunteers, who are currently fundraising to cover essential costs including security, first aid, staging, and accessibility measures. A Crowdfunder is available for anyone wishing to support the event, with organisers emphasising that even small donations make a meaningful difference.</w:t>
      </w:r>
      <w:r/>
    </w:p>
    <w:p>
      <w:pPr>
        <w:pStyle w:val="ListNumber"/>
        <w:spacing w:line="240" w:lineRule="auto"/>
        <w:ind w:left="720"/>
      </w:pPr>
      <w:r/>
      <w:hyperlink r:id="rId14">
        <w:r>
          <w:rPr>
            <w:color w:val="0000EE"/>
            <w:u w:val="single"/>
          </w:rPr>
          <w:t>https://www.burnham-on-sea.com/news/burnham-on-sea-pride-event-organisers-explain-why-it-wont-be-held-this-year/</w:t>
        </w:r>
      </w:hyperlink>
      <w:r>
        <w:t xml:space="preserve"> - Organisers of Burnham-On-Sea's Pride event, Pride on Sea, have announced it won't be held in 2025. The event had been expected to return over the summer after the success of last year's event. A spokesperson said this week: "It is with heavy hearts that we must announce that Pride on Sea 2025 will not be going ahead." "This decision has not been made lightly. Despite months of hard work, it has been more challenging than ever this year to secure the level of funding needed to bring a safe, free to attend event to life." "We are incredibly grateful to Burnham-On-Sea and Highbridge Town Council for awarding us a grant; however, additional funding opportunities unfortunately did not materialise as we had hoped. This grant has now been returned so that other deserving groups can benefit."</w:t>
      </w:r>
      <w:r/>
    </w:p>
    <w:p>
      <w:pPr>
        <w:pStyle w:val="ListNumber"/>
        <w:spacing w:line="240" w:lineRule="auto"/>
        <w:ind w:left="720"/>
      </w:pPr>
      <w:r/>
      <w:hyperlink r:id="rId12">
        <w:r>
          <w:rPr>
            <w:color w:val="0000EE"/>
            <w:u w:val="single"/>
          </w:rPr>
          <w:t>https://www.crowdfunder.co.uk/p/pride-on-sea</w:t>
        </w:r>
      </w:hyperlink>
      <w:r>
        <w:t xml:space="preserve"> - Pride-On-Sea Highbridge and Burnham-on-Sea is a community crowdfunding project aimed at supporting the Pride-on-Sea event. The project successfully funded on 9th June 2024, with £215 raised from 10 supporters. The aim is to provide a free-to-attend Pride event and march for the towns of Highbridge and Burnham-on-Sea. The organisers believe that pride is something that exists in everyday life, across every section of the community, and not just at a pride event. They have identified an opportunity for LGBTQIA+ representation in Burnham and Highbridge and have started Pride on Sea to champion the cause and harness local support. The project page provides details about events and updates on the fundraising progress.</w:t>
      </w:r>
      <w:r/>
    </w:p>
    <w:p>
      <w:pPr>
        <w:pStyle w:val="ListNumber"/>
        <w:spacing w:line="240" w:lineRule="auto"/>
        <w:ind w:left="720"/>
      </w:pPr>
      <w:r/>
      <w:hyperlink r:id="rId11">
        <w:r>
          <w:rPr>
            <w:color w:val="0000EE"/>
            <w:u w:val="single"/>
          </w:rPr>
          <w:t>https://www.pride-on-sea.org/</w:t>
        </w:r>
      </w:hyperlink>
      <w:r>
        <w:t xml:space="preserve"> - Pride-on-Sea is an event that returns on 27 July 2024 in Manor Gardens. The organisers believe that pride is something that exists in everyday life, across every section of the community, and not just at a pride event. They have identified an opportunity for LGBTQIA+ representation in Burnham and Highbridge and have started Pride on Sea to champion the cause and harness local support. The event is free to attend and aims to provide a safe and inclusive space for the LGBTQIA+ community. The organisers are committed to bringing a free-to-attend Pride and March to the towns of Highbridge and Burnham-on-Sea every future year. They work hard to fundraise from grants and donations from businesses and recognise that some people want to donate as individuals because they support what they do. A CrowdFunder page is available for those wishing to support the event.</w:t>
      </w:r>
      <w:r/>
    </w:p>
    <w:p>
      <w:pPr>
        <w:pStyle w:val="ListNumber"/>
        <w:spacing w:line="240" w:lineRule="auto"/>
        <w:ind w:left="720"/>
      </w:pPr>
      <w:r/>
      <w:hyperlink r:id="rId13">
        <w:r>
          <w:rPr>
            <w:color w:val="0000EE"/>
            <w:u w:val="single"/>
          </w:rPr>
          <w:t>https://www.justgiving.com/charity/barb-jg</w:t>
        </w:r>
      </w:hyperlink>
      <w:r>
        <w:t xml:space="preserve"> - BARB Search &amp; Rescue is a registered charity that runs two life-saving rescue hovercrafts and two inshore rescue boats in Somerset. The charity relies entirely on public donations to keep its rescue service running, with annual operating costs exceeding £75,000. The service is operated primarily on public donations, and every penny donated goes directly towards keeping the hovercraft operational and the team ready to respond. The charity is entirely volunteer-run, and every member of the crew is a volunteer. The JustGiving page provides information on how to donate and support the cause.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rnham-on-sea.com/news/photos-pride-on-sea-brings-inclusive-celebration-to-burnham-and-highbridge/" TargetMode="External"/><Relationship Id="rId10" Type="http://schemas.openxmlformats.org/officeDocument/2006/relationships/hyperlink" Target="https://www.burnham-on-sea.com/news/countdown-to-burnhams-pride-on-sea-begins-with-community-service-at-st-andrews-church/" TargetMode="External"/><Relationship Id="rId11" Type="http://schemas.openxmlformats.org/officeDocument/2006/relationships/hyperlink" Target="https://www.pride-on-sea.org/" TargetMode="External"/><Relationship Id="rId12" Type="http://schemas.openxmlformats.org/officeDocument/2006/relationships/hyperlink" Target="https://www.crowdfunder.co.uk/p/pride-on-sea" TargetMode="External"/><Relationship Id="rId13" Type="http://schemas.openxmlformats.org/officeDocument/2006/relationships/hyperlink" Target="https://www.justgiving.com/charity/barb-jg" TargetMode="External"/><Relationship Id="rId14" Type="http://schemas.openxmlformats.org/officeDocument/2006/relationships/hyperlink" Target="https://www.burnham-on-sea.com/news/burnham-on-sea-pride-event-organisers-explain-why-it-wont-be-held-this-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