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nightlife app for finding Atlanta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Atlanta’s LGBTQ+ nightlife scene is getting a dedicated digital guide, with OUT Local set to bring venues, performers and events into one easy-to-browse app ahead of Pride. It’s designed for anyone tired of hopping between Instagram, ticketing sites and group chats just to find out what’s happening tonight.</w:t>
      </w:r>
      <w:r/>
    </w:p>
    <w:p>
      <w:pPr>
        <w:pStyle w:val="Heading2"/>
      </w:pPr>
      <w:r>
        <w:t>Essential Takeaways</w:t>
      </w:r>
      <w:r/>
      <w:r/>
    </w:p>
    <w:p>
      <w:pPr>
        <w:pStyle w:val="ListBullet"/>
        <w:spacing w:line="240" w:lineRule="auto"/>
        <w:ind w:left="720"/>
      </w:pPr>
      <w:r/>
      <w:r>
        <w:rPr>
          <w:b/>
        </w:rPr>
        <w:t>Launch date:</w:t>
      </w:r>
      <w:r>
        <w:t xml:space="preserve"> OUT Local is scheduled to launch on 1 October, before Atlanta Pride.</w:t>
      </w:r>
      <w:r/>
    </w:p>
    <w:p>
      <w:pPr>
        <w:pStyle w:val="ListBullet"/>
        <w:spacing w:line="240" w:lineRule="auto"/>
        <w:ind w:left="720"/>
      </w:pPr>
      <w:r/>
      <w:r>
        <w:rPr>
          <w:b/>
        </w:rPr>
        <w:t>What it covers:</w:t>
      </w:r>
      <w:r>
        <w:t xml:space="preserve"> Users can browse LGBTQ+ venues, performers and events across Atlanta.</w:t>
      </w:r>
      <w:r/>
    </w:p>
    <w:p>
      <w:pPr>
        <w:pStyle w:val="ListBullet"/>
        <w:spacing w:line="240" w:lineRule="auto"/>
        <w:ind w:left="720"/>
      </w:pPr>
      <w:r/>
      <w:r>
        <w:rPr>
          <w:b/>
        </w:rPr>
        <w:t>Event variety:</w:t>
      </w:r>
      <w:r>
        <w:t xml:space="preserve"> Listings are expected to include drag shows, brunches, bingo, dance parties and queer markets.</w:t>
      </w:r>
      <w:r/>
    </w:p>
    <w:p>
      <w:pPr>
        <w:pStyle w:val="ListBullet"/>
        <w:spacing w:line="240" w:lineRule="auto"/>
        <w:ind w:left="720"/>
      </w:pPr>
      <w:r/>
      <w:r>
        <w:rPr>
          <w:b/>
        </w:rPr>
        <w:t>For local businesses:</w:t>
      </w:r>
      <w:r>
        <w:t xml:space="preserve"> Venue owners and performers can claim and verify pages free of charge.</w:t>
      </w:r>
      <w:r/>
    </w:p>
    <w:p>
      <w:pPr>
        <w:pStyle w:val="ListBullet"/>
        <w:spacing w:line="240" w:lineRule="auto"/>
        <w:ind w:left="720"/>
      </w:pPr>
      <w:r/>
      <w:r>
        <w:rPr>
          <w:b/>
        </w:rPr>
        <w:t>Where to find it:</w:t>
      </w:r>
      <w:r>
        <w:t xml:space="preserve"> The app is listed on Apple’s App Store and information is available at outlocal.app.</w:t>
      </w:r>
      <w:r/>
      <w:r/>
    </w:p>
    <w:p>
      <w:pPr>
        <w:pStyle w:val="Heading2"/>
      </w:pPr>
      <w:r>
        <w:t>Atlanta nightlife is finally getting a single front door</w:t>
      </w:r>
      <w:r/>
    </w:p>
    <w:p>
      <w:r/>
      <w:r>
        <w:t>Finding a queer night out in Atlanta can currently feel like detective work. One event is on Instagram, another sits on Eventbrite, a venue has details on its own website, and the rest may be buried in a group chat that nobody has checked since lunch.</w:t>
      </w:r>
      <w:r/>
    </w:p>
    <w:p>
      <w:r/>
      <w:r>
        <w:t>OUT Local aims to tidy up that scramble. Created by Austin Randall, the app is intended to collect LGBTQ+ nightlife information in one place, from venue listings and performer profiles to individual events. It should make the simple question, "Where are we going tonight?" considerably easier to answer.</w:t>
      </w:r>
      <w:r/>
    </w:p>
    <w:p>
      <w:r/>
      <w:r>
        <w:t>That convenience is the real appeal. The app is less about replacing Atlanta's existing nightlife channels and more about giving them a clearer meeting point.</w:t>
      </w:r>
      <w:r/>
    </w:p>
    <w:p>
      <w:pPr>
        <w:pStyle w:val="Heading2"/>
      </w:pPr>
      <w:r>
        <w:t>A practical guide to drag, parties and queer events</w:t>
      </w:r>
      <w:r/>
    </w:p>
    <w:p>
      <w:r/>
      <w:r>
        <w:t>The planned listings go well beyond traditional bar recommendations. Users will be able to discover drag performances, brunches, bingo nights, dance parties, queer markets and other community events, giving the platform a broader role as a local LGBTQ+ events guide.</w:t>
      </w:r>
      <w:r/>
    </w:p>
    <w:p>
      <w:r/>
      <w:r>
        <w:t>That matters because nightlife often depends on timing. A venue may be lively on a Friday but host a completely different crowd or event on a Sunday afternoon. Bringing those details together could help newcomers explore with more confidence, while regulars may find a fresh option hiding just around the corner.</w:t>
      </w:r>
      <w:r/>
    </w:p>
    <w:p>
      <w:r/>
      <w:r>
        <w:t>The app is listed as "OUT Local - LGBTQ+ Events" on Apple's App Store in several regional storefronts, including the United States, Canada and European markets. Its focus, however, is currently Atlanta, where the local information will make or break its usefulness.</w:t>
      </w:r>
      <w:r/>
    </w:p>
    <w:p>
      <w:pPr>
        <w:pStyle w:val="Heading2"/>
      </w:pPr>
      <w:r>
        <w:t>Venues and performers can shape their own pages</w:t>
      </w:r>
      <w:r/>
    </w:p>
    <w:p>
      <w:r/>
      <w:r>
        <w:t>Randall is initially researching venues, performers and events and adding the information himself. That hands-on approach should help establish a useful foundation, but the longer-term plan is more collaborative, with performers and venue owners eventually able to update profiles and add their own events.</w:t>
      </w:r>
      <w:r/>
    </w:p>
    <w:p>
      <w:r/>
      <w:r>
        <w:t>For local businesses, the opportunity is straightforward. Owners and performers can claim and verify their pages for free, giving them a way to gather essential details in one visible profile rather than scattering payment links, weekly schedules and contact information across several platforms.</w:t>
      </w:r>
      <w:r/>
    </w:p>
    <w:p>
      <w:r/>
      <w:r>
        <w:t>That could be particularly useful for performers, whose online presence often spans multiple social accounts and payment services. A clean, central profile won't replace social media, but it may make it much easier for audiences to find and support them.</w:t>
      </w:r>
      <w:r/>
    </w:p>
    <w:p>
      <w:pPr>
        <w:pStyle w:val="Heading2"/>
      </w:pPr>
      <w:r>
        <w:t>Why timing matters before Atlanta Pride</w:t>
      </w:r>
      <w:r/>
    </w:p>
    <w:p>
      <w:r/>
      <w:r>
        <w:t>OUT Local is expected to launch on 1 October, shortly before Atlanta Pride on 10 and 11 October. That's a busy moment for the city's LGBTQ+ community, with visitors and locals alike looking for parties, performances, markets and places to meet.</w:t>
      </w:r>
      <w:r/>
    </w:p>
    <w:p>
      <w:r/>
      <w:r>
        <w:t>Launching before Pride gives the app an immediate real-world test. If listings are accurate and easy to navigate, people may keep using it after the flags come down and the crowds thin out. If information is patchy, users will quickly return to familiar social channels.</w:t>
      </w:r>
      <w:r/>
    </w:p>
    <w:p>
      <w:r/>
      <w:r>
        <w:t>For anyone planning ahead, the practical move is to check the app's website, follow its social updates and claim a venue or performer page where relevant. A few minutes spent setting up a profile now could save a lot of last-minute messaging later.</w:t>
      </w:r>
      <w:r/>
    </w:p>
    <w:p>
      <w:pPr>
        <w:pStyle w:val="Heading2"/>
      </w:pPr>
      <w:r>
        <w:t>The next step is keeping the information fresh</w:t>
      </w:r>
      <w:r/>
    </w:p>
    <w:p>
      <w:r/>
      <w:r>
        <w:t>A nightlife app lives or dies by its updates. Opening hours change, performers move events, and a weekly party can disappear without much warning, so user participation will be just as important as the initial launch.</w:t>
      </w:r>
      <w:r/>
    </w:p>
    <w:p>
      <w:r/>
      <w:r>
        <w:t>The strongest version of OUT Local would become a living noticeboard shaped by Atlanta's venues and performers themselves. That would give the platform a warmer, more local feel than a generic events directory and help smaller community organisers get noticed.</w:t>
      </w:r>
      <w:r/>
    </w:p>
    <w:p>
      <w:r/>
      <w:r>
        <w:t>There’s something appealing about turning the city's lively but scattered queer nightlife into a calmer, searchable guide. For Atlanta residents, it could make spontaneous plans feel spontaneous again, rather than a small administrative project.</w:t>
      </w:r>
      <w:r/>
    </w:p>
    <w:p>
      <w:r/>
      <w:r>
        <w:t>It’s a promising new way to find LGBTQ+ nightlife in Atlanta without chasing details across half a dozen apps.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[5]</w:t>
        </w:r>
      </w:hyperlink>
      <w:r>
        <w:t xml:space="preserve">- Paragraph 21: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https://roughdraftatlanta.com/2026/09/12/atlanta-out-local-lgbtq-nightlife-app/</w:t>
        </w:r>
      </w:hyperlink>
      <w:r>
        <w:t xml:space="preserve"> - Please view link - unable to able to access data</w:t>
      </w:r>
      <w:r/>
    </w:p>
    <w:p>
      <w:pPr>
        <w:pStyle w:val="ListNumber"/>
        <w:spacing w:line="240" w:lineRule="auto"/>
        <w:ind w:left="720"/>
      </w:pPr>
      <w:r/>
      <w:hyperlink r:id="rId10">
        <w:r>
          <w:rPr>
            <w:color w:val="0000EE"/>
            <w:u w:val="single"/>
          </w:rPr>
          <w:t>https://apps.apple.com/us/app/out-local-lgbtq-events/id6796839266</w:t>
        </w:r>
      </w:hyperlink>
      <w:r>
        <w:t xml:space="preserve"> - OUT Local is an iOS application designed to centralise Atlanta's LGBTQ+ events, performers, venues, nightlife, and community spaces. Users can discover events by date and category, explore local venues, find drag performers, DJs, and entertainers, and save events and places for future reference. The app aims to simplify the process of finding LGBTQ+ activities in Atlanta by consolidating information into a single platform. It is available for free on the App Store and is compatible with iPhone and iPad devices running iOS 18.0 or later.</w:t>
      </w:r>
      <w:r/>
    </w:p>
    <w:p>
      <w:pPr>
        <w:pStyle w:val="ListNumber"/>
        <w:spacing w:line="240" w:lineRule="auto"/>
        <w:ind w:left="720"/>
      </w:pPr>
      <w:r/>
      <w:hyperlink r:id="rId11">
        <w:r>
          <w:rPr>
            <w:color w:val="0000EE"/>
            <w:u w:val="single"/>
          </w:rPr>
          <w:t>https://apps.apple.com/ca/app/out-local-lgbtq-events/id6796839266</w:t>
        </w:r>
      </w:hyperlink>
      <w:r>
        <w:t xml:space="preserve"> - OUT Local is an iOS application designed to centralise Atlanta's LGBTQ+ events, performers, venues, nightlife, and community spaces. Users can discover events by date and category, explore local venues, find drag performers, DJs, and entertainers, and save events and places for future reference. The app aims to simplify the process of finding LGBTQ+ activities in Atlanta by consolidating information into a single platform. It is available for free on the App Store and is compatible with iPhone and iPad devices running iOS 18.0 or later.</w:t>
      </w:r>
      <w:r/>
    </w:p>
    <w:p>
      <w:pPr>
        <w:pStyle w:val="ListNumber"/>
        <w:spacing w:line="240" w:lineRule="auto"/>
        <w:ind w:left="720"/>
      </w:pPr>
      <w:r/>
      <w:hyperlink r:id="rId12">
        <w:r>
          <w:rPr>
            <w:color w:val="0000EE"/>
            <w:u w:val="single"/>
          </w:rPr>
          <w:t>https://apps.apple.com/de/app/out-local-lgbtq-events/id6796839266</w:t>
        </w:r>
      </w:hyperlink>
      <w:r>
        <w:t xml:space="preserve"> - OUT Local is an iOS application designed to centralise Atlanta's LGBTQ+ events, performers, venues, nightlife, and community spaces. Users can discover events by date and category, explore local venues, find drag performers, DJs, and entertainers, and save events and places for future reference. The app aims to simplify the process of finding LGBTQ+ activities in Atlanta by consolidating information into a single platform. It is available for free on the App Store and is compatible with iPhone and iPad devices running iOS 18.0 or later.</w:t>
      </w:r>
      <w:r/>
    </w:p>
    <w:p>
      <w:pPr>
        <w:pStyle w:val="ListNumber"/>
        <w:spacing w:line="240" w:lineRule="auto"/>
        <w:ind w:left="720"/>
      </w:pPr>
      <w:r/>
      <w:hyperlink r:id="rId13">
        <w:r>
          <w:rPr>
            <w:color w:val="0000EE"/>
            <w:u w:val="single"/>
          </w:rPr>
          <w:t>https://apps.apple.com/be/app/out-local-lgbtq-events/id6796839266</w:t>
        </w:r>
      </w:hyperlink>
      <w:r>
        <w:t xml:space="preserve"> - OUT Local is an iOS application designed to centralise Atlanta's LGBTQ+ events, performers, venues, nightlife, and community spaces. Users can discover events by date and category, explore local venues, find drag performers, DJs, and entertainers, and save events and places for future reference. The app aims to simplify the process of finding LGBTQ+ activities in Atlanta by consolidating information into a single platform. It is available for free on the App Store and is compatible with iPhone and iPad devices running iOS 18.0 or later.</w:t>
      </w:r>
      <w:r/>
    </w:p>
    <w:p>
      <w:pPr>
        <w:pStyle w:val="ListNumber"/>
        <w:spacing w:line="240" w:lineRule="auto"/>
        <w:ind w:left="720"/>
      </w:pPr>
      <w:r/>
      <w:hyperlink r:id="rId14">
        <w:r>
          <w:rPr>
            <w:color w:val="0000EE"/>
            <w:u w:val="single"/>
          </w:rPr>
          <w:t>https://apps.apple.com/pk/app/out-local-lgbtq-events/id6796839266</w:t>
        </w:r>
      </w:hyperlink>
      <w:r>
        <w:t xml:space="preserve"> - OUT Local is an iOS application designed to centralise Atlanta's LGBTQ+ events, performers, venues, nightlife, and community spaces. Users can discover events by date and category, explore local venues, find drag performers, DJs, and entertainers, and save events and places for future reference. The app aims to simplify the process of finding LGBTQ+ activities in Atlanta by consolidating information into a single platform. It is available for free on the App Store and is compatible with iPhone and iPad devices running iOS 18.0 or later.</w:t>
      </w:r>
      <w:r/>
    </w:p>
    <w:p>
      <w:pPr>
        <w:pStyle w:val="ListNumber"/>
        <w:spacing w:line="240" w:lineRule="auto"/>
        <w:ind w:left="720"/>
      </w:pPr>
      <w:r/>
      <w:hyperlink r:id="rId15">
        <w:r>
          <w:rPr>
            <w:color w:val="0000EE"/>
            <w:u w:val="single"/>
          </w:rPr>
          <w:t>https://apps.apple.com/pt/app/out-local-lgbtq-events/id6796839266</w:t>
        </w:r>
      </w:hyperlink>
      <w:r>
        <w:t xml:space="preserve"> - OUT Local is an iOS application designed to centralise Atlanta's LGBTQ+ events, performers, venues, nightlife, and community spaces. Users can discover events by date and category, explore local venues, find drag performers, DJs, and entertainers, and save events and places for future reference. The app aims to simplify the process of finding LGBTQ+ activities in Atlanta by consolidating information into a single platform. It is available for free on the App Store and is compatible with iPhone and iPad devices running iOS 18.0 or later.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09/12/atlanta-out-local-lgbtq-nightlife-app/" TargetMode="External"/><Relationship Id="rId10" Type="http://schemas.openxmlformats.org/officeDocument/2006/relationships/hyperlink" Target="https://apps.apple.com/us/app/out-local-lgbtq-events/id6796839266" TargetMode="External"/><Relationship Id="rId11" Type="http://schemas.openxmlformats.org/officeDocument/2006/relationships/hyperlink" Target="https://apps.apple.com/ca/app/out-local-lgbtq-events/id6796839266" TargetMode="External"/><Relationship Id="rId12" Type="http://schemas.openxmlformats.org/officeDocument/2006/relationships/hyperlink" Target="https://apps.apple.com/de/app/out-local-lgbtq-events/id6796839266" TargetMode="External"/><Relationship Id="rId13" Type="http://schemas.openxmlformats.org/officeDocument/2006/relationships/hyperlink" Target="https://apps.apple.com/be/app/out-local-lgbtq-events/id6796839266" TargetMode="External"/><Relationship Id="rId14" Type="http://schemas.openxmlformats.org/officeDocument/2006/relationships/hyperlink" Target="https://apps.apple.com/pk/app/out-local-lgbtq-events/id6796839266" TargetMode="External"/><Relationship Id="rId15" Type="http://schemas.openxmlformats.org/officeDocument/2006/relationships/hyperlink" Target="https://apps.apple.com/pt/app/out-local-lgbtq-events/id67968392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