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Fantasy Books for Queer Adventures and Romance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LGBTQ fantasy books for far more than escapism. Across magical kingdoms, haunted towns and cosy coffee shops, queer characters are getting to be heroes, lovers, rebels and wonderfully complicated people, making this a rich shelf for anyone craving representation with real adventure.</w:t>
      </w:r>
      <w:r/>
    </w:p>
    <w:p>
      <w:pPr>
        <w:pStyle w:val="Heading2"/>
      </w:pPr>
      <w:r>
        <w:t>Essential Takeaways</w:t>
      </w:r>
      <w:r/>
      <w:r/>
    </w:p>
    <w:p>
      <w:pPr>
        <w:pStyle w:val="ListBullet"/>
        <w:spacing w:line="240" w:lineRule="auto"/>
        <w:ind w:left="720"/>
      </w:pPr>
      <w:r/>
      <w:r>
        <w:rPr>
          <w:b/>
        </w:rPr>
        <w:t>Romance with momentum:</w:t>
      </w:r>
      <w:r>
        <w:t xml:space="preserve"> </w:t>
      </w:r>
      <w:r>
        <w:rPr>
          <w:i/>
        </w:rPr>
        <w:t>The Last Sun</w:t>
      </w:r>
      <w:r>
        <w:t xml:space="preserve"> and </w:t>
      </w:r>
      <w:r>
        <w:rPr>
          <w:i/>
        </w:rPr>
        <w:t>A Taste of Gold and Iron</w:t>
      </w:r>
      <w:r>
        <w:t xml:space="preserve"> pair male-male romance with danger, politics and intrigue.</w:t>
      </w:r>
      <w:r/>
    </w:p>
    <w:p>
      <w:pPr>
        <w:pStyle w:val="ListBullet"/>
        <w:spacing w:line="240" w:lineRule="auto"/>
        <w:ind w:left="720"/>
      </w:pPr>
      <w:r/>
      <w:r>
        <w:rPr>
          <w:b/>
        </w:rPr>
        <w:t>Soft magical comfort:</w:t>
      </w:r>
      <w:r>
        <w:t xml:space="preserve"> </w:t>
      </w:r>
      <w:r>
        <w:rPr>
          <w:i/>
        </w:rPr>
        <w:t>The House in the Cerulean Sea</w:t>
      </w:r>
      <w:r>
        <w:t xml:space="preserve"> offers found family, emotional healing and a gentler pace.</w:t>
      </w:r>
      <w:r/>
    </w:p>
    <w:p>
      <w:pPr>
        <w:pStyle w:val="ListBullet"/>
        <w:spacing w:line="240" w:lineRule="auto"/>
        <w:ind w:left="720"/>
      </w:pPr>
      <w:r/>
      <w:r>
        <w:rPr>
          <w:b/>
        </w:rPr>
        <w:t>Trans and queer representation:</w:t>
      </w:r>
      <w:r>
        <w:t xml:space="preserve"> </w:t>
      </w:r>
      <w:r>
        <w:rPr>
          <w:i/>
        </w:rPr>
        <w:t>Cemetery Boys</w:t>
      </w:r>
      <w:r>
        <w:t xml:space="preserve"> combines supernatural mystery, romance and trans identity.</w:t>
      </w:r>
      <w:r/>
    </w:p>
    <w:p>
      <w:pPr>
        <w:pStyle w:val="ListBullet"/>
        <w:spacing w:line="240" w:lineRule="auto"/>
        <w:ind w:left="720"/>
      </w:pPr>
      <w:r/>
      <w:r>
        <w:rPr>
          <w:b/>
        </w:rPr>
        <w:t>Big-world fantasy:</w:t>
      </w:r>
      <w:r>
        <w:t xml:space="preserve"> </w:t>
      </w:r>
      <w:r>
        <w:rPr>
          <w:i/>
        </w:rPr>
        <w:t>Black Wings Beating</w:t>
      </w:r>
      <w:r>
        <w:t xml:space="preserve"> brings queer representation into a wider story of magic, birds and political conflict.</w:t>
      </w:r>
      <w:r/>
    </w:p>
    <w:p>
      <w:pPr>
        <w:pStyle w:val="ListBullet"/>
        <w:spacing w:line="240" w:lineRule="auto"/>
        <w:ind w:left="720"/>
      </w:pPr>
      <w:r/>
      <w:r>
        <w:rPr>
          <w:b/>
        </w:rPr>
        <w:t>Choose by mood:</w:t>
      </w:r>
      <w:r>
        <w:t xml:space="preserve"> There are cosy, romantic, epic and mystery-led options, so your next read needn't involve another doomed royal heir.</w:t>
      </w:r>
      <w:r/>
      <w:r/>
    </w:p>
    <w:p>
      <w:pPr>
        <w:pStyle w:val="Heading2"/>
      </w:pPr>
      <w:r>
        <w:t>Queer fantasy has outgrown the sidelines</w:t>
      </w:r>
      <w:r/>
    </w:p>
    <w:p>
      <w:r/>
      <w:r>
        <w:t>Fantasy has always invited readers to accept the impossible, from talking beasts to enchanted weapons. What feels especially welcome now is the growing range of queer characters occupying those worlds without being reduced to a single storyline.</w:t>
      </w:r>
      <w:r/>
    </w:p>
    <w:p>
      <w:r/>
      <w:r>
        <w:t xml:space="preserve">Goodreads readers place </w:t>
      </w:r>
      <w:r>
        <w:rPr>
          <w:i/>
        </w:rPr>
        <w:t>The Last Sun</w:t>
      </w:r>
      <w:r>
        <w:t xml:space="preserve"> firmly in the urban-fantasy camp, where Rune Saint John faces danger, supernatural politics and a past that refuses to stay quiet. The book's appeal lies in its balance: the romance matters, but so do the investigation, action and found-family dynamics.</w:t>
      </w:r>
      <w:r/>
    </w:p>
    <w:p>
      <w:r/>
      <w:r>
        <w:t>That makes it a smart starting point if you want LGBTQ fantasy books with genuine plot weight. Nobody is waiting around for the love story to rescue the narrative.</w:t>
      </w:r>
      <w:r/>
    </w:p>
    <w:p>
      <w:pPr>
        <w:pStyle w:val="Heading2"/>
      </w:pPr>
      <w:r>
        <w:t>Male-male romance with plenty of tension</w:t>
      </w:r>
      <w:r/>
    </w:p>
    <w:p>
      <w:r/>
      <w:r>
        <w:rPr>
          <w:i/>
        </w:rPr>
        <w:t>A Taste of Gold and Iron</w:t>
      </w:r>
      <w:r>
        <w:t xml:space="preserve"> takes a more courtly route. Goodreads describes a fantasy shaped by palace responsibility, mystery and the slow development of trust between Prince Tadek and his bodyguard, Evemer.</w:t>
      </w:r>
      <w:r/>
    </w:p>
    <w:p>
      <w:r/>
      <w:r>
        <w:t>It's the kind of pairing that thrives on restraint: meaningful glances, professional boundaries and enough political pressure to make every conversation feel loaded. If you enjoy a slow-burn gay fantasy romance where personal anxiety sits alongside royal intrigue, this is an especially satisfying choice.</w:t>
      </w:r>
      <w:r/>
    </w:p>
    <w:p>
      <w:r/>
      <w:r>
        <w:t xml:space="preserve">For a broader adventure, </w:t>
      </w:r>
      <w:r>
        <w:rPr>
          <w:i/>
        </w:rPr>
        <w:t>Black Wings Beating</w:t>
      </w:r>
      <w:r>
        <w:t xml:space="preserve"> moves away from romance-first storytelling. Its world of falconry, magic and conflict gives queer representation room to exist inside a larger, more dangerous quest, which suits readers who want the fantasy machinery turned up loud.</w:t>
      </w:r>
      <w:r/>
    </w:p>
    <w:p>
      <w:pPr>
        <w:pStyle w:val="Heading2"/>
      </w:pPr>
      <w:r>
        <w:t>When the magic feels warm and welcoming</w:t>
      </w:r>
      <w:r/>
    </w:p>
    <w:p>
      <w:r/>
      <w:r>
        <w:t xml:space="preserve">Not every queer fantasy needs a battlefield. </w:t>
      </w:r>
      <w:r>
        <w:rPr>
          <w:i/>
        </w:rPr>
        <w:t>The House in the Cerulean Sea</w:t>
      </w:r>
      <w:r>
        <w:t xml:space="preserve"> offers a softer experience, following Linus Baker into an unusual orphanage where rules begin to look rather less important than compassion.</w:t>
      </w:r>
      <w:r/>
    </w:p>
    <w:p>
      <w:r/>
      <w:r>
        <w:t>Goodreads readers have helped make the novel a popular recommendation for anyone seeking found family, gentle romance and emotional comfort. It's an ideal blanket-and-hot-drink read, particularly after a week when you don't fancy another cursed crown or collapsing empire.</w:t>
      </w:r>
      <w:r/>
    </w:p>
    <w:p>
      <w:r/>
      <w:r>
        <w:t>That doesn't make it slight. Stories about acceptance can carry their own emotional weight, and sometimes the most radical fantasy is simply imagining a home where people are allowed to be fully themselves.</w:t>
      </w:r>
      <w:r/>
    </w:p>
    <w:p>
      <w:pPr>
        <w:pStyle w:val="Heading2"/>
      </w:pPr>
      <w:r>
        <w:t>Trans, sapphic and wider queer stories</w:t>
      </w:r>
      <w:r/>
    </w:p>
    <w:p>
      <w:r/>
      <w:r>
        <w:rPr>
          <w:i/>
        </w:rPr>
        <w:t>Cemetery Boys</w:t>
      </w:r>
      <w:r>
        <w:t xml:space="preserve"> brings supernatural mystery and romance together through Yadriel's attempt to prove himself as a brujo. Goodreads readers frequently highlight the novel's combination of identity, family, cultural heritage and ghostly adventure, giving it a strong emotional centre beneath the paranormal premise.</w:t>
      </w:r>
      <w:r/>
    </w:p>
    <w:p>
      <w:r/>
      <w:r>
        <w:t>It's a particularly good recommendation for readers searching for a trans-led LGBTQ fantasy book with a clear romantic thread. The result feels heartfelt rather than schematic, with the mystery helping the characters move through the story rather than merely decorating it.</w:t>
      </w:r>
      <w:r/>
    </w:p>
    <w:p>
      <w:r/>
      <w:r>
        <w:t xml:space="preserve">Elsewhere, sapphic fantasy opens the door to different kinds of power and tension. </w:t>
      </w:r>
      <w:r>
        <w:rPr>
          <w:i/>
        </w:rPr>
        <w:t>The Jasmine Throne</w:t>
      </w:r>
      <w:r>
        <w:t xml:space="preserve"> is the sort of darker, politically charged pick to reach for when you want imprisoned royalty, forbidden magic and a relationship that develops under immense pressure. The atmosphere is lush, dangerous and considerably less interested in keeping anyone comfortable.</w:t>
      </w:r>
      <w:r/>
    </w:p>
    <w:p>
      <w:pPr>
        <w:pStyle w:val="Heading2"/>
      </w:pPr>
      <w:r>
        <w:t>How to choose your next LGBTQ fantasy read</w:t>
      </w:r>
      <w:r/>
    </w:p>
    <w:p>
      <w:r/>
      <w:r>
        <w:t xml:space="preserve">Start with the mood you want, not just the identity tags on the cover. For a romance-led adventure, try </w:t>
      </w:r>
      <w:r>
        <w:rPr>
          <w:i/>
        </w:rPr>
        <w:t>The Last Sun</w:t>
      </w:r>
      <w:r>
        <w:t xml:space="preserve"> or </w:t>
      </w:r>
      <w:r>
        <w:rPr>
          <w:i/>
        </w:rPr>
        <w:t>A Taste of Gold and Iron</w:t>
      </w:r>
      <w:r>
        <w:t xml:space="preserve">. For a wider epic, </w:t>
      </w:r>
      <w:r>
        <w:rPr>
          <w:i/>
        </w:rPr>
        <w:t>Black Wings Beating</w:t>
      </w:r>
      <w:r>
        <w:t xml:space="preserve"> offers a more quest-driven experience.</w:t>
      </w:r>
      <w:r/>
    </w:p>
    <w:p>
      <w:r/>
      <w:r>
        <w:t xml:space="preserve">If comfort is the priority, </w:t>
      </w:r>
      <w:r>
        <w:rPr>
          <w:i/>
        </w:rPr>
        <w:t>The House in the Cerulean Sea</w:t>
      </w:r>
      <w:r>
        <w:t xml:space="preserve"> is the obvious soft landing. Readers looking for a cosy fantasy with queer romance may also enjoy </w:t>
      </w:r>
      <w:r>
        <w:rPr>
          <w:i/>
        </w:rPr>
        <w:t>Legends &amp; Lattes</w:t>
      </w:r>
      <w:r>
        <w:t xml:space="preserve">, while those seeking trans representation and supernatural stakes should put </w:t>
      </w:r>
      <w:r>
        <w:rPr>
          <w:i/>
        </w:rPr>
        <w:t>Cemetery Boys</w:t>
      </w:r>
      <w:r>
        <w:t xml:space="preserve"> near the top of the pile.</w:t>
      </w:r>
      <w:r/>
    </w:p>
    <w:p>
      <w:r/>
      <w:r>
        <w:t>The best choices don't make queer identity feel like a restriction on the story. These characters can be princes, witches, investigators, artists or coffee-shop owners, and that's precisely the point: fantasy gives them room to be complicated.</w:t>
      </w:r>
      <w:r/>
    </w:p>
    <w:p>
      <w:r/>
      <w:r>
        <w:t>Find the world, mood and kind of magic that suits you best.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Paragraph 3: </w:t>
      </w:r>
      <w:hyperlink r:id="rId13">
        <w:r>
          <w:rPr>
            <w:color w:val="0000EE"/>
            <w:u w:val="single"/>
          </w:rPr>
          <w:t>[5]</w:t>
        </w:r>
      </w:hyperlink>
      <w:r>
        <w:t xml:space="preserve">- Paragraph 4: </w:t>
      </w:r>
      <w:hyperlink r:id="rId14">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https://instinctmagazine.com/best-lgbtq-fantasy-books/</w:t>
        </w:r>
      </w:hyperlink>
      <w:r>
        <w:t xml:space="preserve"> - Please view link - unable to able to access data</w:t>
      </w:r>
      <w:r/>
    </w:p>
    <w:p>
      <w:pPr>
        <w:pStyle w:val="ListNumber"/>
        <w:spacing w:line="240" w:lineRule="auto"/>
        <w:ind w:left="720"/>
      </w:pPr>
      <w:r/>
      <w:hyperlink r:id="rId10">
        <w:r>
          <w:rPr>
            <w:color w:val="0000EE"/>
            <w:u w:val="single"/>
          </w:rPr>
          <w:t>https://www.goodreads.com/book/show/30363338-the-last-sun</w:t>
        </w:r>
      </w:hyperlink>
      <w:r>
        <w:t xml:space="preserve"> - 'The Last Sun' by K.D. Edwards is an urban fantasy novel that immerses readers in a world of magic, political intrigue, and supernatural families. The story follows Rune Saint John, a gay protagonist with a complex past, as he embarks on a perilous investigation. The narrative weaves together action, romance, and the theme of found family, offering a rich and multifaceted fantasy experience. (</w:t>
      </w:r>
      <w:hyperlink r:id="rId15">
        <w:r>
          <w:rPr>
            <w:color w:val="0000EE"/>
            <w:u w:val="single"/>
          </w:rPr>
          <w:t>goodreads.com</w:t>
        </w:r>
      </w:hyperlink>
      <w:r>
        <w:t>)</w:t>
      </w:r>
      <w:r/>
    </w:p>
    <w:p>
      <w:pPr>
        <w:pStyle w:val="ListNumber"/>
        <w:spacing w:line="240" w:lineRule="auto"/>
        <w:ind w:left="720"/>
      </w:pPr>
      <w:r/>
      <w:hyperlink r:id="rId11">
        <w:r>
          <w:rPr>
            <w:color w:val="0000EE"/>
            <w:u w:val="single"/>
          </w:rPr>
          <w:t>https://www.goodreads.com/book/show/60137504-a-taste-of-gold-and-iron</w:t>
        </w:r>
      </w:hyperlink>
      <w:r>
        <w:t xml:space="preserve"> - In 'A Taste of Gold and Iron' by Alexandra Rowland, political intrigue intertwines with a slow-burn romance. The plot centres on Prince Tadek, who becomes embroiled in a mystery while grappling with personal anxieties and royal duties. His evolving relationship with his bodyguard, Evemer, adds a romantic dimension to a tale filled with court politics and complex loyalties. (</w:t>
      </w:r>
      <w:hyperlink r:id="rId15">
        <w:r>
          <w:rPr>
            <w:color w:val="0000EE"/>
            <w:u w:val="single"/>
          </w:rPr>
          <w:t>goodreads.com</w:t>
        </w:r>
      </w:hyperlink>
      <w:r>
        <w:t>)</w:t>
      </w:r>
      <w:r/>
    </w:p>
    <w:p>
      <w:pPr>
        <w:pStyle w:val="ListNumber"/>
        <w:spacing w:line="240" w:lineRule="auto"/>
        <w:ind w:left="720"/>
      </w:pPr>
      <w:r/>
      <w:hyperlink r:id="rId12">
        <w:r>
          <w:rPr>
            <w:color w:val="0000EE"/>
            <w:u w:val="single"/>
          </w:rPr>
          <w:t>https://www.goodreads.com/book/show/36373235-black-wings-beating</w:t>
        </w:r>
      </w:hyperlink>
      <w:r>
        <w:t xml:space="preserve"> - 'Black Wings Beating' by Alex London transports readers to an epic fantasy realm where falconry, magic, and political conflict converge. The narrative follows twins Kylee and Brysen as they become entangled in a perilous struggle involving powerful birds and even more dangerous individuals. Brysen's gay identity provides an essential queer perspective without defining his entire character, making it a compelling choice for those seeking queer representation within a broader fantasy adventure. (</w:t>
      </w:r>
      <w:hyperlink r:id="rId15">
        <w:r>
          <w:rPr>
            <w:color w:val="0000EE"/>
            <w:u w:val="single"/>
          </w:rPr>
          <w:t>goodreads.com</w:t>
        </w:r>
      </w:hyperlink>
      <w:r>
        <w:t>)</w:t>
      </w:r>
      <w:r/>
    </w:p>
    <w:p>
      <w:pPr>
        <w:pStyle w:val="ListNumber"/>
        <w:spacing w:line="240" w:lineRule="auto"/>
        <w:ind w:left="720"/>
      </w:pPr>
      <w:r/>
      <w:hyperlink r:id="rId13">
        <w:r>
          <w:rPr>
            <w:color w:val="0000EE"/>
            <w:u w:val="single"/>
          </w:rPr>
          <w:t>https://www.goodreads.com/book/show/45047384-the-house-in-the-cerulean-sea</w:t>
        </w:r>
      </w:hyperlink>
      <w:r>
        <w:t xml:space="preserve"> - 'The House in the Cerulean Sea' by TJ Klune is a heartwarming fantasy that follows Linus Baker, a rule-abiding government worker assigned to investigate an unusual orphanage. Upon meeting its enigmatic caretaker, Arthur, Linus is drawn into a story of love, acceptance, and found family, with a central gay romance. This novel offers a softer fantasy experience, focusing on magical children and emotional healing rather than epic battles. (</w:t>
      </w:r>
      <w:hyperlink r:id="rId15">
        <w:r>
          <w:rPr>
            <w:color w:val="0000EE"/>
            <w:u w:val="single"/>
          </w:rPr>
          <w:t>goodreads.com</w:t>
        </w:r>
      </w:hyperlink>
      <w:r>
        <w:t>)</w:t>
      </w:r>
      <w:r/>
    </w:p>
    <w:p>
      <w:pPr>
        <w:pStyle w:val="ListNumber"/>
        <w:spacing w:line="240" w:lineRule="auto"/>
        <w:ind w:left="720"/>
      </w:pPr>
      <w:r/>
      <w:hyperlink r:id="rId14">
        <w:r>
          <w:rPr>
            <w:color w:val="0000EE"/>
            <w:u w:val="single"/>
          </w:rPr>
          <w:t>https://www.goodreads.com/book/show/53375824-cemetery-boys</w:t>
        </w:r>
      </w:hyperlink>
      <w:r>
        <w:t xml:space="preserve"> - In 'Cemetery Boys' by Aiden Thomas, Yadriel, a young brujo, strives to prove his abilities by summoning a spirit. However, his ritual goes awry, and he inadvertently summons Julian, a recently deceased boy who is reluctant to remain dead. Their supernatural mystery brings them together, exploring themes of identity, family, and cultural heritage, while offering a heartfelt blend of fantasy, romance, and mystery. (</w:t>
      </w:r>
      <w:hyperlink r:id="rId15">
        <w:r>
          <w:rPr>
            <w:color w:val="0000EE"/>
            <w:u w:val="single"/>
          </w:rPr>
          <w:t>goodreads.com</w:t>
        </w:r>
      </w:hyperlink>
      <w:r>
        <w:t>)</w:t>
      </w:r>
      <w:r/>
    </w:p>
    <w:p>
      <w:pPr>
        <w:pStyle w:val="ListNumber"/>
        <w:spacing w:line="240" w:lineRule="auto"/>
        <w:ind w:left="720"/>
      </w:pPr>
      <w:r/>
      <w:hyperlink r:id="rId14">
        <w:r>
          <w:rPr>
            <w:color w:val="0000EE"/>
            <w:u w:val="single"/>
          </w:rPr>
          <w:t>https://www.goodreads.com/book/show/53375824-cemetery-boys</w:t>
        </w:r>
      </w:hyperlink>
      <w:r>
        <w:t xml:space="preserve"> - In 'Cemetery Boys' by Aiden Thomas, Yadriel, a young brujo, strives to prove his abilities by summoning a spirit. However, his ritual goes awry, and he inadvertently summons Julian, a recently deceased boy who is reluctant to remain dead. Their supernatural mystery brings them together, exploring themes of identity, family, and cultural heritage, while offering a heartfelt blend of fantasy, romance, and mystery. (</w:t>
      </w:r>
      <w:hyperlink r:id="rId15">
        <w:r>
          <w:rPr>
            <w:color w:val="0000EE"/>
            <w:u w:val="single"/>
          </w:rPr>
          <w:t>goodreads.com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best-lgbtq-fantasy-books/" TargetMode="External"/><Relationship Id="rId10" Type="http://schemas.openxmlformats.org/officeDocument/2006/relationships/hyperlink" Target="https://www.goodreads.com/book/show/30363338-the-last-sun" TargetMode="External"/><Relationship Id="rId11" Type="http://schemas.openxmlformats.org/officeDocument/2006/relationships/hyperlink" Target="https://www.goodreads.com/book/show/60137504-a-taste-of-gold-and-iron" TargetMode="External"/><Relationship Id="rId12" Type="http://schemas.openxmlformats.org/officeDocument/2006/relationships/hyperlink" Target="https://www.goodreads.com/book/show/36373235-black-wings-beating" TargetMode="External"/><Relationship Id="rId13" Type="http://schemas.openxmlformats.org/officeDocument/2006/relationships/hyperlink" Target="https://www.goodreads.com/book/show/45047384-the-house-in-the-cerulean-sea" TargetMode="External"/><Relationship Id="rId14" Type="http://schemas.openxmlformats.org/officeDocument/2006/relationships/hyperlink" Target="https://www.goodreads.com/book/show/53375824-cemetery-boys" TargetMode="External"/><Relationship Id="rId15" Type="http://schemas.openxmlformats.org/officeDocument/2006/relationships/hyperlink" Target="https://www.goodreads.com/shelf/show/lgbtq-fantas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