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Culture Picks This Week, From Moonlight to Autumn Candles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gravitating towards a lively mix of LGBTQ+ entertainment, cosy shopping finds and pop-culture nostalgia this week. The standout is Moonlight, returning to cinemas in a remastered 4K edition for its 10th anniversary, alongside autumn candles, new music, streaming picks and a few gloriously internet-ready crushes.</w:t>
      </w:r>
      <w:r/>
    </w:p>
    <w:p>
      <w:pPr>
        <w:pStyle w:val="Heading2"/>
      </w:pPr>
      <w:r>
        <w:t>Essential Takeaways</w:t>
      </w:r>
      <w:r/>
      <w:r/>
    </w:p>
    <w:p>
      <w:pPr>
        <w:pStyle w:val="ListBullet"/>
        <w:spacing w:line="240" w:lineRule="auto"/>
        <w:ind w:left="720"/>
      </w:pPr>
      <w:r/>
      <w:r>
        <w:rPr>
          <w:b/>
        </w:rPr>
        <w:t>Moonlight returns:</w:t>
      </w:r>
      <w:r>
        <w:t xml:space="preserve"> Barry Jenkins’ acclaimed drama is coming back to cinemas in a 4K remaster this autumn.</w:t>
      </w:r>
      <w:r/>
    </w:p>
    <w:p>
      <w:pPr>
        <w:pStyle w:val="ListBullet"/>
        <w:spacing w:line="240" w:lineRule="auto"/>
        <w:ind w:left="720"/>
      </w:pPr>
      <w:r/>
      <w:r>
        <w:rPr>
          <w:b/>
        </w:rPr>
        <w:t>A cosy scent leads the shopping list:</w:t>
      </w:r>
      <w:r>
        <w:t xml:space="preserve"> Cinnamon, apple, pumpkin pie and brown sugar bring a familiar but comforting seasonal mood.</w:t>
      </w:r>
      <w:r/>
    </w:p>
    <w:p>
      <w:pPr>
        <w:pStyle w:val="ListBullet"/>
        <w:spacing w:line="240" w:lineRule="auto"/>
        <w:ind w:left="720"/>
      </w:pPr>
      <w:r/>
      <w:r>
        <w:rPr>
          <w:b/>
        </w:rPr>
        <w:t>Music is doing the emotional heavy lifting:</w:t>
      </w:r>
      <w:r>
        <w:t xml:space="preserve"> New releases from Greyson Chance and Steve Lacy offer everything from dance-floor release to late-night atmosphere.</w:t>
      </w:r>
      <w:r/>
    </w:p>
    <w:p>
      <w:pPr>
        <w:pStyle w:val="ListBullet"/>
        <w:spacing w:line="240" w:lineRule="auto"/>
        <w:ind w:left="720"/>
      </w:pPr>
      <w:r/>
      <w:r>
        <w:rPr>
          <w:b/>
        </w:rPr>
        <w:t>Streaming remains gloriously eclectic:</w:t>
      </w:r>
      <w:r>
        <w:t xml:space="preserve"> Dolly Parton comedy, reality television and classic comfort viewing all make the cut.</w:t>
      </w:r>
      <w:r/>
    </w:p>
    <w:p>
      <w:pPr>
        <w:pStyle w:val="ListBullet"/>
        <w:spacing w:line="240" w:lineRule="auto"/>
        <w:ind w:left="720"/>
      </w:pPr>
      <w:r/>
      <w:r>
        <w:rPr>
          <w:b/>
        </w:rPr>
        <w:t>Small pleasures matter:</w:t>
      </w:r>
      <w:r>
        <w:t xml:space="preserve"> A graphic tee, vinyl record or tray of pumpkin cookies can turn an ordinary week into a better one.</w:t>
      </w:r>
      <w:r/>
      <w:r/>
    </w:p>
    <w:p>
      <w:pPr>
        <w:pStyle w:val="Heading2"/>
      </w:pPr>
      <w:r>
        <w:t>Moonlight gets the big-screen treatment again</w:t>
      </w:r>
      <w:r/>
    </w:p>
    <w:p>
      <w:r/>
      <w:r>
        <w:t>The week’s most meaningful pick is Moonlight, Barry Jenkins’ Oscar-winning coming-of-age drama about identity, masculinity, memory and desire. Its return to cinemas in a remastered 4K presentation gives audiences a chance to experience its quiet intensity with greater visual detail and cinematic scale.</w:t>
      </w:r>
      <w:r/>
    </w:p>
    <w:p>
      <w:r/>
      <w:r>
        <w:t>The film’s power has never depended on spectacle. Instead, it builds emotion through pauses, glances and the feeling of a life being carefully kept under the surface. Seeing it in a cinema again should make those details feel especially immediate, from the deep blue night scenes to the film’s tender, often wordless exchanges.</w:t>
      </w:r>
      <w:r/>
    </w:p>
    <w:p>
      <w:r/>
      <w:r>
        <w:t>According to The Grio, The Q Gentleman and Melody Maker Magazine, the anniversary release is scheduled for this autumn. Cinemark and AOL have also listed the remastered theatrical presentation, while international coverage from Omelete points to the film’s continuing cultural reach. It’s a rare re-release that feels less like a marketing exercise and more like an invitation to look again. (Sources: The Grio, The Q Gentleman, Melody Maker Magazine, Cinemark, AOL, Omelete.)</w:t>
      </w:r>
      <w:r/>
    </w:p>
    <w:p>
      <w:pPr>
        <w:pStyle w:val="Heading2"/>
      </w:pPr>
      <w:r>
        <w:t>Why the 4K re-release matters</w:t>
      </w:r>
      <w:r/>
    </w:p>
    <w:p>
      <w:r/>
      <w:r>
        <w:t>A decade after its original cinema run, Moonlight still feels remarkably present. Its central story, centred on a young Black man working out how to live honestly in a world that keeps trying to define him, has earned its place as a modern classic.</w:t>
      </w:r>
      <w:r/>
    </w:p>
    <w:p>
      <w:r/>
      <w:r>
        <w:t>The remaster also creates a useful bridge between the film’s legacy and a new audience. Younger viewers who know the title through awards history or cultural discussion can now encounter it in the environment it was made for, surrounded by the hush and shared attention of a cinema.</w:t>
      </w:r>
      <w:r/>
    </w:p>
    <w:p>
      <w:r/>
      <w:r>
        <w:t>The Q Gentleman and Melody Maker Magazine both describe the release as a 10th-anniversary 4K return, while Cinemark’s listing confirms its place in the autumn theatrical calendar. If you’ve only watched Moonlight at home, this could be the ideal excuse to see why its atmosphere rewards a larger screen. (Sources: The Q Gentleman, Melody Maker Magazine, Cinemark.)</w:t>
      </w:r>
      <w:r/>
    </w:p>
    <w:p>
      <w:pPr>
        <w:pStyle w:val="Heading2"/>
      </w:pPr>
      <w:r>
        <w:t>Autumn candles bring the comfort</w:t>
      </w:r>
      <w:r/>
    </w:p>
    <w:p>
      <w:r/>
      <w:r>
        <w:t>Away from the cinema, the mood turns warmer and distinctly more domestic. A hand-poured candle combining apple, cinnamon, pumpkin pie and brown sugar offers the sort of scent that makes a room feel softer within minutes, especially once the evenings begin drawing in.</w:t>
      </w:r>
      <w:r/>
    </w:p>
    <w:p>
      <w:r/>
      <w:r>
        <w:t>There’s something knowingly familiar about autumn fragrance, but that’s part of its charm. You don’t buy cinnamon and baked apple because you want an olfactory surprise; you buy them because they promise a cosy ritual, preferably with a blanket nearby and nowhere urgent to be.</w:t>
      </w:r>
      <w:r/>
    </w:p>
    <w:p>
      <w:r/>
      <w:r>
        <w:t>The queer-owned candle is also positioned as a purchase with a wider purpose, with a portion of sales supporting LGBTQ+ organisations. That gives the seasonal treat a little more meaning, particularly for shoppers who want small businesses and community causes to benefit from their spending. (Source: Queerty.)</w:t>
      </w:r>
      <w:r/>
    </w:p>
    <w:p>
      <w:pPr>
        <w:pStyle w:val="Heading2"/>
      </w:pPr>
      <w:r>
        <w:t>New music covers the emotional range</w:t>
      </w:r>
      <w:r/>
    </w:p>
    <w:p>
      <w:r/>
      <w:r>
        <w:t>Greyson Chance’s upcoming album BOYSTOWN is shaping up as one of the week’s more openly queer musical moments. The single “Dirty Laundry” brings a danceable, post-break-up energy that feels made for singing along after you’ve finally stopped checking an ex’s social media.</w:t>
      </w:r>
      <w:r/>
    </w:p>
    <w:p>
      <w:r/>
      <w:r>
        <w:t>Steve Lacy’s new album Oh yeah? offers a different kind of appeal. Pressed on opaque grey vinyl, it’s a collector-friendly choice for listeners who like their alternative R&amp;B sleek, intimate and slightly unpredictable. It sounds like the right record for a low-lit evening, although it could just as easily soundtrack a more chaotic night.</w:t>
      </w:r>
      <w:r/>
    </w:p>
    <w:p>
      <w:r/>
      <w:r>
        <w:t>Together, the releases show how broad the current queer music landscape can feel, moving from cathartic club energy to carefully styled home listening. One is for shaking off the past; the other is for making your living room feel cooler than it actually is. (Source: Queerty.)</w:t>
      </w:r>
      <w:r/>
    </w:p>
    <w:p>
      <w:pPr>
        <w:pStyle w:val="Heading2"/>
      </w:pPr>
      <w:r>
        <w:t>From Practical Magic to pumpkin cookies</w:t>
      </w:r>
      <w:r/>
    </w:p>
    <w:p>
      <w:r/>
      <w:r>
        <w:t>The rest of the list leans into the pleasures of a very online cultural week. A Practical Magic T-shirt taps into the renewed excitement around the sequel while keeping one foot firmly in the original film’s cosy, witchy world. It’s easy to imagine becoming an instant favourite for anyone who considers Sandra Bullock, Nicole Kidman and autumn television essential viewing.</w:t>
      </w:r>
      <w:r/>
    </w:p>
    <w:p>
      <w:r/>
      <w:r>
        <w:t>There’s also room for lighter entertainment. Straight Talk, Dolly Parton’s 1992 comedy, offers a breezy streaming choice, while the second season of Next Gen NYC brings the usual blend of wealthy young personalities, romantic chaos and highly watchable arguments.</w:t>
      </w:r>
      <w:r/>
    </w:p>
    <w:p>
      <w:r/>
      <w:r>
        <w:t>And then there are the pumpkin-shaped sugar cookies. They’re inexpensive, quick to bake and almost certainly vulnerable to disappearing before the oven has fully preheated. Sometimes the perfect seasonal purchase doesn’t need to be profound; it just needs to make Tuesday evening feel a bit more fun. (Source: Queerty.)</w:t>
      </w:r>
      <w:r/>
    </w:p>
    <w:p>
      <w:pPr>
        <w:pStyle w:val="Heading2"/>
      </w:pPr>
      <w:r>
        <w:t>A week built from small, joyful obsessions</w:t>
      </w:r>
      <w:r/>
    </w:p>
    <w:p>
      <w:r/>
      <w:r>
        <w:t>The most appealing thing about this selection is its range. Moonlight brings serious cinematic reflection, while a candle, record, T-shirt or packet of cookies offers a gentler kind of pleasure. Together, they capture how modern pop culture is consumed now: across cinemas, streaming services, shops, playlists and the kitchen counter.</w:t>
      </w:r>
      <w:r/>
    </w:p>
    <w:p>
      <w:r/>
      <w:r>
        <w:t>There’s no need to choose between high art and guilty pleasures, either. A landmark film can sit comfortably alongside reality television, a nostalgic graphic tee and a tray of overly enthusiastic pumpkin biscuits. That mix is messy, warm and very human.</w:t>
      </w:r>
      <w:r/>
    </w:p>
    <w:p>
      <w:r/>
      <w:r>
        <w:t>For the best experience, start with the cinema release or music pick that genuinely interests you, then add one small comfort purchase. It’s a simple formula, but your autumn mood may thank you. (Sources: The Grio, The Q Gentleman, Melody Maker Magazine, Cinemark, AOL, Omelete, Queerty.)</w:t>
      </w:r>
      <w:r/>
    </w:p>
    <w:p>
      <w:r/>
      <w:r>
        <w:t>It’s a week made for good films, soft lighting and unapologetically enthusiastic snacks.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2: </w:t>
      </w:r>
      <w:hyperlink r:id="rId13">
        <w:r>
          <w:rPr>
            <w:color w:val="0000EE"/>
            <w:u w:val="single"/>
          </w:rPr>
          <w:t>[5]</w:t>
        </w:r>
      </w:hyperlink>
      <w:r>
        <w:t xml:space="preserve">, </w:t>
      </w:r>
      <w:hyperlink r:id="rId14">
        <w:r>
          <w:rPr>
            <w:color w:val="0000EE"/>
            <w:u w:val="single"/>
          </w:rPr>
          <w:t>[6]</w:t>
        </w:r>
      </w:hyperlink>
      <w:r>
        <w:t xml:space="preserve">- Paragraph 3: </w:t>
      </w:r>
      <w:hyperlink r:id="rId15">
        <w:r>
          <w:rPr>
            <w:color w:val="0000EE"/>
            <w:u w:val="single"/>
          </w:rPr>
          <w:t>[7]</w:t>
        </w:r>
      </w:hyperlink>
      <w:r>
        <w:t xml:space="preserve">, </w:t>
      </w:r>
      <w:hyperlink r:id="rId10">
        <w:r>
          <w:rPr>
            <w:color w:val="0000EE"/>
            <w:u w:val="single"/>
          </w:rPr>
          <w:t>[2]</w:t>
        </w:r>
      </w:hyperlink>
      <w:r>
        <w:t xml:space="preserve">, </w:t>
      </w:r>
      <w:hyperlink r:id="rId11">
        <w:r>
          <w:rPr>
            <w:color w:val="0000EE"/>
            <w:u w:val="single"/>
          </w:rPr>
          <w:t>[3]</w:t>
        </w:r>
      </w:hyperlink>
      <w:r>
        <w:t xml:space="preserve">- Paragraph 4: </w:t>
      </w:r>
      <w:hyperlink r:id="rId9">
        <w:r>
          <w:rPr>
            <w:color w:val="0000EE"/>
            <w:u w:val="single"/>
          </w:rPr>
          <w:t>[1]</w:t>
        </w:r>
      </w:hyperlink>
      <w:r>
        <w:t xml:space="preserve">- Paragraph 5: </w:t>
      </w:r>
      <w:hyperlink r:id="rId9">
        <w:r>
          <w:rPr>
            <w:color w:val="0000EE"/>
            <w:u w:val="single"/>
          </w:rPr>
          <w:t>[1]</w:t>
        </w:r>
      </w:hyperlink>
      <w:r>
        <w:t xml:space="preserve">- Paragraph 6: </w:t>
      </w:r>
      <w:hyperlink r:id="rId9">
        <w:r>
          <w:rPr>
            <w:color w:val="0000EE"/>
            <w:u w:val="single"/>
          </w:rPr>
          <w:t>[1]</w:t>
        </w:r>
      </w:hyperlink>
      <w:r>
        <w:t xml:space="preserve">- Paragraph 7: </w:t>
      </w:r>
      <w:hyperlink r:id="rId9">
        <w:r>
          <w:rPr>
            <w:color w:val="0000EE"/>
            <w:u w:val="single"/>
          </w:rPr>
          <w:t>[1]</w:t>
        </w:r>
      </w:hyperlink>
      <w:r>
        <w:t xml:space="preserve">- Paragraph 8: </w:t>
      </w:r>
      <w:hyperlink r:id="rId9">
        <w:r>
          <w:rPr>
            <w:color w:val="0000EE"/>
            <w:u w:val="single"/>
          </w:rPr>
          <w:t>[1]</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w:t>
      </w:r>
      <w:hyperlink r:id="rId13">
        <w:r>
          <w:rPr>
            <w:color w:val="0000EE"/>
            <w:u w:val="single"/>
          </w:rPr>
          <w:t>[5]</w:t>
        </w:r>
      </w:hyperlink>
      <w:r>
        <w:t xml:space="preserve">- Paragraph 10: </w:t>
      </w:r>
      <w:hyperlink r:id="rId9">
        <w:r>
          <w:rPr>
            <w:color w:val="0000EE"/>
            <w:u w:val="single"/>
          </w:rPr>
          <w:t>[1]</w:t>
        </w:r>
      </w:hyperlink>
      <w:r>
        <w:t xml:space="preserve">- Paragraph 11: </w:t>
      </w:r>
      <w:hyperlink r:id="rId9">
        <w:r>
          <w:rPr>
            <w:color w:val="0000EE"/>
            <w:u w:val="single"/>
          </w:rPr>
          <w:t>[1]</w:t>
        </w:r>
      </w:hyperlink>
      <w:r>
        <w:t xml:space="preserve">- Paragraph 12: </w:t>
      </w:r>
      <w:hyperlink r:id="rId9">
        <w:r>
          <w:rPr>
            <w:color w:val="0000EE"/>
            <w:u w:val="single"/>
          </w:rPr>
          <w:t>[1]</w:t>
        </w:r>
      </w:hyperlink>
      <w:r>
        <w:t xml:space="preserve">- Paragraph 13: </w:t>
      </w:r>
      <w:hyperlink r:id="rId9">
        <w:r>
          <w:rPr>
            <w:color w:val="0000EE"/>
            <w:u w:val="single"/>
          </w:rPr>
          <w:t>[1]</w:t>
        </w:r>
      </w:hyperlink>
      <w:r>
        <w:t xml:space="preserve">- Paragraph 14: </w:t>
      </w:r>
      <w:hyperlink r:id="rId9">
        <w:r>
          <w:rPr>
            <w:color w:val="0000EE"/>
            <w:u w:val="single"/>
          </w:rPr>
          <w:t>[1]</w:t>
        </w:r>
      </w:hyperlink>
      <w:r>
        <w:t xml:space="preserve">- Paragraph 15: </w:t>
      </w:r>
      <w:hyperlink r:id="rId10">
        <w:r>
          <w:rPr>
            <w:color w:val="0000EE"/>
            <w:u w:val="single"/>
          </w:rPr>
          <w:t>[2]</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w:t>
      </w:r>
      <w:hyperlink r:id="rId15">
        <w:r>
          <w:rPr>
            <w:color w:val="0000EE"/>
            <w:u w:val="single"/>
          </w:rPr>
          <w:t>[7]</w:t>
        </w:r>
      </w:hyperlink>
      <w:r>
        <w:t xml:space="preserve">, </w:t>
      </w:r>
      <w:hyperlink r:id="rId9">
        <w:r>
          <w:rPr>
            <w:color w:val="0000EE"/>
            <w:u w:val="single"/>
          </w:rPr>
          <w:t>[1]</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https://www.queerty.com/practical-magic-cozy-candles-zachary-gordons-glow-up-10-things-were-obsessed-with-this-week-20260912/</w:t>
        </w:r>
      </w:hyperlink>
      <w:r>
        <w:t xml:space="preserve"> - Please view link - unable to able to access data</w:t>
      </w:r>
      <w:r/>
    </w:p>
    <w:p>
      <w:pPr>
        <w:pStyle w:val="ListNumber"/>
        <w:spacing w:line="240" w:lineRule="auto"/>
        <w:ind w:left="720"/>
      </w:pPr>
      <w:r/>
      <w:hyperlink r:id="rId10">
        <w:r>
          <w:rPr>
            <w:color w:val="0000EE"/>
            <w:u w:val="single"/>
          </w:rPr>
          <w:t>https://thegrio.com/2026/09/07/moonlight-re-release-4k-10th-anniversary/</w:t>
        </w:r>
      </w:hyperlink>
      <w:r>
        <w:t xml:space="preserve"> - Barry Jenkins' Oscar-winning film 'Moonlight' is returning to theaters on October 2, 2026, in a newly remastered 4K version to celebrate its 10th anniversary. The re-release will feature an exclusive conversation with Jenkins, Mahershala Ali, and Nicholas Britell. Tickets go on sale on September 9, with a limited-edition anniversary art print available. (</w:t>
      </w:r>
      <w:hyperlink r:id="rId16">
        <w:r>
          <w:rPr>
            <w:color w:val="0000EE"/>
            <w:u w:val="single"/>
          </w:rPr>
          <w:t>thegrio.com</w:t>
        </w:r>
      </w:hyperlink>
      <w:r>
        <w:t>)</w:t>
      </w:r>
      <w:r/>
    </w:p>
    <w:p>
      <w:pPr>
        <w:pStyle w:val="ListNumber"/>
        <w:spacing w:line="240" w:lineRule="auto"/>
        <w:ind w:left="720"/>
      </w:pPr>
      <w:r/>
      <w:hyperlink r:id="rId11">
        <w:r>
          <w:rPr>
            <w:color w:val="0000EE"/>
            <w:u w:val="single"/>
          </w:rPr>
          <w:t>https://www.theqgentleman.com/post/2026-09-a24-brings-moonlight-back-to-theaters-for-its-10th-anniversary-in-a-4k-remaster-this-october/</w:t>
        </w:r>
      </w:hyperlink>
      <w:r>
        <w:t xml:space="preserve"> - A24 has announced a 10th anniversary 4K re-release of 'Moonlight' for October 2026. Director Barry Jenkins personally oversaw the remaster, describing the experience as akin to watching the film for the first time. The re-release includes an exclusive conversation with Jenkins, Mahershala Ali, and Nicholas Britell. (</w:t>
      </w:r>
      <w:hyperlink r:id="rId17">
        <w:r>
          <w:rPr>
            <w:color w:val="0000EE"/>
            <w:u w:val="single"/>
          </w:rPr>
          <w:t>theqgentleman.com</w:t>
        </w:r>
      </w:hyperlink>
      <w:r>
        <w:t>)</w:t>
      </w:r>
      <w:r/>
    </w:p>
    <w:p>
      <w:pPr>
        <w:pStyle w:val="ListNumber"/>
        <w:spacing w:line="240" w:lineRule="auto"/>
        <w:ind w:left="720"/>
      </w:pPr>
      <w:r/>
      <w:hyperlink r:id="rId12">
        <w:r>
          <w:rPr>
            <w:color w:val="0000EE"/>
            <w:u w:val="single"/>
          </w:rPr>
          <w:t>https://melodymakermagazine.com/movies/moonlight-getting-10th-anniversary-4k-re-release-this-fall/</w:t>
        </w:r>
      </w:hyperlink>
      <w:r>
        <w:t xml:space="preserve"> - 'Moonlight' is set for a 10th anniversary re-release on October 2, 2026, in a new 4K remastered cut. The re-release will feature an exclusive conversation with director Barry Jenkins, composer Nicholas Britell, and actor Mahershala Ali. Tickets go on sale on September 9, with a limited edition anniversary art print available. (</w:t>
      </w:r>
      <w:hyperlink r:id="rId18">
        <w:r>
          <w:rPr>
            <w:color w:val="0000EE"/>
            <w:u w:val="single"/>
          </w:rPr>
          <w:t>melodymakermagazine.com</w:t>
        </w:r>
      </w:hyperlink>
      <w:r>
        <w:t>)</w:t>
      </w:r>
      <w:r/>
    </w:p>
    <w:p>
      <w:pPr>
        <w:pStyle w:val="ListNumber"/>
        <w:spacing w:line="240" w:lineRule="auto"/>
        <w:ind w:left="720"/>
      </w:pPr>
      <w:r/>
      <w:hyperlink r:id="rId13">
        <w:r>
          <w:rPr>
            <w:color w:val="0000EE"/>
            <w:u w:val="single"/>
          </w:rPr>
          <w:t>https://www.cinemark.com/movies/moonlight-10th-anniversary-remastered</w:t>
        </w:r>
      </w:hyperlink>
      <w:r>
        <w:t xml:space="preserve"> - Cinemark is hosting showings of 'Moonlight' in its 10th Anniversary Remastered version, starting October 1, 2026. The film has a runtime of 2 hours and 6 minutes and is rated R. Advance tickets are available for purchase. (</w:t>
      </w:r>
      <w:hyperlink r:id="rId19">
        <w:r>
          <w:rPr>
            <w:color w:val="0000EE"/>
            <w:u w:val="single"/>
          </w:rPr>
          <w:t>cinemark.com</w:t>
        </w:r>
      </w:hyperlink>
      <w:r>
        <w:t>)</w:t>
      </w:r>
      <w:r/>
    </w:p>
    <w:p>
      <w:pPr>
        <w:pStyle w:val="ListNumber"/>
        <w:spacing w:line="240" w:lineRule="auto"/>
        <w:ind w:left="720"/>
      </w:pPr>
      <w:r/>
      <w:hyperlink r:id="rId14">
        <w:r>
          <w:rPr>
            <w:color w:val="0000EE"/>
            <w:u w:val="single"/>
          </w:rPr>
          <w:t>https://www.aol.com/articles/moonlight-returns-theaters-4k-10th-140021000.html</w:t>
        </w:r>
      </w:hyperlink>
      <w:r>
        <w:t xml:space="preserve"> - 'Moonlight' is returning to theaters on October 2, 2026, in a newly remastered 4K version to celebrate its 10th anniversary. The re-release was announced at a special Telluride Film Festival screening, offering audiences another chance to revisit the landmark film. (</w:t>
      </w:r>
      <w:hyperlink r:id="rId20">
        <w:r>
          <w:rPr>
            <w:color w:val="0000EE"/>
            <w:u w:val="single"/>
          </w:rPr>
          <w:t>aol.com</w:t>
        </w:r>
      </w:hyperlink>
      <w:r>
        <w:t>)</w:t>
      </w:r>
      <w:r/>
    </w:p>
    <w:p>
      <w:pPr>
        <w:pStyle w:val="ListNumber"/>
        <w:spacing w:line="240" w:lineRule="auto"/>
        <w:ind w:left="720"/>
      </w:pPr>
      <w:r/>
      <w:hyperlink r:id="rId15">
        <w:r>
          <w:rPr>
            <w:color w:val="0000EE"/>
            <w:u w:val="single"/>
          </w:rPr>
          <w:t>https://www.omelete.com.br/filmes/moonlight-relancamento-remasterizado-4k-aniversario-10-anos</w:t>
        </w:r>
      </w:hyperlink>
      <w:r>
        <w:t xml:space="preserve"> - 'Moonlight' is set to be re-released in a remastered 4K version on October 2, 2026, to celebrate its 10th anniversary. The announcement was made by director Barry Jenkins and writer Tarell Alvin McCraney, with tickets going on sale on September 9. (</w:t>
      </w:r>
      <w:hyperlink r:id="rId21">
        <w:r>
          <w:rPr>
            <w:color w:val="0000EE"/>
            <w:u w:val="single"/>
          </w:rPr>
          <w:t>omelete.com.br</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practical-magic-cozy-candles-zachary-gordons-glow-up-10-things-were-obsessed-with-this-week-20260912/" TargetMode="External"/><Relationship Id="rId10" Type="http://schemas.openxmlformats.org/officeDocument/2006/relationships/hyperlink" Target="https://thegrio.com/2026/09/07/moonlight-re-release-4k-10th-anniversary/" TargetMode="External"/><Relationship Id="rId11" Type="http://schemas.openxmlformats.org/officeDocument/2006/relationships/hyperlink" Target="https://www.theqgentleman.com/post/2026-09-a24-brings-moonlight-back-to-theaters-for-its-10th-anniversary-in-a-4k-remaster-this-october/" TargetMode="External"/><Relationship Id="rId12" Type="http://schemas.openxmlformats.org/officeDocument/2006/relationships/hyperlink" Target="https://melodymakermagazine.com/movies/moonlight-getting-10th-anniversary-4k-re-release-this-fall/" TargetMode="External"/><Relationship Id="rId13" Type="http://schemas.openxmlformats.org/officeDocument/2006/relationships/hyperlink" Target="https://www.cinemark.com/movies/moonlight-10th-anniversary-remastered" TargetMode="External"/><Relationship Id="rId14" Type="http://schemas.openxmlformats.org/officeDocument/2006/relationships/hyperlink" Target="https://www.aol.com/articles/moonlight-returns-theaters-4k-10th-140021000.html" TargetMode="External"/><Relationship Id="rId15" Type="http://schemas.openxmlformats.org/officeDocument/2006/relationships/hyperlink" Target="https://www.omelete.com.br/filmes/moonlight-relancamento-remasterizado-4k-aniversario-10-anos" TargetMode="External"/><Relationship Id="rId16" Type="http://schemas.openxmlformats.org/officeDocument/2006/relationships/hyperlink" Target="https://thegrio.com/2026/09/07/moonlight-re-release-4k-10th-anniversary/?utm_source=openai" TargetMode="External"/><Relationship Id="rId17" Type="http://schemas.openxmlformats.org/officeDocument/2006/relationships/hyperlink" Target="https://www.theqgentleman.com/post/2026-09-a24-brings-moonlight-back-to-theaters-for-its-10th-anniversary-in-a-4k-remaster-this-october/?utm_source=openai" TargetMode="External"/><Relationship Id="rId18" Type="http://schemas.openxmlformats.org/officeDocument/2006/relationships/hyperlink" Target="https://melodymakermagazine.com/movies/moonlight-getting-10th-anniversary-4k-re-release-this-fall/?utm_source=openai" TargetMode="External"/><Relationship Id="rId19" Type="http://schemas.openxmlformats.org/officeDocument/2006/relationships/hyperlink" Target="https://www.cinemark.com/movies/moonlight-10th-anniversary-remastered?utm_source=openai" TargetMode="External"/><Relationship Id="rId20" Type="http://schemas.openxmlformats.org/officeDocument/2006/relationships/hyperlink" Target="https://www.aol.com/articles/moonlight-returns-theaters-4k-10th-140021000.html?utm_source=openai" TargetMode="External"/><Relationship Id="rId21" Type="http://schemas.openxmlformats.org/officeDocument/2006/relationships/hyperlink" Target="https://www.omelete.com.br/filmes/moonlight-relancamento-remasterizado-4k-aniversario-10-ano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