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Hot Shower Habits for Relaxation and Healthier Skin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Long, hot showers can feel like a little daily escape, especially after a tiring day, but dermatologists and consumer experts say the sweet spot is shorter and warmer. Here’s how to keep that soothing, steamy ritual without leaving your skin tight, irritated or unusually thirsty.</w:t>
      </w:r>
      <w:r/>
    </w:p>
    <w:p>
      <w:pPr>
        <w:pStyle w:val="Heading2"/>
      </w:pPr>
      <w:r>
        <w:t>Essential Takeaways</w:t>
      </w:r>
      <w:r/>
      <w:r/>
    </w:p>
    <w:p>
      <w:pPr>
        <w:pStyle w:val="ListBullet"/>
        <w:spacing w:line="240" w:lineRule="auto"/>
        <w:ind w:left="720"/>
      </w:pPr>
      <w:r/>
      <w:r>
        <w:rPr>
          <w:b/>
        </w:rPr>
        <w:t>Keep it warm, not scorching:</w:t>
      </w:r>
      <w:r>
        <w:t xml:space="preserve"> Very hot water can strip the skin’s natural oils and leave it feeling dry.</w:t>
      </w:r>
      <w:r/>
    </w:p>
    <w:p>
      <w:pPr>
        <w:pStyle w:val="ListBullet"/>
        <w:spacing w:line="240" w:lineRule="auto"/>
        <w:ind w:left="720"/>
      </w:pPr>
      <w:r/>
      <w:r>
        <w:rPr>
          <w:b/>
        </w:rPr>
        <w:t>Shorten the session:</w:t>
      </w:r>
      <w:r>
        <w:t xml:space="preserve"> A brief shower is usually kinder to your skin and uses less water.</w:t>
      </w:r>
      <w:r/>
    </w:p>
    <w:p>
      <w:pPr>
        <w:pStyle w:val="ListBullet"/>
        <w:spacing w:line="240" w:lineRule="auto"/>
        <w:ind w:left="720"/>
      </w:pPr>
      <w:r/>
      <w:r>
        <w:rPr>
          <w:b/>
        </w:rPr>
        <w:t>Moisturise straight away:</w:t>
      </w:r>
      <w:r>
        <w:t xml:space="preserve"> Applying a fragrance-free moisturiser while skin is still slightly damp helps hold on to hydration.</w:t>
      </w:r>
      <w:r/>
    </w:p>
    <w:p>
      <w:pPr>
        <w:pStyle w:val="ListBullet"/>
        <w:spacing w:line="240" w:lineRule="auto"/>
        <w:ind w:left="720"/>
      </w:pPr>
      <w:r/>
      <w:r>
        <w:rPr>
          <w:b/>
        </w:rPr>
        <w:t>Choose gentle products:</w:t>
      </w:r>
      <w:r>
        <w:t xml:space="preserve"> Mild, unscented cleansers are often a better choice for sensitive skin.</w:t>
      </w:r>
      <w:r/>
    </w:p>
    <w:p>
      <w:pPr>
        <w:pStyle w:val="ListBullet"/>
        <w:spacing w:line="240" w:lineRule="auto"/>
        <w:ind w:left="720"/>
      </w:pPr>
      <w:r/>
      <w:r>
        <w:rPr>
          <w:b/>
        </w:rPr>
        <w:t>Know when to cool it down:</w:t>
      </w:r>
      <w:r>
        <w:t xml:space="preserve"> Cooler water may feel refreshing after exercise, but it isn't a cure-all.</w:t>
      </w:r>
      <w:r/>
      <w:r/>
    </w:p>
    <w:p>
      <w:pPr>
        <w:pStyle w:val="Heading2"/>
      </w:pPr>
      <w:r>
        <w:t>Why a hot shower feels so wonderfully calming</w:t>
      </w:r>
      <w:r/>
    </w:p>
    <w:p>
      <w:r/>
      <w:r>
        <w:t>There’s a reason a steamy shower can seem almost medicinal. Warm water helps loosen tense muscles, softens the feeling of a hard day and creates a quiet pocket of privacy. For many people, it’s less about washing and more about pressing pause.</w:t>
      </w:r>
      <w:r/>
    </w:p>
    <w:p>
      <w:r/>
      <w:r>
        <w:t>That comfort can make the minutes slip by. Healthline notes that shower temperature and duration both matter, while dermatology guidance commonly favours warm water over intense heat. In other words, the relaxing part doesn't need to come with a red face and pruney fingers.</w:t>
      </w:r>
      <w:r/>
    </w:p>
    <w:p>
      <w:r/>
      <w:r>
        <w:t>A hot shower may also become part of a bedtime routine, particularly when it helps someone feel settled. But if the bathroom mirror is completely fogged and your skin feels tight afterwards, the ritual may be running a little too hot.</w:t>
      </w:r>
      <w:r/>
    </w:p>
    <w:p>
      <w:pPr>
        <w:pStyle w:val="Heading2"/>
      </w:pPr>
      <w:r>
        <w:t>The skin trade-off hiding in the steam</w:t>
      </w:r>
      <w:r/>
    </w:p>
    <w:p>
      <w:r/>
      <w:r>
        <w:t>Your skin has a protective outer barrier, made partly from natural oils that help keep moisture in. Very hot water can remove some of those oils, according to advice reported by Healthline and Allure, leaving skin rough, itchy or uncomfortably tight.</w:t>
      </w:r>
      <w:r/>
    </w:p>
    <w:p>
      <w:r/>
      <w:r>
        <w:t>That effect is especially noticeable during colder weather, when indoor heating and low humidity are already hard on the skin. People with eczema, psoriasis or generally sensitive skin may find that long, hot showers trigger more irritation.</w:t>
      </w:r>
      <w:r/>
    </w:p>
    <w:p>
      <w:r/>
      <w:r>
        <w:t>The fix isn't dramatic. Turn the temperature down a notch, keep the door open if the room becomes overly steamy and use cleanser mainly where it's needed. Your skin usually doesn't need a full-body scrub every morning.</w:t>
      </w:r>
      <w:r/>
    </w:p>
    <w:p>
      <w:pPr>
        <w:pStyle w:val="Heading2"/>
      </w:pPr>
      <w:r>
        <w:t>How long should a shower last?</w:t>
      </w:r>
      <w:r/>
    </w:p>
    <w:p>
      <w:r/>
      <w:r>
        <w:t>There’s no magic number that suits everyone, but dermatology recommendations often favour a short shower rather than an extended soak. Science Insights and Consumer Reports both highlight the practical downside of lingering: more exposure for the skin and more water flowing straight down the drain.</w:t>
      </w:r>
      <w:r/>
    </w:p>
    <w:p>
      <w:r/>
      <w:r>
        <w:t>A useful target is around five to ten minutes for an everyday wash. That’s enough time to rinse, cleanse the underarms and groin, wash the feet and hair when needed, and still enjoy a brief warm pause.</w:t>
      </w:r>
      <w:r/>
    </w:p>
    <w:p>
      <w:r/>
      <w:r>
        <w:t>If you lose track of time, try a simple timer or choose one song as your limit. It sounds slightly joyless, but it works. You can still have your cinematic shower moment without turning the bathroom into a private spa for half an hour.</w:t>
      </w:r>
      <w:r/>
    </w:p>
    <w:p>
      <w:pPr>
        <w:pStyle w:val="Heading2"/>
      </w:pPr>
      <w:r>
        <w:t>Hot, cold or somewhere in between?</w:t>
      </w:r>
      <w:r/>
    </w:p>
    <w:p>
      <w:r/>
      <w:r>
        <w:t>Cold showers have attracted plenty of attention, particularly among fitness enthusiasts and wellness fans. Healthline’s comparison suggests that cooler water can feel invigorating and may be useful after heat or exercise, but claims about sweeping health benefits should be treated carefully.</w:t>
      </w:r>
      <w:r/>
    </w:p>
    <w:p>
      <w:r/>
      <w:r>
        <w:t>Hot water, meanwhile, is often more comfortable for washing and easing muscular tension. The best option for most people is a moderate temperature that feels pleasant without making the skin flush bright pink.</w:t>
      </w:r>
      <w:r/>
    </w:p>
    <w:p>
      <w:r/>
      <w:r>
        <w:t>Think of temperature as a tool rather than a test of willpower. If you’re chilled, warm water can be soothing; if you’re overheated, a cooler rinse may feel better. There’s no medal for enduring an icy blast before breakfast.</w:t>
      </w:r>
      <w:r/>
    </w:p>
    <w:p>
      <w:pPr>
        <w:pStyle w:val="Heading2"/>
      </w:pPr>
      <w:r>
        <w:t>Small changes that make the ritual kinder</w:t>
      </w:r>
      <w:r/>
    </w:p>
    <w:p>
      <w:r/>
      <w:r>
        <w:t>Start by washing with warm water, then turn the temperature down slightly towards the end if that feels comfortable. Pat skin dry rather than rubbing it briskly, and apply moisturiser within a few minutes. Medical News Today and Allure both emphasise the value of protecting moisture after washing.</w:t>
      </w:r>
      <w:r/>
    </w:p>
    <w:p>
      <w:r/>
      <w:r>
        <w:t>Look for a gentle, fragrance-free moisturiser if your skin is reactive. Creams and ointments generally provide a richer barrier than very light lotions, which can disappear quickly on dry skin.</w:t>
      </w:r>
      <w:r/>
    </w:p>
    <w:p>
      <w:r/>
      <w:r>
        <w:t>Finally, remember the environmental benefit. Consumer Reports points out that reducing shower time saves water as well as energy, particularly when the water is heated. A shorter shower can therefore leave you feeling cleaner, calmer and a little less wasteful.</w:t>
      </w:r>
      <w:r/>
    </w:p>
    <w:p>
      <w:r/>
      <w:r>
        <w:t>A warm shower is still a pleasure, just one best enjoyed with the temperature turned down and the clock kept in sight.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[6]</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[6]</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3">
        <w:r>
          <w:rPr>
            <w:color w:val="0000EE"/>
            <w:u w:val="single"/>
          </w:rPr>
          <w:t>[6]</w:t>
        </w:r>
      </w:hyperlink>
      <w:r>
        <w:t xml:space="preserve">- Paragraph 11: </w:t>
      </w:r>
      <w:hyperlink r:id="rId11">
        <w:r>
          <w:rPr>
            <w:color w:val="0000EE"/>
            <w:u w:val="single"/>
          </w:rPr>
          <w:t>[4]</w:t>
        </w:r>
      </w:hyperlink>
      <w:r>
        <w:t xml:space="preserve">, </w:t>
      </w:r>
      <w:hyperlink r:id="rId15">
        <w:r>
          <w:rPr>
            <w:color w:val="0000EE"/>
            <w:u w:val="single"/>
          </w:rPr>
          <w:t>[7]</w:t>
        </w:r>
      </w:hyperlink>
      <w:r>
        <w:t xml:space="preserve">- Paragraph 12: </w:t>
      </w:r>
      <w:hyperlink r:id="rId14">
        <w:r>
          <w:rPr>
            <w:color w:val="0000EE"/>
            <w:u w:val="single"/>
          </w:rPr>
          <w:t>[5]</w:t>
        </w:r>
      </w:hyperlink>
      <w:r>
        <w:t xml:space="preserve">, </w:t>
      </w:r>
      <w:hyperlink r:id="rId13">
        <w:r>
          <w:rPr>
            <w:color w:val="0000EE"/>
            <w:u w:val="single"/>
          </w:rPr>
          <w:t>[6]</w:t>
        </w:r>
      </w:hyperlink>
      <w:r>
        <w:t xml:space="preserve">- Paragraph 13: </w:t>
      </w:r>
      <w:hyperlink r:id="rId10">
        <w:r>
          <w:rPr>
            <w:color w:val="0000EE"/>
            <w:u w:val="single"/>
          </w:rPr>
          <w:t>[2]</w:t>
        </w:r>
      </w:hyperlink>
      <w:r>
        <w:t xml:space="preserve">, </w:t>
      </w:r>
      <w:hyperlink r:id="rId15">
        <w:r>
          <w:rPr>
            <w:color w:val="0000EE"/>
            <w:u w:val="single"/>
          </w:rPr>
          <w:t>[7]</w:t>
        </w:r>
      </w:hyperlink>
      <w:r>
        <w:t xml:space="preserve">- Paragraph 14: </w:t>
      </w:r>
      <w:hyperlink r:id="rId12">
        <w:r>
          <w:rPr>
            <w:color w:val="0000EE"/>
            <w:u w:val="single"/>
          </w:rPr>
          <w:t>[3]</w:t>
        </w:r>
      </w:hyperlink>
      <w:r>
        <w:t xml:space="preserve">, </w:t>
      </w:r>
      <w:hyperlink r:id="rId11">
        <w:r>
          <w:rPr>
            <w:color w:val="0000EE"/>
            <w:u w:val="single"/>
          </w:rPr>
          <w:t>[4]</w:t>
        </w:r>
      </w:hyperlink>
      <w:r>
        <w:t xml:space="preserve">- Paragraph 15: </w:t>
      </w:r>
      <w:hyperlink r:id="rId14">
        <w:r>
          <w:rPr>
            <w:color w:val="0000EE"/>
            <w:u w:val="single"/>
          </w:rPr>
          <w:t>[5]</w:t>
        </w:r>
      </w:hyperlink>
      <w:r>
        <w:t xml:space="preserve">, </w:t>
      </w:r>
      <w:hyperlink r:id="rId13">
        <w:r>
          <w:rPr>
            <w:color w:val="0000EE"/>
            <w:u w:val="single"/>
          </w:rPr>
          <w:t>[6]</w:t>
        </w:r>
      </w:hyperlink>
      <w:r>
        <w:t xml:space="preserve">- Paragraph 16: </w:t>
      </w:r>
      <w:hyperlink r:id="rId11">
        <w:r>
          <w:rPr>
            <w:color w:val="0000EE"/>
            <w:u w:val="single"/>
          </w:rPr>
          <w:t>[4]</w:t>
        </w:r>
      </w:hyperlink>
      <w:r>
        <w:t xml:space="preserve">, </w:t>
      </w:r>
      <w:hyperlink r:id="rId15">
        <w:r>
          <w:rPr>
            <w:color w:val="0000EE"/>
            <w:u w:val="single"/>
          </w:rPr>
          <w:t>[7]</w:t>
        </w:r>
      </w:hyperlink>
      <w:r>
        <w:t xml:space="preserve">- Paragraph 17: </w:t>
      </w:r>
      <w:hyperlink r:id="rId10">
        <w:r>
          <w:rPr>
            <w:color w:val="0000EE"/>
            <w:u w:val="single"/>
          </w:rPr>
          <w:t>[2]</w:t>
        </w:r>
      </w:hyperlink>
      <w:r>
        <w:t xml:space="preserve">, </w:t>
      </w:r>
      <w:hyperlink r:id="rId14">
        <w:r>
          <w:rPr>
            <w:color w:val="0000EE"/>
            <w:u w:val="single"/>
          </w:rPr>
          <w:t>[5]</w:t>
        </w:r>
      </w:hyperlink>
      <w:r>
        <w:t xml:space="preserve">- Paragraph 18: </w:t>
      </w:r>
      <w:hyperlink r:id="rId13">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https://closetprofessor.blogspot.com/2026/09/moment-of-zen-long-hot-showers.html</w:t>
        </w:r>
      </w:hyperlink>
      <w:r>
        <w:t xml:space="preserve"> - Please view link - unable to able to access data</w:t>
      </w:r>
      <w:r/>
    </w:p>
    <w:p>
      <w:pPr>
        <w:pStyle w:val="ListNumber"/>
        <w:spacing w:line="240" w:lineRule="auto"/>
        <w:ind w:left="720"/>
      </w:pPr>
      <w:r/>
      <w:hyperlink r:id="rId10">
        <w:r>
          <w:rPr>
            <w:color w:val="0000EE"/>
            <w:u w:val="single"/>
          </w:rPr>
          <w:t>https://www.healthline.com/health/shower-time</w:t>
        </w:r>
      </w:hyperlink>
      <w:r>
        <w:t xml:space="preserve"> - This article discusses the optimal duration for showers, recommending a maximum of 5 to 10 minutes to prevent skin dehydration. It also highlights the importance of water temperature, advising against prolonged exposure to hot water, which can strip the skin of its natural oils and lead to dryness. The piece emphasizes the need for a balanced approach to showering to maintain skin health.</w:t>
      </w:r>
      <w:r/>
    </w:p>
    <w:p>
      <w:pPr>
        <w:pStyle w:val="ListNumber"/>
        <w:spacing w:line="240" w:lineRule="auto"/>
        <w:ind w:left="720"/>
      </w:pPr>
      <w:r/>
      <w:hyperlink r:id="rId12">
        <w:r>
          <w:rPr>
            <w:color w:val="0000EE"/>
            <w:u w:val="single"/>
          </w:rPr>
          <w:t>https://www.healthline.com/health/cold-shower-vs-hot-shower</w:t>
        </w:r>
      </w:hyperlink>
      <w:r>
        <w:t xml:space="preserve"> - This article compares the benefits and drawbacks of cold and hot showers. It notes that while hot showers can aid in muscle relaxation and provide relief from respiratory symptoms, they may also dry out and irritate the skin. The piece advises moderation in shower temperature and duration to balance the benefits and potential risks.</w:t>
      </w:r>
      <w:r/>
    </w:p>
    <w:p>
      <w:pPr>
        <w:pStyle w:val="ListNumber"/>
        <w:spacing w:line="240" w:lineRule="auto"/>
        <w:ind w:left="720"/>
      </w:pPr>
      <w:r/>
      <w:hyperlink r:id="rId11">
        <w:r>
          <w:rPr>
            <w:color w:val="0000EE"/>
            <w:u w:val="single"/>
          </w:rPr>
          <w:t>https://scienceinsights.org/how-long-is-a-shower-what-dermatologists-recommend/</w:t>
        </w:r>
      </w:hyperlink>
      <w:r>
        <w:t xml:space="preserve"> - This article provides dermatologists' recommendations on shower duration, suggesting that showers should last between 5 and 10 minutes to effectively cleanse without damaging the skin's natural moisture barrier. It explains that prolonged exposure to water, especially hot water, can disrupt the skin's protective barrier, leading to dryness and irritation.</w:t>
      </w:r>
      <w:r/>
    </w:p>
    <w:p>
      <w:pPr>
        <w:pStyle w:val="ListNumber"/>
        <w:spacing w:line="240" w:lineRule="auto"/>
        <w:ind w:left="720"/>
      </w:pPr>
      <w:r/>
      <w:hyperlink r:id="rId14">
        <w:r>
          <w:rPr>
            <w:color w:val="0000EE"/>
            <w:u w:val="single"/>
          </w:rPr>
          <w:t>https://www.medicalnewstoday.com/articles/327461</w:t>
        </w:r>
      </w:hyperlink>
      <w:r>
        <w:t xml:space="preserve"> - This article explores the benefits and potential risks of both cold and hot showers. It highlights that while cold showers may help reduce pain and inflammation, hot showers can boost cardiovascular health and improve sleep. The piece advises considering individual health conditions and preferences when choosing shower temperature.</w:t>
      </w:r>
      <w:r/>
    </w:p>
    <w:p>
      <w:pPr>
        <w:pStyle w:val="ListNumber"/>
        <w:spacing w:line="240" w:lineRule="auto"/>
        <w:ind w:left="720"/>
      </w:pPr>
      <w:r/>
      <w:hyperlink r:id="rId13">
        <w:r>
          <w:rPr>
            <w:color w:val="0000EE"/>
            <w:u w:val="single"/>
          </w:rPr>
          <w:t>https://www.allure.com/story/why-hot-showers-are-bad-for-skin</w:t>
        </w:r>
      </w:hyperlink>
      <w:r>
        <w:t xml:space="preserve"> - This article discusses how hot showers can negatively impact skin health. Dermatologists explain that hot water can strip the skin of its natural oils, leading to dryness and irritation. The piece advises moderating shower temperature and duration to protect the skin's barrier function.</w:t>
      </w:r>
      <w:r/>
    </w:p>
    <w:p>
      <w:pPr>
        <w:pStyle w:val="ListNumber"/>
        <w:spacing w:line="240" w:lineRule="auto"/>
        <w:ind w:left="720"/>
      </w:pPr>
      <w:r/>
      <w:hyperlink r:id="rId15">
        <w:r>
          <w:rPr>
            <w:color w:val="0000EE"/>
            <w:u w:val="single"/>
          </w:rPr>
          <w:t>https://www.consumerreports.org/water-conservation/smarter-you-could-be-showering-too-long-a1905145066/</w:t>
        </w:r>
      </w:hyperlink>
      <w:r>
        <w:t xml:space="preserve"> - This article examines the impact of prolonged showering on skin health. It notes that long, hot showers can dry and irritate the skin, emphasizing the importance of moderating shower duration and temperature to maintain skin health.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losetprofessor.blogspot.com/2026/09/moment-of-zen-long-hot-showers.html" TargetMode="External"/><Relationship Id="rId10" Type="http://schemas.openxmlformats.org/officeDocument/2006/relationships/hyperlink" Target="https://www.healthline.com/health/shower-time" TargetMode="External"/><Relationship Id="rId11" Type="http://schemas.openxmlformats.org/officeDocument/2006/relationships/hyperlink" Target="https://scienceinsights.org/how-long-is-a-shower-what-dermatologists-recommend/" TargetMode="External"/><Relationship Id="rId12" Type="http://schemas.openxmlformats.org/officeDocument/2006/relationships/hyperlink" Target="https://www.healthline.com/health/cold-shower-vs-hot-shower" TargetMode="External"/><Relationship Id="rId13" Type="http://schemas.openxmlformats.org/officeDocument/2006/relationships/hyperlink" Target="https://www.allure.com/story/why-hot-showers-are-bad-for-skin" TargetMode="External"/><Relationship Id="rId14" Type="http://schemas.openxmlformats.org/officeDocument/2006/relationships/hyperlink" Target="https://www.medicalnewstoday.com/articles/327461" TargetMode="External"/><Relationship Id="rId15" Type="http://schemas.openxmlformats.org/officeDocument/2006/relationships/hyperlink" Target="https://www.consumerreports.org/water-conservation/smarter-you-could-be-showering-too-long-a190514506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