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Bi+ Visibility Week events in West Hollywood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West Hollywood is turning Bi+ Visibility Week 2026 into a colourful, two-part celebration, with flag displays, a storytelling summit and a comedy night designed to spotlight bi+, pan and queer voices across culture and entertainment.</w:t>
      </w:r>
      <w:r/>
    </w:p>
    <w:p>
      <w:pPr>
        <w:pStyle w:val="Heading2"/>
      </w:pPr>
      <w:r>
        <w:t>Essential Takeaways</w:t>
      </w:r>
      <w:r/>
      <w:r/>
    </w:p>
    <w:p>
      <w:pPr>
        <w:pStyle w:val="ListBullet"/>
        <w:spacing w:line="240" w:lineRule="auto"/>
        <w:ind w:left="720"/>
      </w:pPr>
      <w:r/>
      <w:r>
        <w:rPr>
          <w:b/>
        </w:rPr>
        <w:t>The celebrations run across two Saturdays:</w:t>
      </w:r>
      <w:r>
        <w:t xml:space="preserve"> Events take place on 19 and 26 September 2026.</w:t>
      </w:r>
      <w:r/>
    </w:p>
    <w:p>
      <w:pPr>
        <w:pStyle w:val="ListBullet"/>
        <w:spacing w:line="240" w:lineRule="auto"/>
        <w:ind w:left="720"/>
      </w:pPr>
      <w:r/>
      <w:r>
        <w:rPr>
          <w:b/>
        </w:rPr>
        <w:t>The Write Us In Summit is free:</w:t>
      </w:r>
      <w:r>
        <w:t xml:space="preserve"> It runs from 4pm to 7pm at West Hollywood Council Chambers, although places are limited.</w:t>
      </w:r>
      <w:r/>
    </w:p>
    <w:p>
      <w:pPr>
        <w:pStyle w:val="ListBullet"/>
        <w:spacing w:line="240" w:lineRule="auto"/>
        <w:ind w:left="720"/>
      </w:pPr>
      <w:r/>
      <w:r>
        <w:rPr>
          <w:b/>
        </w:rPr>
        <w:t>The programme blends art and advocacy:</w:t>
      </w:r>
      <w:r>
        <w:t xml:space="preserve"> Lucy &amp; La Mer opens the summit, followed by speakers, a panel and an award presentation.</w:t>
      </w:r>
      <w:r/>
    </w:p>
    <w:p>
      <w:pPr>
        <w:pStyle w:val="ListBullet"/>
        <w:spacing w:line="240" w:lineRule="auto"/>
        <w:ind w:left="720"/>
      </w:pPr>
      <w:r/>
      <w:r>
        <w:rPr>
          <w:b/>
        </w:rPr>
        <w:t>Comedy takes centre stage later:</w:t>
      </w:r>
      <w:r>
        <w:t xml:space="preserve"> The Bi+ Pride Week Comedy Show is scheduled for Hotel Ziggy on 26 September.</w:t>
      </w:r>
      <w:r/>
    </w:p>
    <w:p>
      <w:pPr>
        <w:pStyle w:val="ListBullet"/>
        <w:spacing w:line="240" w:lineRule="auto"/>
        <w:ind w:left="720"/>
      </w:pPr>
      <w:r/>
      <w:r>
        <w:rPr>
          <w:b/>
        </w:rPr>
        <w:t>Expect a highly visible city-wide display:</w:t>
      </w:r>
      <w:r>
        <w:t xml:space="preserve"> The Bisexual+ Pride flag will fly along Santa Monica Boulevard and at City Hall, while the boulevard's lanterns will be lit in matching colours.</w:t>
      </w:r>
      <w:r/>
      <w:r/>
    </w:p>
    <w:p>
      <w:pPr>
        <w:pStyle w:val="Heading2"/>
      </w:pPr>
      <w:r>
        <w:t>West Hollywood is making bi+ visibility impossible to miss</w:t>
      </w:r>
      <w:r/>
    </w:p>
    <w:p>
      <w:r/>
      <w:r>
        <w:t>West Hollywood will mark Bi+ Visibility Week with a vivid public display, flying the Bisexual+ Pride flag along Santa Monica Boulevard and at City Hall. The city's famous lanterns will also glow in the flag's colours, giving the main thoroughfare a particularly striking evening backdrop.</w:t>
      </w:r>
      <w:r/>
    </w:p>
    <w:p>
      <w:r/>
      <w:r>
        <w:t xml:space="preserve">It isn't just a decorative gesture. The programme is built around representation, with events exploring how bi+ and polyamorous people appear in film, television, music and the arts. The result is a celebration that feels both civic and cultural, rather than confined to a single venue. The City of West Hollywood and local organisers announced the plans through their event listings and public information pages. </w:t>
      </w:r>
      <w:hyperlink r:id="rId9">
        <w:r>
          <w:rPr>
            <w:color w:val="0000EE"/>
            <w:u w:val="single"/>
          </w:rPr>
          <w:t>[2]</w:t>
        </w:r>
      </w:hyperlink>
      <w:r>
        <w:t xml:space="preserve">, </w:t>
      </w:r>
      <w:hyperlink r:id="rId10">
        <w:r>
          <w:rPr>
            <w:color w:val="0000EE"/>
            <w:u w:val="single"/>
          </w:rPr>
          <w:t>[4]</w:t>
        </w:r>
      </w:hyperlink>
      <w:r/>
    </w:p>
    <w:p>
      <w:pPr>
        <w:pStyle w:val="Heading2"/>
      </w:pPr>
      <w:r>
        <w:t>The Write Us In Summit opens the week with stories and music</w:t>
      </w:r>
      <w:r/>
    </w:p>
    <w:p>
      <w:r/>
      <w:r>
        <w:t>The first major event takes place on Saturday 19 September at West Hollywood Council Chambers. Hosted by Rewrite the BiLine, the free Write Us In Summit will run from 4pm to 7pm and will focus on bi+ and polyamorous storytelling across the creative industries.</w:t>
      </w:r>
      <w:r/>
    </w:p>
    <w:p>
      <w:r/>
      <w:r>
        <w:t xml:space="preserve">Singer-songwriter Lucy &amp; La Mer will open the evening with a live performance of "Palm Springs", a bi+ anthem that was considered on the 2025 GRAMMY first-round ballot. It's a suitably warm start for an event focused on making space for stories that have often been flattened, overlooked or left out altogether. Event information confirms that admission is free, but attendees are asked to RSVP because capacity is limited. </w:t>
      </w:r>
      <w:hyperlink r:id="rId11">
        <w:r>
          <w:rPr>
            <w:color w:val="0000EE"/>
            <w:u w:val="single"/>
          </w:rPr>
          <w:t>[5]</w:t>
        </w:r>
      </w:hyperlink>
      <w:r>
        <w:t xml:space="preserve">, </w:t>
      </w:r>
      <w:hyperlink r:id="rId12">
        <w:r>
          <w:rPr>
            <w:color w:val="0000EE"/>
            <w:u w:val="single"/>
          </w:rPr>
          <w:t>[6]</w:t>
        </w:r>
      </w:hyperlink>
      <w:r/>
    </w:p>
    <w:p>
      <w:pPr>
        <w:pStyle w:val="Heading2"/>
      </w:pPr>
      <w:r>
        <w:t>A strong panel brings entertainment and advocacy together</w:t>
      </w:r>
      <w:r/>
    </w:p>
    <w:p>
      <w:r/>
      <w:r>
        <w:t>Rose Montoya, an advocate, writer and OUT100 honouree, will host the summit. Christina Fialho, founder of Rewrite the BiLine and co-author of an industry guide on bi+ representation on screen, is set to deliver the keynote address.</w:t>
      </w:r>
      <w:r/>
    </w:p>
    <w:p>
      <w:r/>
      <w:r>
        <w:t xml:space="preserve">The panel will include artist and Black Lives Matter co-founder Patrisse Cullors, comedy creator Capri Campeau, creative director Aaron Hammersley and podcast host Tracy E. Gilchrist. The evening will close with the first Write Us In Award, presented by Councilmember Chelsea Lee Byers, Fialho and Hammersley to a surprise recipient. That mix of creative voices and practical advocacy gives the summit more range than a standard panel discussion. </w:t>
      </w:r>
      <w:hyperlink r:id="rId10">
        <w:r>
          <w:rPr>
            <w:color w:val="0000EE"/>
            <w:u w:val="single"/>
          </w:rPr>
          <w:t>[4]</w:t>
        </w:r>
      </w:hyperlink>
      <w:r>
        <w:t xml:space="preserve">, </w:t>
      </w:r>
      <w:hyperlink r:id="rId11">
        <w:r>
          <w:rPr>
            <w:color w:val="0000EE"/>
            <w:u w:val="single"/>
          </w:rPr>
          <w:t>[5]</w:t>
        </w:r>
      </w:hyperlink>
      <w:r/>
    </w:p>
    <w:p>
      <w:pPr>
        <w:pStyle w:val="Heading2"/>
      </w:pPr>
      <w:r>
        <w:t>The comedy night brings a lighter, louder finish</w:t>
      </w:r>
      <w:r/>
    </w:p>
    <w:p>
      <w:r/>
      <w:r>
        <w:t>The second event arrives on Saturday 26 September at 7pm, when Hotel Ziggy hosts the Bi+ Pride Week Comedy Show. Co-produced by the Los Angeles Bi+ Task Force and amBi Los Angeles, the showcase will feature comedians who identify as bi, pan or queer.</w:t>
      </w:r>
      <w:r/>
    </w:p>
    <w:p>
      <w:r/>
      <w:r>
        <w:t xml:space="preserve">The announced line-up includes Rob Cohen, Miho Fuji, Luis Galilei, Ever Mainard, Audrey Stewart, Laurie Lynn and Caleb Zeringue. Comedy can offer a different route into visibility, especially when performers turn everyday assumptions and awkward labels into something audiences can recognise and laugh at together. Tickets and further event details are available through the Los Angeles Bi+ Task Force. </w:t>
      </w:r>
      <w:hyperlink r:id="rId13">
        <w:r>
          <w:rPr>
            <w:color w:val="0000EE"/>
            <w:u w:val="single"/>
          </w:rPr>
          <w:t>[3]</w:t>
        </w:r>
      </w:hyperlink>
      <w:r>
        <w:t xml:space="preserve">, </w:t>
      </w:r>
      <w:hyperlink r:id="rId9">
        <w:r>
          <w:rPr>
            <w:color w:val="0000EE"/>
            <w:u w:val="single"/>
          </w:rPr>
          <w:t>[7]</w:t>
        </w:r>
      </w:hyperlink>
      <w:r/>
    </w:p>
    <w:p>
      <w:pPr>
        <w:pStyle w:val="Heading2"/>
      </w:pPr>
      <w:r>
        <w:t>How to plan your Bi+ Visibility Week visit</w:t>
      </w:r>
      <w:r/>
    </w:p>
    <w:p>
      <w:r/>
      <w:r>
        <w:t>If you're attending the summit, RSVP early through Eventbrite and allow extra time for arrival at the Council Chambers. Because the event is free and space is restricted, a confirmed registration may matter more than simply turning up on the day.</w:t>
      </w:r>
      <w:r/>
    </w:p>
    <w:p>
      <w:r/>
      <w:r>
        <w:t xml:space="preserve">For the comedy show, check ticket availability and venue information before travelling to Hotel Ziggy on West Sunset Boulevard. The two events offer different moods: the summit is thoughtful and discussion-led, while the comedy showcase promises a more relaxed night out. Together, they make a persuasive case for visibility that can be serious, celebratory and genuinely entertaining. </w:t>
      </w:r>
      <w:hyperlink r:id="rId9">
        <w:r>
          <w:rPr>
            <w:color w:val="0000EE"/>
            <w:u w:val="single"/>
          </w:rPr>
          <w:t>[2]</w:t>
        </w:r>
      </w:hyperlink>
      <w:r>
        <w:t xml:space="preserve">, </w:t>
      </w:r>
      <w:hyperlink r:id="rId11">
        <w:r>
          <w:rPr>
            <w:color w:val="0000EE"/>
            <w:u w:val="single"/>
          </w:rPr>
          <w:t>[5]</w:t>
        </w:r>
      </w:hyperlink>
      <w:r/>
    </w:p>
    <w:p>
      <w:r/>
      <w:r>
        <w:t>West Hollywood's 2026 programme shows how public visibility works best when the message is seen, heard and enjoyed.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[5]</w:t>
        </w:r>
      </w:hyperlink>
      <w:r>
        <w:t xml:space="preserve">, </w:t>
      </w:r>
      <w:hyperlink r:id="rId12">
        <w:r>
          <w:rPr>
            <w:color w:val="0000EE"/>
            <w:u w:val="single"/>
          </w:rPr>
          <w:t>[6]</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13">
        <w:r>
          <w:rPr>
            <w:color w:val="0000EE"/>
            <w:u w:val="single"/>
          </w:rPr>
          <w:t>[3]</w:t>
        </w:r>
      </w:hyperlink>
      <w:r>
        <w:t xml:space="preserve">, </w:t>
      </w:r>
      <w:hyperlink r:id="rId9">
        <w:r>
          <w:rPr>
            <w:color w:val="0000EE"/>
            <w:u w:val="single"/>
          </w:rPr>
          <w:t>[7]</w:t>
        </w:r>
      </w:hyperlink>
      <w:r>
        <w:t xml:space="preserve">- Paragraph 6: </w:t>
      </w:r>
      <w:hyperlink r:id="rId13">
        <w:r>
          <w:rPr>
            <w:color w:val="0000EE"/>
            <w:u w:val="single"/>
          </w:rPr>
          <w:t>[3]</w:t>
        </w:r>
      </w:hyperlink>
      <w:r>
        <w:t xml:space="preserve">, </w:t>
      </w:r>
      <w:hyperlink r:id="rId9">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https://thefightmag.com/2026/09/celebrating-bi-voices-west-hollywood-unveils-lineup-for-bi-visibility-week-2026/</w:t>
        </w:r>
      </w:hyperlink>
      <w:r>
        <w:t xml:space="preserve"> - Please view link - unable to able to access data</w:t>
      </w:r>
      <w:r/>
    </w:p>
    <w:p>
      <w:pPr>
        <w:pStyle w:val="ListNumber"/>
        <w:spacing w:line="240" w:lineRule="auto"/>
        <w:ind w:left="720"/>
      </w:pPr>
      <w:r/>
      <w:hyperlink r:id="rId9">
        <w:r>
          <w:rPr>
            <w:color w:val="0000EE"/>
            <w:u w:val="single"/>
          </w:rPr>
          <w:t>https://www.weho.org/Home/Components/News/News/12288/1070</w:t>
        </w:r>
      </w:hyperlink>
      <w:r>
        <w:t xml:space="preserve"> - The City of West Hollywood is celebrating Bi+ Visibility Week by displaying the Bisexual+ Pride flag along Santa Monica Boulevard and at City Hall. The lanterns along the boulevard will also be illuminated in the flag's colours. Additionally, the city is co-sponsoring two events: the Write Us In Summit on September 19, 2026, and the Bi+ Pride Week Comedy Show on September 26, 2026. The Write Us In Summit is a free public gathering celebrating bi+ and polyamorous storytelling across various media, featuring a live performance by Lucy &amp; La Mer, whose bi+ anthem 'Palm Springs' was considered for the 2025 GRAMMY® first-round ballot. The event will be emceed by Rose Montoya and include a keynote address by Christina Fialho, founder of Rewrite the BiLine. The summit panel features speakers such as Patrisse Cullors, Capri Campeau, Aaron Hammersley, and Tracy E. Gilchrist. The evening will conclude with the presentation of the inaugural Write Us In Award. Admission is free, but space is limited, and guests are requested to RSVP at writeusin.eventbrite.com. The Bi+ Pride Week Comedy Show, co-produced by the Los Angeles Bi+ Task Force and amBi Los Angeles, will take place on September 26, 2026, at Hotel Ziggy, featuring performances by top bi, pan, and queer comedians, including Rob Cohen, Miho Fuji, Luis Galilei, Ever Mainard, Audrey Stewart, Laurie Lynn, and Caleb Zeringue. For more information and to purchase tickets, please visit labitaskforce.org.</w:t>
      </w:r>
      <w:r/>
    </w:p>
    <w:p>
      <w:pPr>
        <w:pStyle w:val="ListNumber"/>
        <w:spacing w:line="240" w:lineRule="auto"/>
        <w:ind w:left="720"/>
      </w:pPr>
      <w:r/>
      <w:hyperlink r:id="rId13">
        <w:r>
          <w:rPr>
            <w:color w:val="0000EE"/>
            <w:u w:val="single"/>
          </w:rPr>
          <w:t>https://www.weho.org/Home/Components/Calendar/Event/32155/15?curm=9&amp;cury=2026</w:t>
        </w:r>
      </w:hyperlink>
      <w:r>
        <w:t xml:space="preserve"> - The City of West Hollywood is co-sponsoring the Write Us In Summit, a free public gathering celebrating bi+ and polyamorous storytelling across film, television, music, and the arts. The event will take place on September 19, 2026, from 4 p.m. to 7:30 p.m. at the West Hollywood City Council Chambers (625 N. San Vicente Blvd.). The summit will feature a live performance by Lucy &amp; La Mer, whose bi+ anthem 'Palm Springs' was considered for the 2025 GRAMMY® first-round ballot. The event will be emceed by Rose Montoya and include a keynote address by Christina Fialho, founder of Rewrite the BiLine. The summit panel features speakers such as Patrisse Cullors, Capri Campeau, Aaron Hammersley, and Tracy E. Gilchrist. The evening will conclude with the presentation of the inaugural Write Us In Award. Admission is free, but space is limited, and guests are requested to RSVP at writeusin.eventbrite.com.</w:t>
      </w:r>
      <w:r/>
    </w:p>
    <w:p>
      <w:pPr>
        <w:pStyle w:val="ListNumber"/>
        <w:spacing w:line="240" w:lineRule="auto"/>
        <w:ind w:left="720"/>
      </w:pPr>
      <w:r/>
      <w:hyperlink r:id="rId10">
        <w:r>
          <w:rPr>
            <w:color w:val="0000EE"/>
            <w:u w:val="single"/>
          </w:rPr>
          <w:t>https://wehotimes.com/the-city-of-west-hollywood-is-celebrating-bi-visibility-week/</w:t>
        </w:r>
      </w:hyperlink>
      <w:r>
        <w:t xml:space="preserve"> - The City of West Hollywood is celebrating Bi+ Visibility Week from September 16 to September 23 by displaying the Bisexual+ Pride flag along Santa Monica Boulevard and at City Hall. The lanterns along the boulevard will also be illuminated in the flag's colours. Additionally, the city is co-sponsoring two events: the Write Us In Summit on September 19, 2026, and the Bi+ Pride Week Comedy Show on September 26, 2026. The Write Us In Summit is a free public gathering celebrating bi+ and polyamorous storytelling across various media, featuring a live performance by Lucy &amp; La Mer, whose bi+ anthem 'Palm Springs' was considered for the 2025 GRAMMY® first-round ballot. The event will be emceed by Rose Montoya and include a keynote address by Christina Fialho, founder of Rewrite the BiLine. The summit panel features speakers such as Patrisse Cullors, Capri Campeau, Aaron Hammersley, and Tracy E. Gilchrist. The evening will conclude with the presentation of the inaugural Write Us In Award. Admission is free, but space is limited, and guests are requested to RSVP at writeusin.eventbrite.com. The Bi+ Pride Week Comedy Show, co-produced by the Los Angeles Bi+ Task Force and amBi Los Angeles, will take place on September 26, 2026, at Hotel Ziggy, featuring performances by top bi, pan, and queer comedians, including Rob Cohen, Miho Fuji, Luis Galilei, Ever Mainard, Audrey Stewart, Laurie Lynn, and Caleb Zeringue. For more information and to purchase tickets, please visit labitaskforce.org.</w:t>
      </w:r>
      <w:r/>
    </w:p>
    <w:p>
      <w:pPr>
        <w:pStyle w:val="ListNumber"/>
        <w:spacing w:line="240" w:lineRule="auto"/>
        <w:ind w:left="720"/>
      </w:pPr>
      <w:r/>
      <w:hyperlink r:id="rId11">
        <w:r>
          <w:rPr>
            <w:color w:val="0000EE"/>
            <w:u w:val="single"/>
          </w:rPr>
          <w:t>https://www.eventbrite.com/e/bi-visibility-month-celebration-write-us-in-summit-tickets-1995698729623?aff=ebdssbdestsearch</w:t>
        </w:r>
      </w:hyperlink>
      <w:r>
        <w:t xml:space="preserve"> - The 2026 Write Us In Summit celebrates bi+ and polyamorous stories in film, TV, and the arts. The event will take place on Saturday, September 19, 2026, from 4 p.m. to 7 p.m. at the West Hollywood City Council Chambers (625 N. San Vicente Blvd.). The summit will feature a live performance by Lucy &amp; La Mer, whose bi+ anthem 'Palm Springs' was considered for the 2025 GRAMMY® first-round ballot. The event will be emceed by Rose Montoya and include a keynote address by Christina Fialho, founder of Rewrite the BiLine. The summit panel features speakers such as Patrisse Cullors, Capri Campeau, Aaron Hammersley, and Tracy E. Gilchrist. The evening will conclude with the presentation of the inaugural Write Us In Award. Admission is free, but space is limited, and guests are requested to RSVP at writeusin.eventbrite.com.</w:t>
      </w:r>
      <w:r/>
    </w:p>
    <w:p>
      <w:pPr>
        <w:pStyle w:val="ListNumber"/>
        <w:spacing w:line="240" w:lineRule="auto"/>
        <w:ind w:left="720"/>
      </w:pPr>
      <w:r/>
      <w:hyperlink r:id="rId12">
        <w:r>
          <w:rPr>
            <w:color w:val="0000EE"/>
            <w:u w:val="single"/>
          </w:rPr>
          <w:t>https://www.eventbrite.com/cc/2026-write-us-in-summit-series-4856280</w:t>
        </w:r>
      </w:hyperlink>
      <w:r>
        <w:t xml:space="preserve"> - The 2026 Write Us In Summit &amp; Series celebrates bi+ and polyamorous stories in film, television, and the arts. The summit will take place on September 19, 2026, at the West Hollywood City Council Chambers (625 N. San Vicente Blvd.). The event will feature a live performance by Lucy &amp; La Mer, whose bi+ anthem 'Palm Springs' was considered for the 2025 GRAMMY® first-round ballot. The event will be emceed by Rose Montoya and include a keynote address by Christina Fialho, founder of Rewrite the BiLine. The summit panel features speakers such as Patrisse Cullors, Capri Campeau, Aaron Hammersley, and Tracy E. Gilchrist. The evening will conclude with the presentation of the inaugural Write Us In Award. Admission is free, but space is limited, and guests are requested to RSVP at writeusin.eventbrite.com.</w:t>
      </w:r>
      <w:r/>
    </w:p>
    <w:p>
      <w:pPr>
        <w:pStyle w:val="ListNumber"/>
        <w:spacing w:line="240" w:lineRule="auto"/>
        <w:ind w:left="720"/>
      </w:pPr>
      <w:r/>
      <w:hyperlink r:id="rId9">
        <w:r>
          <w:rPr>
            <w:color w:val="0000EE"/>
            <w:u w:val="single"/>
          </w:rPr>
          <w:t>https://www.weho.org/Home/Components/News/News/12288/1070</w:t>
        </w:r>
      </w:hyperlink>
      <w:r>
        <w:t xml:space="preserve"> - The City of West Hollywood is celebrating Bi+ Visibility Week by displaying the Bisexual+ Pride flag along Santa Monica Boulevard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ho.org/Home/Components/News/News/12288/1070" TargetMode="External"/><Relationship Id="rId10" Type="http://schemas.openxmlformats.org/officeDocument/2006/relationships/hyperlink" Target="https://wehotimes.com/the-city-of-west-hollywood-is-celebrating-bi-visibility-week/" TargetMode="External"/><Relationship Id="rId11" Type="http://schemas.openxmlformats.org/officeDocument/2006/relationships/hyperlink" Target="https://www.eventbrite.com/e/bi-visibility-month-celebration-write-us-in-summit-tickets-1995698729623?aff=ebdssbdestsearch" TargetMode="External"/><Relationship Id="rId12" Type="http://schemas.openxmlformats.org/officeDocument/2006/relationships/hyperlink" Target="https://www.eventbrite.com/cc/2026-write-us-in-summit-series-4856280" TargetMode="External"/><Relationship Id="rId13" Type="http://schemas.openxmlformats.org/officeDocument/2006/relationships/hyperlink" Target="https://www.weho.org/Home/Components/Calendar/Event/32155/15?curm=9&amp;cury=2026" TargetMode="External"/><Relationship Id="rId14" Type="http://schemas.openxmlformats.org/officeDocument/2006/relationships/hyperlink" Target="https://thefightmag.com/2026/09/celebrating-bi-voices-west-hollywood-unveils-lineup-for-bi-visibility-week-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