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Trembling Before G-d Still Matters for Orthodox LGBTQ+ Viewers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Viewers are returning to Trembling Before G-d, the landmark documentary about LGBTQ+ Orthodox Jews, because its portrait of faith, fear and survival still feels painfully relevant. Released at the turn of the millennium, the film asks whether religious identity and queer identity can coexist, while giving hidden lives a dignity mainstream cinema rarely offered.</w:t>
      </w:r>
      <w:r/>
    </w:p>
    <w:p>
      <w:pPr>
        <w:pStyle w:val="Heading2"/>
      </w:pPr>
      <w:r>
        <w:t>Essential Takeaways</w:t>
      </w:r>
      <w:r/>
      <w:r/>
    </w:p>
    <w:p>
      <w:pPr>
        <w:pStyle w:val="ListBullet"/>
        <w:spacing w:line="240" w:lineRule="auto"/>
        <w:ind w:left="720"/>
      </w:pPr>
      <w:r/>
      <w:r>
        <w:rPr>
          <w:b/>
        </w:rPr>
        <w:t>A landmark documentary:</w:t>
      </w:r>
      <w:r>
        <w:t xml:space="preserve"> Sandi Simcha DuBowski’s film follows LGBTQ+ people navigating Orthodox Jewish communities and religious expectations.</w:t>
      </w:r>
      <w:r/>
    </w:p>
    <w:p>
      <w:pPr>
        <w:pStyle w:val="ListBullet"/>
        <w:spacing w:line="240" w:lineRule="auto"/>
        <w:ind w:left="720"/>
      </w:pPr>
      <w:r/>
      <w:r>
        <w:rPr>
          <w:b/>
        </w:rPr>
        <w:t>An intimate visual style:</w:t>
      </w:r>
      <w:r>
        <w:t xml:space="preserve"> Shadowy interviews protect identities while creating a striking sense of secrecy and vulnerability.</w:t>
      </w:r>
      <w:r/>
    </w:p>
    <w:p>
      <w:pPr>
        <w:pStyle w:val="ListBullet"/>
        <w:spacing w:line="240" w:lineRule="auto"/>
        <w:ind w:left="720"/>
      </w:pPr>
      <w:r/>
      <w:r>
        <w:rPr>
          <w:b/>
        </w:rPr>
        <w:t>A central question:</w:t>
      </w:r>
      <w:r>
        <w:t xml:space="preserve"> The documentary challenges the idea that queer identity and Jewish observance are natural opposites.</w:t>
      </w:r>
      <w:r/>
    </w:p>
    <w:p>
      <w:pPr>
        <w:pStyle w:val="ListBullet"/>
        <w:spacing w:line="240" w:lineRule="auto"/>
        <w:ind w:left="720"/>
      </w:pPr>
      <w:r/>
      <w:r>
        <w:rPr>
          <w:b/>
        </w:rPr>
        <w:t>A difficult historical record:</w:t>
      </w:r>
      <w:r>
        <w:t xml:space="preserve"> It captures conversion efforts, forced secrecy and profound emotional damage within some religious settings.</w:t>
      </w:r>
      <w:r/>
    </w:p>
    <w:p>
      <w:pPr>
        <w:pStyle w:val="ListBullet"/>
        <w:spacing w:line="240" w:lineRule="auto"/>
        <w:ind w:left="720"/>
      </w:pPr>
      <w:r/>
      <w:r>
        <w:rPr>
          <w:b/>
        </w:rPr>
        <w:t>Its themes endure:</w:t>
      </w:r>
      <w:r>
        <w:t xml:space="preserve"> Later films, writers and LGBTQ+ religious voices have widened the conversation, but acceptance remains uneven.</w:t>
      </w:r>
      <w:r/>
      <w:r/>
    </w:p>
    <w:p>
      <w:pPr>
        <w:pStyle w:val="Heading2"/>
      </w:pPr>
      <w:r>
        <w:t>A quiet film with a devastating impact</w:t>
      </w:r>
      <w:r/>
    </w:p>
    <w:p>
      <w:r/>
      <w:r>
        <w:t>Trembling Before G-d doesn't need sensational editing to unsettle its audience. Its most powerful images are often still and restrained: faces obscured, voices carrying the weight of years spent hiding, and private confessions delivered from the safety of darkness.</w:t>
      </w:r>
      <w:r/>
    </w:p>
    <w:p>
      <w:r/>
      <w:r>
        <w:t>The film, directed by Sandi Simcha DuBowski, documents gay and lesbian Orthodox Jews wrestling with desire, belief and communal belonging. As the American Documentary listing makes clear, its focus isn't simply on leaving religion behind. Instead, it stays with people attempting to hold on to faith while facing rejection or condemnation. (American Documentary)</w:t>
      </w:r>
      <w:r/>
    </w:p>
    <w:p>
      <w:r/>
      <w:r>
        <w:t>That choice gives the documentary its lasting force. These aren't presented as symbols in a debate about religion and sexuality. They're people trying to work out whether the two most important parts of their lives can occupy the same room.</w:t>
      </w:r>
      <w:r/>
    </w:p>
    <w:p>
      <w:pPr>
        <w:pStyle w:val="Heading2"/>
      </w:pPr>
      <w:r>
        <w:t>The hidden cost of being forced to change</w:t>
      </w:r>
      <w:r/>
    </w:p>
    <w:p>
      <w:r/>
      <w:r>
        <w:t>One of the film's most painful threads is the pressure placed on queer people to become straight. The documentary records accounts of counselling, ritual punishment and marriages entered under immense social pressure, revealing how the language of repentance can become a tool of control.</w:t>
      </w:r>
      <w:r/>
    </w:p>
    <w:p>
      <w:r/>
      <w:r>
        <w:t>The effect is cumulative. Someone may be told to wait, pray harder or try another intervention, but every failed attempt can deepen shame. The question isn't only whether change is possible. It's what happens to a person who has been taught that their inability to change is a moral failure.</w:t>
      </w:r>
      <w:r/>
    </w:p>
    <w:p>
      <w:r/>
      <w:r>
        <w:t>Contemporary viewers may recognise the pattern from wider debates about conversion therapy, but the film's close, personal testimony keeps the issue grounded. As the Guardian's synopsis indicates, DuBowski's documentary is concerned with the emotional and spiritual conflict experienced by its subjects, rather than treating their lives as an abstract controversy. (The Guardian)</w:t>
      </w:r>
      <w:r/>
    </w:p>
    <w:p>
      <w:pPr>
        <w:pStyle w:val="Heading2"/>
      </w:pPr>
      <w:r>
        <w:t>Can queer identity and Orthodox faith coexist?</w:t>
      </w:r>
      <w:r/>
    </w:p>
    <w:p>
      <w:r/>
      <w:r>
        <w:t>The documentary's most hopeful idea is also its most radical: perhaps queerness doesn't have to be understood as a rejection of Judaism. One of the film's religious voices argues for a reading of Jewish tradition that makes room for human complexity, interpretation and compassion.</w:t>
      </w:r>
      <w:r/>
    </w:p>
    <w:p>
      <w:r/>
      <w:r>
        <w:t>That argument matters because religious practice isn't a single, frozen experience. It involves debate, study and competing understandings, even when communities disagree fiercely about where boundaries should sit. The film asks why that intellectual flexibility seems to disappear when queer lives enter the discussion.</w:t>
      </w:r>
      <w:r/>
    </w:p>
    <w:p>
      <w:r/>
      <w:r>
        <w:t>Its title itself gestures towards spiritual tension rather than easy resolution. The Karlovy Vary International Film Festival describes the film as a personal exploration of gay and lesbian Orthodox Jews confronting the clash between sexuality and religious law, a conflict that gives the documentary both its urgency and its tenderness. (Karlovy Vary International Film Festival)</w:t>
      </w:r>
      <w:r/>
    </w:p>
    <w:p>
      <w:pPr>
        <w:pStyle w:val="Heading2"/>
      </w:pPr>
      <w:r>
        <w:t>Why the film still feels uncomfortably current</w:t>
      </w:r>
      <w:r/>
    </w:p>
    <w:p>
      <w:r/>
      <w:r>
        <w:t>Since the documentary's release, LGBTQ+ Jewish representation has expanded. Public figures, memoirists and filmmakers have shown that queer Jewish life isn't limited to secrecy or exile. There are now more visible examples of people negotiating observance, gender and sexuality on their own terms.</w:t>
      </w:r>
      <w:r/>
    </w:p>
    <w:p>
      <w:r/>
      <w:r>
        <w:t>But visibility hasn't erased fear. In tightly knit religious communities, coming out can still carry risks involving family, education, housing, employment and spiritual belonging. Progress may be real, yet it rarely arrives evenly, and it doesn't automatically repair the damage caused by years of silence.</w:t>
      </w:r>
      <w:r/>
    </w:p>
    <w:p>
      <w:r/>
      <w:r>
        <w:t>The film's continued availability through platforms such as American Documentary and its long-running presence in film databases show how it has moved from a specialised release into an enduring reference point for queer documentary cinema. (American Documentary; IMDb)</w:t>
      </w:r>
      <w:r/>
    </w:p>
    <w:p>
      <w:pPr>
        <w:pStyle w:val="Heading2"/>
      </w:pPr>
      <w:r>
        <w:t>A documentary about survival, not contradiction</w:t>
      </w:r>
      <w:r/>
    </w:p>
    <w:p>
      <w:r/>
      <w:r>
        <w:t>What makes Trembling Before G-d so moving is its refusal to reduce its subjects to a simple choice between belief and freedom. Some leave. Some stay. Others build chosen families while carrying grief, illness or uncertainty. None of those paths is presented as a neat solution.</w:t>
      </w:r>
      <w:r/>
    </w:p>
    <w:p>
      <w:r/>
      <w:r>
        <w:t>The film also understands that identity can be a source of pain and a source of meaning at the same time. For its subjects, faith isn't merely the institution that has hurt them. It can also be memory, language, family and a way of imagining love.</w:t>
      </w:r>
      <w:r/>
    </w:p>
    <w:p>
      <w:r/>
      <w:r>
        <w:t>That complexity is why the documentary remains worth watching. Its images belong to an earlier era, but its central challenge still speaks clearly: people shouldn't have to surrender either their conscience or their identity to be treated as whole.</w:t>
      </w:r>
      <w:r/>
    </w:p>
    <w:p>
      <w:r/>
      <w:r>
        <w:t>The film is a reminder that representation can begin in darkness, even when its purpose is to help people find the light.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https://www.queerty.com/closeted-orthodox-jews-are-more-than-contradictions-in-this-classic-queer-documentary-20260911/</w:t>
        </w:r>
      </w:hyperlink>
      <w:r>
        <w:t xml:space="preserve"> - Please view link - unable to able to access data</w:t>
      </w:r>
      <w:r/>
    </w:p>
    <w:p>
      <w:pPr>
        <w:pStyle w:val="ListNumber"/>
        <w:spacing w:line="240" w:lineRule="auto"/>
        <w:ind w:left="720"/>
      </w:pPr>
      <w:r/>
      <w:hyperlink r:id="rId10">
        <w:r>
          <w:rPr>
            <w:color w:val="0000EE"/>
            <w:u w:val="single"/>
          </w:rPr>
          <w:t>https://www.amdoc.org/watch/trembling-g-d</w:t>
        </w:r>
      </w:hyperlink>
      <w:r>
        <w:t xml:space="preserve"> - 'Trembling Before G-d' is a 2001 documentary directed by Sandi Simcha DuBowski, exploring the lives of gay and lesbian Orthodox Jews striving to reconcile their sexuality with their faith. The film features interviews with rabbis and psychotherapists, delving into Orthodox attitudes towards homosexuality. (</w:t>
      </w:r>
      <w:hyperlink r:id="rId16">
        <w:r>
          <w:rPr>
            <w:color w:val="0000EE"/>
            <w:u w:val="single"/>
          </w:rPr>
          <w:t>amdoc.org</w:t>
        </w:r>
      </w:hyperlink>
      <w:r>
        <w:t>)</w:t>
      </w:r>
      <w:r/>
    </w:p>
    <w:p>
      <w:pPr>
        <w:pStyle w:val="ListNumber"/>
        <w:spacing w:line="240" w:lineRule="auto"/>
        <w:ind w:left="720"/>
      </w:pPr>
      <w:r/>
      <w:hyperlink r:id="rId11">
        <w:r>
          <w:rPr>
            <w:color w:val="0000EE"/>
            <w:u w:val="single"/>
          </w:rPr>
          <w:t>https://www.theguardian.com/film/movie/90751/trembling.before.g-d</w:t>
        </w:r>
      </w:hyperlink>
      <w:r>
        <w:t xml:space="preserve"> - In this 2001 documentary, director Sandi Simcha DuBowski sheds light on the lives of gay and lesbian Hasidic and Orthodox Jews, highlighting the profound dilemma of reconciling their sexual orientation with a religion that forbids homosexuality. (</w:t>
      </w:r>
      <w:hyperlink r:id="rId17">
        <w:r>
          <w:rPr>
            <w:color w:val="0000EE"/>
            <w:u w:val="single"/>
          </w:rPr>
          <w:t>theguardian.com</w:t>
        </w:r>
      </w:hyperlink>
      <w:r>
        <w:t>)</w:t>
      </w:r>
      <w:r/>
    </w:p>
    <w:p>
      <w:pPr>
        <w:pStyle w:val="ListNumber"/>
        <w:spacing w:line="240" w:lineRule="auto"/>
        <w:ind w:left="720"/>
      </w:pPr>
      <w:r/>
      <w:hyperlink r:id="rId12">
        <w:r>
          <w:rPr>
            <w:color w:val="0000EE"/>
            <w:u w:val="single"/>
          </w:rPr>
          <w:t>https://www.kviff.com/en/programme/film/43/17933-trembling-before-g-d</w:t>
        </w:r>
      </w:hyperlink>
      <w:r>
        <w:t xml:space="preserve"> - 'Trembling Before G-d' is a 2001 documentary that presents the views and lives of gays and lesbians brought up in the Orthodox Jewish community, exploring how they resolve the dilemma of their natural orientation and devotion to a traditional faith. (</w:t>
      </w:r>
      <w:hyperlink r:id="rId18">
        <w:r>
          <w:rPr>
            <w:color w:val="0000EE"/>
            <w:u w:val="single"/>
          </w:rPr>
          <w:t>kviff.com</w:t>
        </w:r>
      </w:hyperlink>
      <w:r>
        <w:t>)</w:t>
      </w:r>
      <w:r/>
    </w:p>
    <w:p>
      <w:pPr>
        <w:pStyle w:val="ListNumber"/>
        <w:spacing w:line="240" w:lineRule="auto"/>
        <w:ind w:left="720"/>
      </w:pPr>
      <w:r/>
      <w:hyperlink r:id="rId13">
        <w:r>
          <w:rPr>
            <w:color w:val="0000EE"/>
            <w:u w:val="single"/>
          </w:rPr>
          <w:t>https://www.amdoc.org/watch/media/1118/</w:t>
        </w:r>
      </w:hyperlink>
      <w:r>
        <w:t xml:space="preserve"> - 'Trembling Before G-d' is a 2001 documentary directed by Sandi DuBowski, portraying the lives of various gay Orthodox Jews who struggle to reconcile their faith and sexual orientation. The film includes interviews with rabbis and psychotherapists about Orthodox attitudes towards homosexuality. (</w:t>
      </w:r>
      <w:hyperlink r:id="rId19">
        <w:r>
          <w:rPr>
            <w:color w:val="0000EE"/>
            <w:u w:val="single"/>
          </w:rPr>
          <w:t>amdoc.org</w:t>
        </w:r>
      </w:hyperlink>
      <w:r>
        <w:t>)</w:t>
      </w:r>
      <w:r/>
    </w:p>
    <w:p>
      <w:pPr>
        <w:pStyle w:val="ListNumber"/>
        <w:spacing w:line="240" w:lineRule="auto"/>
        <w:ind w:left="720"/>
      </w:pPr>
      <w:r/>
      <w:hyperlink r:id="rId14">
        <w:r>
          <w:rPr>
            <w:color w:val="0000EE"/>
            <w:u w:val="single"/>
          </w:rPr>
          <w:t>https://www.imdb.com/title/tt0278102/</w:t>
        </w:r>
      </w:hyperlink>
      <w:r>
        <w:t xml:space="preserve"> - 'Trembling Before G-d' is a 2001 documentary directed by Sandi Simcha Dubowski, featuring a cinematic portrait of various gay Orthodox Jews who struggle to reconcile their faith and sexual orientation. The film has an IMDb rating of 7.0/10 based on 982 reviews. (</w:t>
      </w:r>
      <w:hyperlink r:id="rId20">
        <w:r>
          <w:rPr>
            <w:color w:val="0000EE"/>
            <w:u w:val="single"/>
          </w:rPr>
          <w:t>imdb.com</w:t>
        </w:r>
      </w:hyperlink>
      <w:r>
        <w:t>)</w:t>
      </w:r>
      <w:r/>
    </w:p>
    <w:p>
      <w:pPr>
        <w:pStyle w:val="ListNumber"/>
        <w:spacing w:line="240" w:lineRule="auto"/>
        <w:ind w:left="720"/>
      </w:pPr>
      <w:r/>
      <w:hyperlink r:id="rId15">
        <w:r>
          <w:rPr>
            <w:color w:val="0000EE"/>
            <w:u w:val="single"/>
          </w:rPr>
          <w:t>https://www.youtube.com/watch?v=MJdLVV7nN8o</w:t>
        </w:r>
      </w:hyperlink>
      <w:r>
        <w:t xml:space="preserve"> - This video features a conversation marking the 20th anniversary of the documentary 'Trembling Before G-d', discussing its impact and the development of organizations and policies affecting LGBTQ+ Orthodox Jews today.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closeted-orthodox-jews-are-more-than-contradictions-in-this-classic-queer-documentary-20260911/" TargetMode="External"/><Relationship Id="rId10" Type="http://schemas.openxmlformats.org/officeDocument/2006/relationships/hyperlink" Target="https://www.amdoc.org/watch/trembling-g-d" TargetMode="External"/><Relationship Id="rId11" Type="http://schemas.openxmlformats.org/officeDocument/2006/relationships/hyperlink" Target="https://www.theguardian.com/film/movie/90751/trembling.before.g-d" TargetMode="External"/><Relationship Id="rId12" Type="http://schemas.openxmlformats.org/officeDocument/2006/relationships/hyperlink" Target="https://www.kviff.com/en/programme/film/43/17933-trembling-before-g-d" TargetMode="External"/><Relationship Id="rId13" Type="http://schemas.openxmlformats.org/officeDocument/2006/relationships/hyperlink" Target="https://www.amdoc.org/watch/media/1118/" TargetMode="External"/><Relationship Id="rId14" Type="http://schemas.openxmlformats.org/officeDocument/2006/relationships/hyperlink" Target="https://www.imdb.com/title/tt0278102/" TargetMode="External"/><Relationship Id="rId15" Type="http://schemas.openxmlformats.org/officeDocument/2006/relationships/hyperlink" Target="https://www.youtube.com/watch?v=MJdLVV7nN8o" TargetMode="External"/><Relationship Id="rId16" Type="http://schemas.openxmlformats.org/officeDocument/2006/relationships/hyperlink" Target="https://www.amdoc.org/watch/trembling-g-d?utm_source=openai" TargetMode="External"/><Relationship Id="rId17" Type="http://schemas.openxmlformats.org/officeDocument/2006/relationships/hyperlink" Target="https://www.theguardian.com/film/movie/90751/trembling.before.g-d?utm_source=openai" TargetMode="External"/><Relationship Id="rId18" Type="http://schemas.openxmlformats.org/officeDocument/2006/relationships/hyperlink" Target="https://www.kviff.com/en/programme/film/43/17933-trembling-before-g-d?utm_source=openai" TargetMode="External"/><Relationship Id="rId19" Type="http://schemas.openxmlformats.org/officeDocument/2006/relationships/hyperlink" Target="https://www.amdoc.org/watch/media/1118/?utm_source=openai" TargetMode="External"/><Relationship Id="rId20" Type="http://schemas.openxmlformats.org/officeDocument/2006/relationships/hyperlink" Target="https://www.imdb.com/title/tt0278102/?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