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Andy Lee Says Gay Fans Changed His Adult-Industry Career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Andy Lee has spoken about how gay fans supported him through lockdown, why homophobia has no place in adult entertainment, and what aspiring creators should know before joining OnlyFans. His candid comments, made alongside the launch of The Porn Academy on OUTflix, offer a warmer and more complicated picture of online sex work than the quick-money fantasy often seen on social media.</w:t>
      </w:r>
      <w:r/>
    </w:p>
    <w:p>
      <w:pPr>
        <w:pStyle w:val="Heading2"/>
      </w:pPr>
      <w:r>
        <w:t>Essential Takeaways</w:t>
      </w:r>
      <w:r/>
      <w:r/>
    </w:p>
    <w:p>
      <w:pPr>
        <w:pStyle w:val="ListBullet"/>
        <w:spacing w:line="240" w:lineRule="auto"/>
        <w:ind w:left="720"/>
      </w:pPr>
      <w:r/>
      <w:r>
        <w:rPr>
          <w:b/>
        </w:rPr>
        <w:t>A financial lifeline:</w:t>
      </w:r>
      <w:r>
        <w:t xml:space="preserve"> Lee turned to OnlyFans after lockdown, injury and unemployment left him struggling.</w:t>
      </w:r>
      <w:r/>
    </w:p>
    <w:p>
      <w:pPr>
        <w:pStyle w:val="ListBullet"/>
        <w:spacing w:line="240" w:lineRule="auto"/>
        <w:ind w:left="720"/>
      </w:pPr>
      <w:r/>
      <w:r>
        <w:rPr>
          <w:b/>
        </w:rPr>
        <w:t>More than subscribers:</w:t>
      </w:r>
      <w:r>
        <w:t xml:space="preserve"> He says gay fans offered daily emotional support when he was at his lowest.</w:t>
      </w:r>
      <w:r/>
    </w:p>
    <w:p>
      <w:pPr>
        <w:pStyle w:val="ListBullet"/>
        <w:spacing w:line="240" w:lineRule="auto"/>
        <w:ind w:left="720"/>
      </w:pPr>
      <w:r/>
      <w:r>
        <w:rPr>
          <w:b/>
        </w:rPr>
        <w:t>A firm anti-homophobia stance:</w:t>
      </w:r>
      <w:r>
        <w:t xml:space="preserve"> Lee has criticised creators who profit from gay audiences while attacking gay people.</w:t>
      </w:r>
      <w:r/>
    </w:p>
    <w:p>
      <w:pPr>
        <w:pStyle w:val="ListBullet"/>
        <w:spacing w:line="240" w:lineRule="auto"/>
        <w:ind w:left="720"/>
      </w:pPr>
      <w:r/>
      <w:r>
        <w:rPr>
          <w:b/>
        </w:rPr>
        <w:t>Stunts bring risks:</w:t>
      </w:r>
      <w:r>
        <w:t xml:space="preserve"> He understands why extreme publicity grabs happen, but believes they can damage responsible performers.</w:t>
      </w:r>
      <w:r/>
    </w:p>
    <w:p>
      <w:pPr>
        <w:pStyle w:val="ListBullet"/>
        <w:spacing w:line="240" w:lineRule="auto"/>
        <w:ind w:left="720"/>
      </w:pPr>
      <w:r/>
      <w:r>
        <w:rPr>
          <w:b/>
        </w:rPr>
        <w:t>No instant riches:</w:t>
      </w:r>
      <w:r>
        <w:t xml:space="preserve"> His advice for new creators centres on personality, consistency, privacy and realistic expectations.</w:t>
      </w:r>
      <w:r/>
      <w:r/>
    </w:p>
    <w:p>
      <w:pPr>
        <w:pStyle w:val="Heading2"/>
      </w:pPr>
      <w:r>
        <w:t>Gay fans became part of Andy Lee's support network</w:t>
      </w:r>
      <w:r/>
    </w:p>
    <w:p>
      <w:r/>
      <w:r>
        <w:t>The striking part of Andy Lee's story isn't simply that a straight creator found a large gay audience. It's that he remembers the audience as people, not just paying accounts.</w:t>
      </w:r>
      <w:r/>
    </w:p>
    <w:p>
      <w:r/>
      <w:r>
        <w:t xml:space="preserve">Speaking to PinkNews, Lee described lockdown as a period of unemployment, injury and deep unhappiness. With his building work on hold and a torn bicep limiting his options, a friend's suggestion to try OnlyFans became an unexpected turning point. According to PinkNews, what began as a way to earn money soon grew into a full-time career. </w:t>
      </w:r>
      <w:hyperlink r:id="rId9">
        <w:r>
          <w:rPr>
            <w:color w:val="0000EE"/>
            <w:u w:val="single"/>
          </w:rPr>
          <w:t>[2]</w:t>
        </w:r>
      </w:hyperlink>
      <w:r/>
    </w:p>
    <w:p>
      <w:r/>
      <w:r>
        <w:t>Lee says strangers, many of them gay men, helped lift his mood during that difficult period. That distinction matters. His gratitude isn't framed around subscriptions alone, but around the everyday encouragement he received when he felt isolated.</w:t>
      </w:r>
      <w:r/>
    </w:p>
    <w:p>
      <w:r/>
      <w:r>
        <w:t xml:space="preserve">His wider digital presence reflects that reach. Lee shares work and personal updates across platforms including Instagram and TikTok, where followers can see a mixture of promotional previews, travel and behind-the-scenes moments. </w:t>
      </w:r>
      <w:hyperlink r:id="rId10">
        <w:r>
          <w:rPr>
            <w:color w:val="0000EE"/>
            <w:u w:val="single"/>
          </w:rPr>
          <w:t>[4]</w:t>
        </w:r>
      </w:hyperlink>
      <w:r>
        <w:t xml:space="preserve"> </w:t>
      </w:r>
      <w:hyperlink r:id="rId11">
        <w:r>
          <w:rPr>
            <w:color w:val="0000EE"/>
            <w:u w:val="single"/>
          </w:rPr>
          <w:t>[5]</w:t>
        </w:r>
      </w:hyperlink>
      <w:r/>
    </w:p>
    <w:p>
      <w:pPr>
        <w:pStyle w:val="Heading2"/>
      </w:pPr>
      <w:r>
        <w:t>His message to homophobic creators is blunt</w:t>
      </w:r>
      <w:r/>
    </w:p>
    <w:p>
      <w:r/>
      <w:r>
        <w:t>Lee's criticism of homophobic adult creators comes from personal experience as much as principle. He believes performers shouldn't accept money and attention from gay audiences while treating those same people with contempt.</w:t>
      </w:r>
      <w:r/>
    </w:p>
    <w:p>
      <w:r/>
      <w:r>
        <w:t xml:space="preserve">That hypocrisy is especially visible in adult entertainment, where a performer can market intimacy to one community while publicly attacking it. Lee's view, reported by PinkNews, is straightforward: creators should treat viewers with respect, regardless of their sexuality or identity. </w:t>
      </w:r>
      <w:hyperlink r:id="rId12">
        <w:r>
          <w:rPr>
            <w:color w:val="0000EE"/>
            <w:u w:val="single"/>
          </w:rPr>
          <w:t>[7]</w:t>
        </w:r>
      </w:hyperlink>
      <w:r/>
    </w:p>
    <w:p>
      <w:r/>
      <w:r>
        <w:t>There's also a practical point here. An audience isn't an abstract crowd when creators speak to the same people every day through messages, comments and subscriptions. For Lee, those relationships helped him through a rough chapter, so hostility towards gay fans feels not only offensive but deeply ungrateful.</w:t>
      </w:r>
      <w:r/>
    </w:p>
    <w:p>
      <w:r/>
      <w:r>
        <w:t xml:space="preserve">His public profile has long crossed between mainstream and adult spaces, including an appearance on Channel 4's My Massive C**. </w:t>
      </w:r>
      <w:hyperlink r:id="rId13">
        <w:r>
          <w:rPr>
            <w:color w:val="0000EE"/>
            <w:u w:val="single"/>
          </w:rPr>
          <w:t>[6]</w:t>
        </w:r>
      </w:hyperlink>
      <w:r>
        <w:t xml:space="preserve"> That visibility gives his comments extra weight, particularly in an industry where performers often have to explain or defend the boundaries of their work.</w:t>
      </w:r>
      <w:r/>
    </w:p>
    <w:p>
      <w:pPr>
        <w:pStyle w:val="Heading2"/>
      </w:pPr>
      <w:r>
        <w:t>Why extreme adult-industry stunts keep getting attention</w:t>
      </w:r>
      <w:r/>
    </w:p>
    <w:p>
      <w:r/>
      <w:r>
        <w:t>Lee is less comfortable with the increasingly sensational challenges used to promote adult content. He understands the commercial pressure, though. Social platforms can restrict sexual material, payment providers can be difficult to navigate and automated moderation can remove accounts with little warning.</w:t>
      </w:r>
      <w:r/>
    </w:p>
    <w:p>
      <w:r/>
      <w:r>
        <w:t>In that environment, outrage becomes a marketing tool. The louder the stunt, the more likely it is to be shared, discussed and converted into new subscribers. But Lee argues that the backlash can spread across the whole sector, making responsible creators look like part of the same problem.</w:t>
      </w:r>
      <w:r/>
    </w:p>
    <w:p>
      <w:r/>
      <w:r>
        <w:t>That tension is unlikely to disappear soon. Platform rules remain changeable, while performers still need reliable ways to reach audiences. The danger is that attention-led promotion rewards the most extreme idea rather than the most sustainable career.</w:t>
      </w:r>
      <w:r/>
    </w:p>
    <w:p>
      <w:r/>
      <w:r>
        <w:t>For viewers, the useful question is simple: is a creator offering a clearly communicated performance, or relying on shock to blur boundaries? That distinction doesn't always make for the loudest headline, but it matters.</w:t>
      </w:r>
      <w:r/>
    </w:p>
    <w:p>
      <w:pPr>
        <w:pStyle w:val="Heading2"/>
      </w:pPr>
      <w:r>
        <w:t>The Porn Academy offers a reality check</w:t>
      </w:r>
      <w:r/>
    </w:p>
    <w:p>
      <w:r/>
      <w:r>
        <w:t xml:space="preserve">Lee's new OUTflix series, The Porn Academy, aims to give aspiring creators a clearer view of the work behind the camera and the promotional gloss. OUTflix presents the programme as part of its LGBTQ+ focused entertainment offering, while Lee uses his own experience to challenge the idea that adult content is an effortless route to wealth. </w:t>
      </w:r>
      <w:hyperlink r:id="rId14">
        <w:r>
          <w:rPr>
            <w:color w:val="0000EE"/>
            <w:u w:val="single"/>
          </w:rPr>
          <w:t>[3]</w:t>
        </w:r>
      </w:hyperlink>
      <w:r/>
    </w:p>
    <w:p>
      <w:r/>
      <w:r>
        <w:t>His advice is refreshingly unflashy. A six-pack isn't essential, he says, and personality can matter more than a conventionally perfect appearance. Building trust, understanding what an audience wants and showing up consistently are far more realistic foundations than expecting instant success.</w:t>
      </w:r>
      <w:r/>
    </w:p>
    <w:p>
      <w:r/>
      <w:r>
        <w:t>There are serious personal considerations, too. Images and videos can affect relationships, future employment and family life, while online criticism can be relentless. Anyone considering OnlyFans or similar platforms should think carefully about consent, digital security, payment records, taxes and whether they can live with material remaining searchable for years.</w:t>
      </w:r>
      <w:r/>
    </w:p>
    <w:p>
      <w:r/>
      <w:r>
        <w:t>In other words, the right question isn't just, "How much could I make?" It's also, "What am I comfortable sharing, and what happens if the audience grows?"</w:t>
      </w:r>
      <w:r/>
    </w:p>
    <w:p>
      <w:pPr>
        <w:pStyle w:val="Heading2"/>
      </w:pPr>
      <w:r>
        <w:t>A possible second act behind the camera</w:t>
      </w:r>
      <w:r/>
    </w:p>
    <w:p>
      <w:r/>
      <w:r>
        <w:t>Lee appears to be thinking beyond his current role as a performer. He has spoken about making documentaries and mentoring newer creators, drawing on what he has learned about the industry, its pressures and the people working within it.</w:t>
      </w:r>
      <w:r/>
    </w:p>
    <w:p>
      <w:r/>
      <w:r>
        <w:t xml:space="preserve">That ambition gives his story a wider shape. OnlyFans began as an emergency response to unemployment and injury, but it introduced him to a career, a community and eventually a teaching role. His social accounts continue to document that public-facing journey, even as he considers what might come next. </w:t>
      </w:r>
      <w:hyperlink r:id="rId10">
        <w:r>
          <w:rPr>
            <w:color w:val="0000EE"/>
            <w:u w:val="single"/>
          </w:rPr>
          <w:t>[4]</w:t>
        </w:r>
      </w:hyperlink>
      <w:r>
        <w:t xml:space="preserve"> </w:t>
      </w:r>
      <w:hyperlink r:id="rId11">
        <w:r>
          <w:rPr>
            <w:color w:val="0000EE"/>
            <w:u w:val="single"/>
          </w:rPr>
          <w:t>[5]</w:t>
        </w:r>
      </w:hyperlink>
      <w:r/>
    </w:p>
    <w:p>
      <w:r/>
      <w:r>
        <w:t>His interest in documentaries is particularly telling. Rather than presenting sex work as a glossy shortcut or a moral spectacle, he wants to explore why people enter the industry and how they navigate it. That's a more patient kind of storytelling, and perhaps the sort that adult entertainment rarely gets.</w:t>
      </w:r>
      <w:r/>
    </w:p>
    <w:p>
      <w:r/>
      <w:r>
        <w:t>For now, Lee remains in front of the camera. But his strongest contribution may ultimately be helping other creators make informed choices before they step into the spotlight.</w:t>
      </w:r>
      <w:r/>
    </w:p>
    <w:p>
      <w:r/>
      <w:r>
        <w:t>It's a small reminder that behind every subscription is a person, and behind every online career is a life that continues offline.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[7]</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2">
        <w:r>
          <w:rPr>
            <w:color w:val="0000EE"/>
            <w:u w:val="single"/>
          </w:rPr>
          <w:t>[7]</w:t>
        </w:r>
      </w:hyperlink>
      <w:r>
        <w:t xml:space="preserve">- Paragraph 6: </w:t>
      </w:r>
      <w:hyperlink r:id="rId13">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14">
        <w:r>
          <w:rPr>
            <w:color w:val="0000EE"/>
            <w:u w:val="single"/>
          </w:rPr>
          <w:t>[3]</w:t>
        </w:r>
      </w:hyperlink>
      <w:r>
        <w:t xml:space="preserve">- Paragraph 11: </w:t>
      </w:r>
      <w:hyperlink r:id="rId14">
        <w:r>
          <w:rPr>
            <w:color w:val="0000EE"/>
            <w:u w:val="single"/>
          </w:rPr>
          <w:t>[3]</w:t>
        </w:r>
      </w:hyperlink>
      <w:r>
        <w:t xml:space="preserve">- Paragraph 12: </w:t>
      </w:r>
      <w:hyperlink r:id="rId9">
        <w:r>
          <w:rPr>
            <w:color w:val="0000EE"/>
            <w:u w:val="single"/>
          </w:rPr>
          <w:t>[2]</w:t>
        </w:r>
      </w:hyperlink>
      <w:r>
        <w:t xml:space="preserve">, </w:t>
      </w:r>
      <w:hyperlink r:id="rId14">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Paragraph 14: </w:t>
      </w:r>
      <w:hyperlink r:id="rId10">
        <w:r>
          <w:rPr>
            <w:color w:val="0000EE"/>
            <w:u w:val="single"/>
          </w:rPr>
          <w:t>[4]</w:t>
        </w:r>
      </w:hyperlink>
      <w:r>
        <w:t xml:space="preserve">, </w:t>
      </w:r>
      <w:hyperlink r:id="rId11">
        <w:r>
          <w:rPr>
            <w:color w:val="0000EE"/>
            <w:u w:val="single"/>
          </w:rPr>
          <w:t>[5]</w:t>
        </w:r>
      </w:hyperlink>
      <w:r>
        <w:t xml:space="preserve">- Paragraph 15: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https://instinctmagazine.com/andy-lee-gay-fans-homophobia/</w:t>
        </w:r>
      </w:hyperlink>
      <w:r>
        <w:t xml:space="preserve"> - Please view link - unable to able to access data</w:t>
      </w:r>
      <w:r/>
    </w:p>
    <w:p>
      <w:pPr>
        <w:pStyle w:val="ListNumber"/>
        <w:spacing w:line="240" w:lineRule="auto"/>
        <w:ind w:left="720"/>
      </w:pPr>
      <w:r/>
      <w:hyperlink r:id="rId9">
        <w:r>
          <w:rPr>
            <w:color w:val="0000EE"/>
            <w:u w:val="single"/>
          </w:rPr>
          <w:t>https://www.pinknews.co.uk/2026/09/10/andy-lee-gay-fans-homophobia/</w:t>
        </w:r>
      </w:hyperlink>
      <w:r>
        <w:t xml:space="preserve"> - Andy Lee, an OnlyFans creator, discusses his relationship with his predominantly gay audience and his frustration with homophobic adult creators. He shares how his gay fans supported him during a challenging period, helping him overcome depression and unemployment. Lee also expresses concerns about extreme stunts in the adult industry and advocates for respect and kindness towards all fans, regardless of their sexual orientation. He highlights the importance of treating the audience with respect and criticizes creators who use their platforms to attack gay people.</w:t>
      </w:r>
      <w:r/>
    </w:p>
    <w:p>
      <w:pPr>
        <w:pStyle w:val="ListNumber"/>
        <w:spacing w:line="240" w:lineRule="auto"/>
        <w:ind w:left="720"/>
      </w:pPr>
      <w:r/>
      <w:hyperlink r:id="rId14">
        <w:r>
          <w:rPr>
            <w:color w:val="0000EE"/>
            <w:u w:val="single"/>
          </w:rPr>
          <w:t>https://www.outflix.com/the-porn-academy</w:t>
        </w:r>
      </w:hyperlink>
      <w:r>
        <w:t xml:space="preserve"> - The Porn Academy is an OUTflix series where Andy Lee shares his experiences in the adult industry, aiming to educate aspiring creators about the realities of adult content creation. Lee emphasizes the importance of understanding the challenges and responsibilities involved, advising newcomers to consider the long-term implications of their online presence and to approach the industry with respect and professionalism.</w:t>
      </w:r>
      <w:r/>
    </w:p>
    <w:p>
      <w:pPr>
        <w:pStyle w:val="ListNumber"/>
        <w:spacing w:line="240" w:lineRule="auto"/>
        <w:ind w:left="720"/>
      </w:pPr>
      <w:r/>
      <w:hyperlink r:id="rId10">
        <w:r>
          <w:rPr>
            <w:color w:val="0000EE"/>
            <w:u w:val="single"/>
          </w:rPr>
          <w:t>https://www.instagram.com/andyleex/</w:t>
        </w:r>
      </w:hyperlink>
      <w:r>
        <w:t xml:space="preserve"> - Andy Lee's Instagram profile showcases his journey as an OnlyFans creator, featuring a mix of promotional content and personal glimpses into his life. The account highlights his substantial following and engagement with fans, reflecting his success and the supportive community he has built.</w:t>
      </w:r>
      <w:r/>
    </w:p>
    <w:p>
      <w:pPr>
        <w:pStyle w:val="ListNumber"/>
        <w:spacing w:line="240" w:lineRule="auto"/>
        <w:ind w:left="720"/>
      </w:pPr>
      <w:r/>
      <w:hyperlink r:id="rId11">
        <w:r>
          <w:rPr>
            <w:color w:val="0000EE"/>
            <w:u w:val="single"/>
          </w:rPr>
          <w:t>https://www.tiktok.com/@andyleex</w:t>
        </w:r>
      </w:hyperlink>
      <w:r>
        <w:t xml:space="preserve"> - Andy Lee's TikTok account features a variety of content, including previews of his OnlyFans material and personal moments. With over 684,000 followers, the account demonstrates his widespread appeal and the connection he maintains with his audience across different platforms.</w:t>
      </w:r>
      <w:r/>
    </w:p>
    <w:p>
      <w:pPr>
        <w:pStyle w:val="ListNumber"/>
        <w:spacing w:line="240" w:lineRule="auto"/>
        <w:ind w:left="720"/>
      </w:pPr>
      <w:r/>
      <w:hyperlink r:id="rId13">
        <w:r>
          <w:rPr>
            <w:color w:val="0000EE"/>
            <w:u w:val="single"/>
          </w:rPr>
          <w:t>https://www.channel4.com/programmes/my-massive-c</w:t>
        </w:r>
      </w:hyperlink>
      <w:r>
        <w:t xml:space="preserve"> - Channel 4's 'My Massive C**' is a television programme that featured Andy Lee, providing insight into his career and personal life. The show highlights his experiences and the impact of his work in the adult industry, contributing to his public profile.</w:t>
      </w:r>
      <w:r/>
    </w:p>
    <w:p>
      <w:pPr>
        <w:pStyle w:val="ListNumber"/>
        <w:spacing w:line="240" w:lineRule="auto"/>
        <w:ind w:left="720"/>
      </w:pPr>
      <w:r/>
      <w:hyperlink r:id="rId12">
        <w:r>
          <w:rPr>
            <w:color w:val="0000EE"/>
            <w:u w:val="single"/>
          </w:rPr>
          <w:t>https://www.pinknews.co.uk/2026/09/10/andy-lee-homophobia-in-porn/</w:t>
        </w:r>
      </w:hyperlink>
      <w:r>
        <w:t xml:space="preserve"> - In this article, Andy Lee discusses his experiences with homophobia in the adult industry, expressing his frustration with creators who use their platforms to attack gay people. He advocates for respect and kindness towards all fans, regardless of their sexual orientation, and emphasizes the importance of treating the audience with respect.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inknews.co.uk/2026/09/10/andy-lee-gay-fans-homophobia/" TargetMode="External"/><Relationship Id="rId10" Type="http://schemas.openxmlformats.org/officeDocument/2006/relationships/hyperlink" Target="https://www.instagram.com/andyleex/" TargetMode="External"/><Relationship Id="rId11" Type="http://schemas.openxmlformats.org/officeDocument/2006/relationships/hyperlink" Target="https://www.tiktok.com/@andyleex" TargetMode="External"/><Relationship Id="rId12" Type="http://schemas.openxmlformats.org/officeDocument/2006/relationships/hyperlink" Target="https://www.pinknews.co.uk/2026/09/10/andy-lee-homophobia-in-porn/" TargetMode="External"/><Relationship Id="rId13" Type="http://schemas.openxmlformats.org/officeDocument/2006/relationships/hyperlink" Target="https://www.channel4.com/programmes/my-massive-c" TargetMode="External"/><Relationship Id="rId14" Type="http://schemas.openxmlformats.org/officeDocument/2006/relationships/hyperlink" Target="https://www.outflix.com/the-porn-academy" TargetMode="External"/><Relationship Id="rId15" Type="http://schemas.openxmlformats.org/officeDocument/2006/relationships/hyperlink" Target="https://instinctmagazine.com/andy-lee-gay-fans-homophob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