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VisionQuest and Tommy Maximoff's Bisexuality: What Marvel's Silence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Marvel fans are watching VisionQuest for more than White Vision's identity crisis. With Tommy Maximoff returning and actor Ruaridh Mollica discussing the character's bisexuality, the Disney+ series has sparked fresh questions about LGBTQ+ representation, Marvel's cautious storytelling and what might be saved for a later chapter.</w:t>
      </w:r>
      <w:r/>
    </w:p>
    <w:p>
      <w:pPr>
        <w:pStyle w:val="Heading2"/>
      </w:pPr>
      <w:r>
        <w:t>Essential Takeaways</w:t>
      </w:r>
      <w:r/>
      <w:r/>
    </w:p>
    <w:p>
      <w:pPr>
        <w:pStyle w:val="ListBullet"/>
        <w:spacing w:line="240" w:lineRule="auto"/>
        <w:ind w:left="720"/>
      </w:pPr>
      <w:r/>
      <w:r>
        <w:rPr>
          <w:b/>
        </w:rPr>
        <w:t>Tommy's sexuality may stay implicit:</w:t>
      </w:r>
      <w:r>
        <w:t xml:space="preserve"> Ruaridh Mollica hasn't confirmed that the series will address Tommy's bisexuality directly.</w:t>
      </w:r>
      <w:r/>
    </w:p>
    <w:p>
      <w:pPr>
        <w:pStyle w:val="ListBullet"/>
        <w:spacing w:line="240" w:lineRule="auto"/>
        <w:ind w:left="720"/>
      </w:pPr>
      <w:r/>
      <w:r>
        <w:rPr>
          <w:b/>
        </w:rPr>
        <w:t>The actor brings personal insight:</w:t>
      </w:r>
      <w:r>
        <w:t xml:space="preserve"> Mollica, who is bisexual, says that perspective could shape how Tommy comes across on screen.</w:t>
      </w:r>
      <w:r/>
    </w:p>
    <w:p>
      <w:pPr>
        <w:pStyle w:val="ListBullet"/>
        <w:spacing w:line="240" w:lineRule="auto"/>
        <w:ind w:left="720"/>
      </w:pPr>
      <w:r/>
      <w:r>
        <w:rPr>
          <w:b/>
        </w:rPr>
        <w:t>Vision remains the main focus:</w:t>
      </w:r>
      <w:r>
        <w:t xml:space="preserve"> The series is expected to explore White Vision's memories, identity and fractured sense of self.</w:t>
      </w:r>
      <w:r/>
    </w:p>
    <w:p>
      <w:pPr>
        <w:pStyle w:val="ListBullet"/>
        <w:spacing w:line="240" w:lineRule="auto"/>
        <w:ind w:left="720"/>
      </w:pPr>
      <w:r/>
      <w:r>
        <w:rPr>
          <w:b/>
        </w:rPr>
        <w:t>Tommy's return matters:</w:t>
      </w:r>
      <w:r>
        <w:t xml:space="preserve"> His appearance follows Billy's role in Agatha All Along and could reopen the door to Wanda-related storylines.</w:t>
      </w:r>
      <w:r/>
    </w:p>
    <w:p>
      <w:pPr>
        <w:pStyle w:val="ListBullet"/>
        <w:spacing w:line="240" w:lineRule="auto"/>
        <w:ind w:left="720"/>
      </w:pPr>
      <w:r/>
      <w:r>
        <w:rPr>
          <w:b/>
        </w:rPr>
        <w:t>Marvel appears to be moving carefully:</w:t>
      </w:r>
      <w:r>
        <w:t xml:space="preserve"> There has been no official explanation for the show's approach, leaving fans to read between the lines.</w:t>
      </w:r>
      <w:r/>
      <w:r/>
    </w:p>
    <w:p>
      <w:pPr>
        <w:pStyle w:val="Heading2"/>
      </w:pPr>
      <w:r>
        <w:t>Tommy's bisexuality may be present without being named</w:t>
      </w:r>
      <w:r/>
    </w:p>
    <w:p>
      <w:r/>
      <w:r>
        <w:t>The most revealing detail about VisionQuest could be what it doesn't say. According to SFX Magazine coverage reported by PinkNews, Ruaridh Mollica isn't sure whether Tommy's bisexuality will be referenced openly in the series.</w:t>
      </w:r>
      <w:r/>
    </w:p>
    <w:p>
      <w:r/>
      <w:r>
        <w:t>Mollica suggested that his interpretation may communicate something through Tommy's personality and behaviour, even if the script avoids a direct conversation about it. That distinction matters. Representation doesn't always need a speech, but it can feel frustrating when a clearly established part of a character is left hovering just outside the frame.</w:t>
      </w:r>
      <w:r/>
    </w:p>
    <w:p>
      <w:r/>
      <w:r>
        <w:t>As Comic Basics reported, the actor also hopes the subject could be explored more fully in future stories. For now, fans may have to look for small character choices rather than an explicit label.</w:t>
      </w:r>
      <w:r/>
    </w:p>
    <w:p>
      <w:pPr>
        <w:pStyle w:val="Heading2"/>
      </w:pPr>
      <w:r>
        <w:t>Why VisionQuest has plenty on its plate</w:t>
      </w:r>
      <w:r/>
    </w:p>
    <w:p>
      <w:r/>
      <w:r>
        <w:t>VisionQuest is being positioned as the next major chapter in the WandaVision storyline, but its central concern is still Vision himself. The character is expected to grapple with the return of his memories and the confusion created by becoming White Vision.</w:t>
      </w:r>
      <w:r/>
    </w:p>
    <w:p>
      <w:r/>
      <w:r>
        <w:t>That gives the series a rich, slightly eerie foundation. Vision knows who he was, yet he isn't quite the same person, which is the sort of superhero identity puzzle Marvel handles particularly well when it slows down and lets the emotion breathe.</w:t>
      </w:r>
      <w:r/>
    </w:p>
    <w:p>
      <w:r/>
      <w:r>
        <w:t>SuperHeroHype has highlighted the show's wider science-fiction elements, including Vision's links to artificial intelligence and the looming shadow of Ultron. Add a mindscape resembling a mansion, and the series already has enough moving parts without making Tommy's personal story the immediate centrepiece.</w:t>
      </w:r>
      <w:r/>
    </w:p>
    <w:p>
      <w:pPr>
        <w:pStyle w:val="Heading2"/>
      </w:pPr>
      <w:r>
        <w:t>Tommy's return reconnects the series to Wanda</w:t>
      </w:r>
      <w:r/>
    </w:p>
    <w:p>
      <w:r/>
      <w:r>
        <w:t>Tommy's appearance is important because it pulls VisionQuest back towards the Maximoff family. Following Billy's role in Agatha All Along, the return of both twins increasingly looks like part of a longer plan rather than a one-off callback.</w:t>
      </w:r>
      <w:r/>
    </w:p>
    <w:p>
      <w:r/>
      <w:r>
        <w:t>The character's precise goal remains unclear. He could be searching for Vision, trying to reconnect with Billy, or following clues connected to Wanda. That uncertainty has naturally fuelled speculation about Wanda Maximoff's possible return, although no official confirmation has established that she survived the events of Doctor Strange in the Multiverse of Madness.</w:t>
      </w:r>
      <w:r/>
    </w:p>
    <w:p>
      <w:r/>
      <w:r>
        <w:t>Fiction Horizon noted that Tommy's storyline could become a useful bridge between Vision's psychological journey and the wider supernatural threads left behind by WandaVision. It would also give Marvel a chance to develop Tommy as more than simply one half of a powerful sibling duo.</w:t>
      </w:r>
      <w:r/>
    </w:p>
    <w:p>
      <w:pPr>
        <w:pStyle w:val="Heading2"/>
      </w:pPr>
      <w:r>
        <w:t>Is Marvel being cautious about LGBTQ+ storytelling?</w:t>
      </w:r>
      <w:r/>
    </w:p>
    <w:p>
      <w:r/>
      <w:r>
        <w:t>Mollica's comments have inevitably prompted debate about whether Marvel is choosing to delay a more direct treatment of Tommy's bisexuality. Gayvox reported that the actor's own bisexuality informs his connection with the role, which adds a meaningful layer to the discussion.</w:t>
      </w:r>
      <w:r/>
    </w:p>
    <w:p>
      <w:r/>
      <w:r>
        <w:t>There has been no official statement from Marvel or Disney explaining why Tommy's sexuality might not be addressed explicitly. So any suggestion of a deliberate backlash strategy remains speculation, not confirmed fact. Still, the cautious wording is hard to miss, particularly when Billy's gay identity and Tommy's bisexuality are well established in Marvel's comic-book history.</w:t>
      </w:r>
      <w:r/>
    </w:p>
    <w:p>
      <w:r/>
      <w:r>
        <w:t>Queerty reported that Mollica hopes his queerness will emerge naturally through the performance. That approach can work when the surrounding story supports it, but viewers are also right to expect more than coded hints. A character's identity shouldn't have to remain a secret just because a studio is worried about a noisy online reaction.</w:t>
      </w:r>
      <w:r/>
    </w:p>
    <w:p>
      <w:pPr>
        <w:pStyle w:val="Heading2"/>
      </w:pPr>
      <w:r>
        <w:t>What fans should watch for in VisionQuest</w:t>
      </w:r>
      <w:r/>
    </w:p>
    <w:p>
      <w:r/>
      <w:r>
        <w:t>The key question isn't whether Tommy is bisexual. In the comics, that part of his character is already established. The more interesting question is whether VisionQuest treats it as meaningful, ordinary and worth showing, rather than as background information that can be postponed indefinitely.</w:t>
      </w:r>
      <w:r/>
    </w:p>
    <w:p>
      <w:r/>
      <w:r>
        <w:t>Look for the way Tommy talks about relationships, family and his own sense of belonging. As The Direct-style coverage gathered by several entertainment outlets has noted, Mollica's comments point towards characterisation through performance rather than a major plot announcement. That could make Tommy feel more rounded, even if it doesn't deliver the explicit representation some viewers want.</w:t>
      </w:r>
      <w:r/>
    </w:p>
    <w:p>
      <w:r/>
      <w:r>
        <w:t>VisionQuest has the opportunity to make a small but important choice. It can allow Tommy to exist openly in the story while still focusing on Vision's troubled return. For many viewers, that would feel less like a detour and more like the natural next step for a character Marvel has already spent years building.</w:t>
      </w:r>
      <w:r/>
    </w:p>
    <w:p>
      <w:r/>
      <w:r>
        <w:t>It's a quiet detail, but it could say a great deal about where Marvel goes next.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[4]</w:t>
        </w:r>
      </w:hyperlink>
      <w:r>
        <w:t xml:space="preserve">- Paragraph 5: </w:t>
      </w:r>
      <w:hyperlink r:id="rId11">
        <w:r>
          <w:rPr>
            <w:color w:val="0000EE"/>
            <w:u w:val="single"/>
          </w:rPr>
          <w:t>[3]</w:t>
        </w:r>
      </w:hyperlink>
      <w:r>
        <w:t xml:space="preserve">, </w:t>
      </w:r>
      <w:hyperlink r:id="rId13">
        <w:r>
          <w:rPr>
            <w:color w:val="0000EE"/>
            <w:u w:val="single"/>
          </w:rPr>
          <w:t>[5]</w:t>
        </w:r>
      </w:hyperlink>
      <w:r>
        <w:t xml:space="preserve">- Paragraph 6: </w:t>
      </w:r>
      <w:hyperlink r:id="rId14">
        <w:r>
          <w:rPr>
            <w:color w:val="0000EE"/>
            <w:u w:val="single"/>
          </w:rPr>
          <w:t>[6]</w:t>
        </w:r>
      </w:hyperlink>
      <w:r>
        <w:t xml:space="preserve">, </w:t>
      </w:r>
      <w:hyperlink r:id="rId15">
        <w:r>
          <w:rPr>
            <w:color w:val="0000EE"/>
            <w:u w:val="single"/>
          </w:rPr>
          <w:t>[7]</w:t>
        </w:r>
      </w:hyperlink>
      <w:r>
        <w:t xml:space="preserve">- Paragraph 7: </w:t>
      </w:r>
      <w:hyperlink r:id="rId10">
        <w:r>
          <w:rPr>
            <w:color w:val="0000EE"/>
            <w:u w:val="single"/>
          </w:rPr>
          <w:t>[2]</w:t>
        </w:r>
      </w:hyperlink>
      <w:r>
        <w:t xml:space="preserve">, </w:t>
      </w:r>
      <w:hyperlink r:id="rId11">
        <w:r>
          <w:rPr>
            <w:color w:val="0000EE"/>
            <w:u w:val="single"/>
          </w:rPr>
          <w:t>[3]</w:t>
        </w:r>
      </w:hyperlink>
      <w:r>
        <w:t xml:space="preserve">- Paragraph 8: </w:t>
      </w:r>
      <w:hyperlink r:id="rId12">
        <w:r>
          <w:rPr>
            <w:color w:val="0000EE"/>
            <w:u w:val="single"/>
          </w:rPr>
          <w:t>[4]</w:t>
        </w:r>
      </w:hyperlink>
      <w:r>
        <w:t xml:space="preserve">, </w:t>
      </w:r>
      <w:hyperlink r:id="rId13">
        <w:r>
          <w:rPr>
            <w:color w:val="0000EE"/>
            <w:u w:val="single"/>
          </w:rPr>
          <w:t>[5]</w:t>
        </w:r>
      </w:hyperlink>
      <w:r>
        <w:t xml:space="preserve">- Paragraph 9: </w:t>
      </w:r>
      <w:hyperlink r:id="rId14">
        <w:r>
          <w:rPr>
            <w:color w:val="0000EE"/>
            <w:u w:val="single"/>
          </w:rPr>
          <w:t>[6]</w:t>
        </w:r>
      </w:hyperlink>
      <w:r>
        <w:t xml:space="preserve">, </w:t>
      </w:r>
      <w:hyperlink r:id="rId15">
        <w:r>
          <w:rPr>
            <w:color w:val="0000EE"/>
            <w:u w:val="single"/>
          </w:rPr>
          <w:t>[7]</w:t>
        </w:r>
      </w:hyperlink>
      <w:r>
        <w:t xml:space="preserve">- Paragraph 10: </w:t>
      </w:r>
      <w:hyperlink r:id="rId10">
        <w:r>
          <w:rPr>
            <w:color w:val="0000EE"/>
            <w:u w:val="single"/>
          </w:rPr>
          <w:t>[2]</w:t>
        </w:r>
      </w:hyperlink>
      <w:r>
        <w:t xml:space="preserve">, </w:t>
      </w:r>
      <w:hyperlink r:id="rId12">
        <w:r>
          <w:rPr>
            <w:color w:val="0000EE"/>
            <w:u w:val="single"/>
          </w:rPr>
          <w:t>[4]</w:t>
        </w:r>
      </w:hyperlink>
      <w:r>
        <w:t xml:space="preserve">- Paragraph 11: </w:t>
      </w:r>
      <w:hyperlink r:id="rId11">
        <w:r>
          <w:rPr>
            <w:color w:val="0000EE"/>
            <w:u w:val="single"/>
          </w:rPr>
          <w:t>[3]</w:t>
        </w:r>
      </w:hyperlink>
      <w:r>
        <w:t xml:space="preserve">, </w:t>
      </w:r>
      <w:hyperlink r:id="rId13">
        <w:r>
          <w:rPr>
            <w:color w:val="0000EE"/>
            <w:u w:val="single"/>
          </w:rPr>
          <w:t>[5]</w:t>
        </w:r>
      </w:hyperlink>
      <w:r>
        <w:t xml:space="preserve">- Paragraph 12: </w:t>
      </w:r>
      <w:hyperlink r:id="rId14">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https://www.begeek.fr/visionquest-esquive-un-point-cle-de-tommy-et-ce-nest-pas-anodin-439781</w:t>
        </w:r>
      </w:hyperlink>
      <w:r>
        <w:t xml:space="preserve"> - Please view link - unable to able to access data</w:t>
      </w:r>
      <w:r/>
    </w:p>
    <w:p>
      <w:pPr>
        <w:pStyle w:val="ListNumber"/>
        <w:spacing w:line="240" w:lineRule="auto"/>
        <w:ind w:left="720"/>
      </w:pPr>
      <w:r/>
      <w:hyperlink r:id="rId10">
        <w:r>
          <w:rPr>
            <w:color w:val="0000EE"/>
            <w:u w:val="single"/>
          </w:rPr>
          <w:t>https://www.thepinknews.com/2026/09/10/marvel-cinematic-universe-visionquest-ruaridh-mollica/</w:t>
        </w:r>
      </w:hyperlink>
      <w:r>
        <w:t xml:space="preserve"> - In an interview with SFX Magazine, actor Ruaridh Mollica, portraying Tommy Maximoff in Marvel's 'VisionQuest', discussed the potential exploration of Tommy's bisexuality in the series. Mollica expressed uncertainty about explicit references but hopes his own bisexuality will subtly influence the character's portrayal, suggesting future exploration of this aspect.</w:t>
      </w:r>
      <w:r/>
    </w:p>
    <w:p>
      <w:pPr>
        <w:pStyle w:val="ListNumber"/>
        <w:spacing w:line="240" w:lineRule="auto"/>
        <w:ind w:left="720"/>
      </w:pPr>
      <w:r/>
      <w:hyperlink r:id="rId11">
        <w:r>
          <w:rPr>
            <w:color w:val="0000EE"/>
            <w:u w:val="single"/>
          </w:rPr>
          <w:t>https://www.comicbasics.com/ruaridh-mollica-opens-up-about-whether-tommy-maximoffs-bisexuality-will-be-explored-in-visionquest/</w:t>
        </w:r>
      </w:hyperlink>
      <w:r>
        <w:t xml:space="preserve"> - Actor Ruaridh Mollica, cast as Tommy Maximoff in Marvel's 'VisionQuest', addressed whether the series will delve into Tommy's bisexuality. Mollica conveyed uncertainty about explicit references but hopes his personal bisexuality will naturally inform the character's portrayal, leaving room for future exploration.</w:t>
      </w:r>
      <w:r/>
    </w:p>
    <w:p>
      <w:pPr>
        <w:pStyle w:val="ListNumber"/>
        <w:spacing w:line="240" w:lineRule="auto"/>
        <w:ind w:left="720"/>
      </w:pPr>
      <w:r/>
      <w:hyperlink r:id="rId12">
        <w:r>
          <w:rPr>
            <w:color w:val="0000EE"/>
            <w:u w:val="single"/>
          </w:rPr>
          <w:t>https://www.superherohype.com/news/691956-visionquest-ruaridh-mollica-talks-tommy-maximoff-bi-sexuality/xwp_curated_content</w:t>
        </w:r>
      </w:hyperlink>
      <w:r>
        <w:t xml:space="preserve"> - Ruaridh Mollica, portraying Tommy Maximoff in Marvel's 'VisionQuest', discussed the potential exploration of Tommy's bisexuality in the series. Mollica expressed uncertainty about explicit references but hopes his own bisexuality will subtly influence the character's portrayal, suggesting future exploration of this aspect.</w:t>
      </w:r>
      <w:r/>
    </w:p>
    <w:p>
      <w:pPr>
        <w:pStyle w:val="ListNumber"/>
        <w:spacing w:line="240" w:lineRule="auto"/>
        <w:ind w:left="720"/>
      </w:pPr>
      <w:r/>
      <w:hyperlink r:id="rId13">
        <w:r>
          <w:rPr>
            <w:color w:val="0000EE"/>
            <w:u w:val="single"/>
          </w:rPr>
          <w:t>https://www.queerty.com/visionquest-star-ruaridh-mollica-addresses-tommys-sexuality-bringing-his-own-queerness-to-the-role-20260909/</w:t>
        </w:r>
      </w:hyperlink>
      <w:r>
        <w:t xml:space="preserve"> - Actor Ruaridh Mollica, cast as Tommy Maximoff in Marvel's 'VisionQuest', addressed whether the series will delve into Tommy's bisexuality. Mollica conveyed uncertainty about explicit references but hopes his personal bisexuality will naturally inform the character's portrayal, leaving room for future exploration.</w:t>
      </w:r>
      <w:r/>
    </w:p>
    <w:p>
      <w:pPr>
        <w:pStyle w:val="ListNumber"/>
        <w:spacing w:line="240" w:lineRule="auto"/>
        <w:ind w:left="720"/>
      </w:pPr>
      <w:r/>
      <w:hyperlink r:id="rId14">
        <w:r>
          <w:rPr>
            <w:color w:val="0000EE"/>
            <w:u w:val="single"/>
          </w:rPr>
          <w:t>https://www.gayvox.fr/ruaridh-mollica-espere-que-sa-bisexualite-se-manifestera-dans-le-role-de-visionquest</w:t>
        </w:r>
      </w:hyperlink>
      <w:r>
        <w:t xml:space="preserve"> - Actor Ruaridh Mollica, portraying Tommy Maximoff in Marvel's 'VisionQuest', discussed the potential exploration of Tommy's bisexuality in the series. Mollica expressed uncertainty about explicit references but hopes his own bisexuality will subtly influence the character's portrayal, suggesting future exploration of this aspect.</w:t>
      </w:r>
      <w:r/>
    </w:p>
    <w:p>
      <w:pPr>
        <w:pStyle w:val="ListNumber"/>
        <w:spacing w:line="240" w:lineRule="auto"/>
        <w:ind w:left="720"/>
      </w:pPr>
      <w:r/>
      <w:hyperlink r:id="rId15">
        <w:r>
          <w:rPr>
            <w:color w:val="0000EE"/>
            <w:u w:val="single"/>
          </w:rPr>
          <w:t>https://fictionhorizon.com/ruaridh-mollica-teases-what-visionquest-could-reveal-about-tommy-maximoffs-bisexuality/</w:t>
        </w:r>
      </w:hyperlink>
      <w:r>
        <w:t xml:space="preserve"> - Actor Ruaridh Mollica, portraying Tommy Maximoff in Marvel's 'VisionQuest', discussed the potential exploration of Tommy's bisexuality in the series. Mollica expressed uncertainty about explicit references but hopes his own bisexuality will subtly influence the character's portrayal, suggesting future exploration of this aspect.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egeek.fr/visionquest-esquive-un-point-cle-de-tommy-et-ce-nest-pas-anodin-439781" TargetMode="External"/><Relationship Id="rId10" Type="http://schemas.openxmlformats.org/officeDocument/2006/relationships/hyperlink" Target="https://www.thepinknews.com/2026/09/10/marvel-cinematic-universe-visionquest-ruaridh-mollica/" TargetMode="External"/><Relationship Id="rId11" Type="http://schemas.openxmlformats.org/officeDocument/2006/relationships/hyperlink" Target="https://www.comicbasics.com/ruaridh-mollica-opens-up-about-whether-tommy-maximoffs-bisexuality-will-be-explored-in-visionquest/" TargetMode="External"/><Relationship Id="rId12" Type="http://schemas.openxmlformats.org/officeDocument/2006/relationships/hyperlink" Target="https://www.superherohype.com/news/691956-visionquest-ruaridh-mollica-talks-tommy-maximoff-bi-sexuality/xwp_curated_content" TargetMode="External"/><Relationship Id="rId13" Type="http://schemas.openxmlformats.org/officeDocument/2006/relationships/hyperlink" Target="https://www.queerty.com/visionquest-star-ruaridh-mollica-addresses-tommys-sexuality-bringing-his-own-queerness-to-the-role-20260909/" TargetMode="External"/><Relationship Id="rId14" Type="http://schemas.openxmlformats.org/officeDocument/2006/relationships/hyperlink" Target="https://www.gayvox.fr/ruaridh-mollica-espere-que-sa-bisexualite-se-manifestera-dans-le-role-de-visionquest" TargetMode="External"/><Relationship Id="rId15" Type="http://schemas.openxmlformats.org/officeDocument/2006/relationships/hyperlink" Target="https://fictionhorizon.com/ruaridh-mollica-teases-what-visionquest-could-reveal-about-tommy-maximoffs-bisexual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