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2026 Greater Palm Springs Pride Honours Celebrate Community Leaders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Greater Palm Springs Pride has named six individuals and one organisation for its 2026 Pride Honors Awards, with the ceremony taking place in Palm Springs on 24 September. The event marks 40 years of local Pride, offering a warm, timely look at the people and groups whose advocacy, business leadership and volunteering continue to shape the LGBTQ+ community.</w:t>
      </w:r>
      <w:r/>
    </w:p>
    <w:p>
      <w:pPr>
        <w:pStyle w:val="Heading2"/>
      </w:pPr>
      <w:r>
        <w:t>Essential Takeaways</w:t>
      </w:r>
      <w:r/>
      <w:r/>
    </w:p>
    <w:p>
      <w:pPr>
        <w:pStyle w:val="ListBullet"/>
        <w:spacing w:line="240" w:lineRule="auto"/>
        <w:ind w:left="720"/>
      </w:pPr>
      <w:r/>
      <w:r>
        <w:rPr>
          <w:b/>
        </w:rPr>
        <w:t>Seven recipients recognised:</w:t>
      </w:r>
      <w:r>
        <w:t xml:space="preserve"> Six individuals and the Desert Business Association will receive 2026 Pride Honors Awards.</w:t>
      </w:r>
      <w:r/>
    </w:p>
    <w:p>
      <w:pPr>
        <w:pStyle w:val="ListBullet"/>
        <w:spacing w:line="240" w:lineRule="auto"/>
        <w:ind w:left="720"/>
      </w:pPr>
      <w:r/>
      <w:r>
        <w:rPr>
          <w:b/>
        </w:rPr>
        <w:t>Ceremony date:</w:t>
      </w:r>
      <w:r>
        <w:t xml:space="preserve"> The awards take place on 24 September at the Hilton Palm Springs, with doors opening at 5.30pm.</w:t>
      </w:r>
      <w:r/>
    </w:p>
    <w:p>
      <w:pPr>
        <w:pStyle w:val="ListBullet"/>
        <w:spacing w:line="240" w:lineRule="auto"/>
        <w:ind w:left="720"/>
      </w:pPr>
      <w:r/>
      <w:r>
        <w:rPr>
          <w:b/>
        </w:rPr>
        <w:t>A milestone year:</w:t>
      </w:r>
      <w:r>
        <w:t xml:space="preserve"> The event coincides with the 40th anniversary of Palm Springs Pride, which began in 1986.</w:t>
      </w:r>
      <w:r/>
    </w:p>
    <w:p>
      <w:pPr>
        <w:pStyle w:val="ListBullet"/>
        <w:spacing w:line="240" w:lineRule="auto"/>
        <w:ind w:left="720"/>
      </w:pPr>
      <w:r/>
      <w:r>
        <w:rPr>
          <w:b/>
        </w:rPr>
        <w:t>Wide-ranging contributions:</w:t>
      </w:r>
      <w:r>
        <w:t xml:space="preserve"> Honourees include advocates, hospitality professionals, entrepreneurs, volunteers and community organisers.</w:t>
      </w:r>
      <w:r/>
    </w:p>
    <w:p>
      <w:pPr>
        <w:pStyle w:val="ListBullet"/>
        <w:spacing w:line="240" w:lineRule="auto"/>
        <w:ind w:left="720"/>
      </w:pPr>
      <w:r/>
      <w:r>
        <w:rPr>
          <w:b/>
        </w:rPr>
        <w:t>Tickets available:</w:t>
      </w:r>
      <w:r>
        <w:t xml:space="preserve"> Attendance details and tickets are available through the Greater Palm Springs Pride website.</w:t>
      </w:r>
      <w:r/>
      <w:r/>
    </w:p>
    <w:p>
      <w:pPr>
        <w:pStyle w:val="Heading2"/>
      </w:pPr>
      <w:r>
        <w:t>Palm Springs Pride marks four decades of progress</w:t>
      </w:r>
      <w:r/>
    </w:p>
    <w:p>
      <w:r/>
      <w:r>
        <w:t>Palm Springs Pride is pairing its 40th anniversary with a celebration of the people who keep the movement active between parades, festivals and headline moments. The 2026 awards ceremony will be held at the Hilton Palm Springs, creating a more intimate setting for a community whose story began with much smaller gatherings.</w:t>
      </w:r>
      <w:r/>
    </w:p>
    <w:p>
      <w:r/>
      <w:r>
        <w:t>According to Greater Palm Springs Pride's history, the first local celebration took shape in 1986, with the Desert Business Association playing an important early role. What started as a modest show of solidarity eventually grew into a street parade by 1990, giving the region one of its most recognisable annual traditions.</w:t>
      </w:r>
      <w:r/>
    </w:p>
    <w:p>
      <w:r/>
      <w:r>
        <w:t>That history makes this year's ceremony feel more than ceremonial. It's a chance to connect the colourful public face of Pride with the quieter work that happens all year round.</w:t>
      </w:r>
      <w:r/>
    </w:p>
    <w:p>
      <w:pPr>
        <w:pStyle w:val="Heading2"/>
      </w:pPr>
      <w:r>
        <w:t>Meet the advocates behind the 2026 honours</w:t>
      </w:r>
      <w:r/>
    </w:p>
    <w:p>
      <w:r/>
      <w:r>
        <w:t>André Chambers will receive the Spirit of Pride Award, recognising his work promoting equality and visibility. His background spans writing, art, nursing and advocacy, while his work with the leather community and support for transgender young people add several distinct strands to his contribution.</w:t>
      </w:r>
      <w:r/>
    </w:p>
    <w:p>
      <w:r/>
      <w:r>
        <w:t>Chambers is also featured in the documentary "Merman", bringing a personal story to a wider audience. Greater Palm Springs Pride's programmes emphasise education, inclusion and community connection, values that sit comfortably alongside his advocacy.</w:t>
      </w:r>
      <w:r/>
    </w:p>
    <w:p>
      <w:r/>
      <w:r>
        <w:t>Randy Perrin, meanwhile, will be honoured as Spirit of Stonewall Volunteer of the Year. His volunteering began during the HIV/AIDS epidemic, and his later work has included helping establish a Federal GLOBE chapter and coordinating environmental and community projects through Gay For Good Palm Springs.</w:t>
      </w:r>
      <w:r/>
    </w:p>
    <w:p>
      <w:pPr>
        <w:pStyle w:val="Heading2"/>
      </w:pPr>
      <w:r>
        <w:t>Local businesses are part of the Pride story too</w:t>
      </w:r>
      <w:r/>
    </w:p>
    <w:p>
      <w:r/>
      <w:r>
        <w:t>Townie Bagels co-owners Andy Wysocki and Bill Sanderson will receive the Business of Pride Award. Their path from selling bagels at the farmers' market to opening a shop in Warm Sands is a familiar small-business tale, but it also reflects the role inclusive local businesses can play in making a neighbourhood feel welcoming.</w:t>
      </w:r>
      <w:r/>
    </w:p>
    <w:p>
      <w:r/>
      <w:r>
        <w:t>The Desert Business Association will receive Spirit of Stonewall Organization of the Year. Established in 1979, it is recognised as one of the United States' oldest LGBTQ+ chambers of commerce and represents more than 375 members, according to organisational information compiled by Cause IQ.</w:t>
      </w:r>
      <w:r/>
    </w:p>
    <w:p>
      <w:r/>
      <w:r>
        <w:t>Its involvement reaches back to the origins of Palm Springs Pride, when indoor "Sizzle" fundraisers helped build momentum for a larger public event. Today, the business network's legacy sits neatly alongside the awards' focus on community-building and economic visibility.</w:t>
      </w:r>
      <w:r/>
    </w:p>
    <w:p>
      <w:pPr>
        <w:pStyle w:val="Heading2"/>
      </w:pPr>
      <w:r>
        <w:t>The behind-the-scenes organisers get their moment</w:t>
      </w:r>
      <w:r/>
    </w:p>
    <w:p>
      <w:r/>
      <w:r>
        <w:t>Kristie Dore, director of event services at the Palm Springs Convention Center, will receive the Spirit of Stonewall Friend of Pride Award. Over 13 years, she has helped oversee events including the Harvey Milk Breakfast and National LGBT Chamber of Commerce conferences, while also serving on the LGBTQ+ Community Center of the Desert board.</w:t>
      </w:r>
      <w:r/>
    </w:p>
    <w:p>
      <w:r/>
      <w:r>
        <w:t>That kind of work rarely gets the loudest applause, but it keeps major community events running smoothly. Dore's recognition highlights the practical, often behind-the-scenes labour that turns a programme from an idea into a welcoming room full of people.</w:t>
      </w:r>
      <w:r/>
    </w:p>
    <w:p>
      <w:r/>
      <w:r>
        <w:t>Leslie Barclay will receive the Community Service Award. As an LGBTQ specialist with Southern Glazer's Wine and Spirits, Barclay has used professional partnerships to support civil rights organisations, community centres and health initiatives since 1994.</w:t>
      </w:r>
      <w:r/>
    </w:p>
    <w:p>
      <w:r/>
      <w:r>
        <w:t>Together, the two awards underline a useful truth: community service isn't limited to one job title. It can happen through event planning, corporate relationships, board service or simply knowing how to bring the right people together.</w:t>
      </w:r>
      <w:r/>
    </w:p>
    <w:p>
      <w:pPr>
        <w:pStyle w:val="Heading2"/>
      </w:pPr>
      <w:r>
        <w:t>What to know before attending the ceremony</w:t>
      </w:r>
      <w:r/>
    </w:p>
    <w:p>
      <w:r/>
      <w:r>
        <w:t>The 2026 Pride Honors Awards will take place on 24 September at the Hilton Palm Springs. Doors open at 5.30pm, and the programme begins at 6pm. Tickets are being offered through pspride.org, which also provides information about Greater Palm Springs Pride's wider mission and programmes.</w:t>
      </w:r>
      <w:r/>
    </w:p>
    <w:p>
      <w:r/>
      <w:r>
        <w:t>For visitors, the ceremony could be a thoughtful addition to a Palm Springs trip, particularly for anyone interested in the region's LGBTQ+ history beyond the better-known festival atmosphere. For local residents, it's a chance to see familiar names and organisations recognised in one room.</w:t>
      </w:r>
      <w:r/>
    </w:p>
    <w:p>
      <w:r/>
      <w:r>
        <w:t>As Pride enters its fifth decade locally, the outlook is both celebratory and practical. The parade may provide the sparkle, but people such as these honourees are the steady hands keeping the community moving.</w:t>
      </w:r>
      <w:r/>
    </w:p>
    <w:p>
      <w:r/>
      <w:r>
        <w:t>It's a milestone worth celebrating, and an evening designed to put the people behind Palm Springs Pride centre stage.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3">
        <w:r>
          <w:rPr>
            <w:color w:val="0000EE"/>
            <w:u w:val="single"/>
          </w:rPr>
          <w:t>[7]</w:t>
        </w:r>
      </w:hyperlink>
      <w:r>
        <w:t xml:space="preserve">- Paragraph 4: </w:t>
      </w:r>
      <w:hyperlink r:id="rId13">
        <w:r>
          <w:rPr>
            <w:color w:val="0000EE"/>
            <w:u w:val="single"/>
          </w:rPr>
          <w:t>[3]</w:t>
        </w:r>
      </w:hyperlink>
      <w:r>
        <w:t xml:space="preserve">, </w:t>
      </w:r>
      <w:hyperlink r:id="rId11">
        <w:r>
          <w:rPr>
            <w:color w:val="0000EE"/>
            <w:u w:val="single"/>
          </w:rPr>
          <w:t>[4]</w:t>
        </w:r>
      </w:hyperlink>
      <w:r>
        <w:t xml:space="preserve">- Paragraph 5: </w:t>
      </w:r>
      <w:hyperlink r:id="rId13">
        <w:r>
          <w:rPr>
            <w:color w:val="0000EE"/>
            <w:u w:val="single"/>
          </w:rPr>
          <w:t>[3]</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3">
        <w:r>
          <w:rPr>
            <w:color w:val="0000EE"/>
            <w:u w:val="single"/>
          </w:rPr>
          <w:t>[3]</w:t>
        </w:r>
      </w:hyperlink>
      <w:r>
        <w:t xml:space="preserve">, </w:t>
      </w:r>
      <w:hyperlink r:id="rId13">
        <w:r>
          <w:rPr>
            <w:color w:val="0000EE"/>
            <w:u w:val="single"/>
          </w:rPr>
          <w:t>[7]</w:t>
        </w:r>
      </w:hyperlink>
      <w:r>
        <w:t xml:space="preserve">- Paragraph 10: </w:t>
      </w:r>
      <w:hyperlink r:id="rId13">
        <w:r>
          <w:rPr>
            <w:color w:val="0000EE"/>
            <w:u w:val="single"/>
          </w:rPr>
          <w:t>[3]</w:t>
        </w:r>
      </w:hyperlink>
      <w:r>
        <w:t xml:space="preserve">, </w:t>
      </w:r>
      <w:hyperlink r:id="rId11">
        <w:r>
          <w:rPr>
            <w:color w:val="0000EE"/>
            <w:u w:val="single"/>
          </w:rPr>
          <w:t>[4]</w:t>
        </w:r>
      </w:hyperlink>
      <w:r>
        <w:t xml:space="preserve">- Paragraph 11: </w:t>
      </w:r>
      <w:hyperlink r:id="rId14">
        <w:r>
          <w:rPr>
            <w:color w:val="0000EE"/>
            <w:u w:val="single"/>
          </w:rPr>
          <w:t>[5]</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3">
        <w:r>
          <w:rPr>
            <w:color w:val="0000EE"/>
            <w:u w:val="single"/>
          </w:rPr>
          <w:t>[3]</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3">
        <w:r>
          <w:rPr>
            <w:color w:val="0000EE"/>
            <w:u w:val="single"/>
          </w:rPr>
          <w:t>[3]</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3">
        <w:r>
          <w:rPr>
            <w:color w:val="0000EE"/>
            <w:u w:val="single"/>
          </w:rPr>
          <w:t>[3]</w:t>
        </w:r>
      </w:hyperlink>
      <w:r>
        <w:t xml:space="preserve">, </w:t>
      </w:r>
      <w:hyperlink r:id="rId13">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https://thepalmspringspost.com/greater-palm-springs-pride-names-honorees-for-40th-anniversary-awards-ceremony/</w:t>
        </w:r>
      </w:hyperlink>
      <w:r>
        <w:t xml:space="preserve"> - Please view link - unable to able to access data</w:t>
      </w:r>
      <w:r/>
    </w:p>
    <w:p>
      <w:pPr>
        <w:pStyle w:val="ListNumber"/>
        <w:spacing w:line="240" w:lineRule="auto"/>
        <w:ind w:left="720"/>
      </w:pPr>
      <w:r/>
      <w:hyperlink r:id="rId10">
        <w:r>
          <w:rPr>
            <w:color w:val="0000EE"/>
            <w:u w:val="single"/>
          </w:rPr>
          <w:t>https://www.pspride.org/history</w:t>
        </w:r>
      </w:hyperlink>
      <w:r>
        <w:t xml:space="preserve"> - This page provides a comprehensive history of Palm Springs Pride, detailing its origins in 1986 as a dinner and variety show called 'Sizzle' at the Riviera Resort. It highlights the evolution of the event into a multi-day celebration, including the first Pride Parade in 1992, and its growth into a major event attracting over 200,000 attendees. The page also discusses the organization's mission to promote equal rights and its affiliations with various LGBTQ+ advocacy groups.</w:t>
      </w:r>
      <w:r/>
    </w:p>
    <w:p>
      <w:pPr>
        <w:pStyle w:val="ListNumber"/>
        <w:spacing w:line="240" w:lineRule="auto"/>
        <w:ind w:left="720"/>
      </w:pPr>
      <w:r/>
      <w:hyperlink r:id="rId13">
        <w:r>
          <w:rPr>
            <w:color w:val="0000EE"/>
            <w:u w:val="single"/>
          </w:rPr>
          <w:t>https://www.pspride.org/mission-programs</w:t>
        </w:r>
      </w:hyperlink>
      <w:r>
        <w:t xml:space="preserve"> - This section outlines the mission and programs of Greater Palm Springs Pride, emphasizing its role as a nonprofit community enhancement organization. It focuses on promoting public education and awareness of individual rights and civil liberties for the LGBTQ+ community, as well as supporting the history, diversity, and future prosperity of the Greater Palm Springs LGBTQ+ community. The page also details various programs and initiatives aimed at fostering equality and justice.</w:t>
      </w:r>
      <w:r/>
    </w:p>
    <w:p>
      <w:pPr>
        <w:pStyle w:val="ListNumber"/>
        <w:spacing w:line="240" w:lineRule="auto"/>
        <w:ind w:left="720"/>
      </w:pPr>
      <w:r/>
      <w:hyperlink r:id="rId11">
        <w:r>
          <w:rPr>
            <w:color w:val="0000EE"/>
            <w:u w:val="single"/>
          </w:rPr>
          <w:t>https://www.pspride.org/</w:t>
        </w:r>
      </w:hyperlink>
      <w:r>
        <w:t xml:space="preserve"> - The official website of Greater Palm Springs Pride offers information about the annual Pride festival, including event schedules, ticketing, and volunteer opportunities. It features details about the 2026 Pride event, scheduled for November 6-8, 2026, and provides resources for those interested in participating or supporting the organization. The site also includes contact information and ways to get involved with the community.</w:t>
      </w:r>
      <w:r/>
    </w:p>
    <w:p>
      <w:pPr>
        <w:pStyle w:val="ListNumber"/>
        <w:spacing w:line="240" w:lineRule="auto"/>
        <w:ind w:left="720"/>
      </w:pPr>
      <w:r/>
      <w:hyperlink r:id="rId14">
        <w:r>
          <w:rPr>
            <w:color w:val="0000EE"/>
            <w:u w:val="single"/>
          </w:rPr>
          <w:t>https://www.causeiq.com/organizations/desert-business-association%2C330120933/</w:t>
        </w:r>
      </w:hyperlink>
      <w:r>
        <w:t xml:space="preserve"> - This profile provides detailed information about the Desert Business Association (DBA), including its formation in 1986, its status as a 501(c)(6) nonprofit organization, and its mission to promote educational and business networking opportunities for LGBTQ+ and allied businesses. The page includes financial data, personnel information, and a description of the DBA's programs and services, such as Safe Schools Desert Cities.</w:t>
      </w:r>
      <w:r/>
    </w:p>
    <w:p>
      <w:pPr>
        <w:pStyle w:val="ListNumber"/>
        <w:spacing w:line="240" w:lineRule="auto"/>
        <w:ind w:left="720"/>
      </w:pPr>
      <w:r/>
      <w:hyperlink r:id="rId12">
        <w:r>
          <w:rPr>
            <w:color w:val="0000EE"/>
            <w:u w:val="single"/>
          </w:rPr>
          <w:t>https://www.palmspringsca.gov/Home/Components/News/News/8720/</w:t>
        </w:r>
      </w:hyperlink>
      <w:r>
        <w:t xml:space="preserve"> - This news release from the City of Palm Springs announces the recipients of the 2026 DBA Impact Awards, recognizing outstanding business and community leaders in the region. The honorees include Townie Bagels as Business of the Year, Michael and Ernie Westman as Business People of the Year, and the Boys and Girls Club of Palm Springs as Outstanding Community Service Organization. The awards ceremony is scheduled for May 4, 2026, at the Palm Springs Convention Center.</w:t>
      </w:r>
      <w:r/>
    </w:p>
    <w:p>
      <w:pPr>
        <w:pStyle w:val="ListNumber"/>
        <w:spacing w:line="240" w:lineRule="auto"/>
        <w:ind w:left="720"/>
      </w:pPr>
      <w:r/>
      <w:hyperlink r:id="rId13">
        <w:r>
          <w:rPr>
            <w:color w:val="0000EE"/>
            <w:u w:val="single"/>
          </w:rPr>
          <w:t>https://www.pspride.org/mission-programs</w:t>
        </w:r>
      </w:hyperlink>
      <w:r>
        <w:t xml:space="preserve"> - This page outlines the mission and programs of Greater Palm Springs Pride, emphasizing its role as a nonprofit community enhancement organization. It focuses on promoting public education and awareness of individual rights and civil liberties for the LGBTQ+ community, as well as supporting the history, diversity, and future prosperity of the Greater Palm Springs LGBTQ+ community. The page also details various programs and initiatives aimed at fostering equality and justice.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palmspringspost.com/greater-palm-springs-pride-names-honorees-for-40th-anniversary-awards-ceremony/" TargetMode="External"/><Relationship Id="rId10" Type="http://schemas.openxmlformats.org/officeDocument/2006/relationships/hyperlink" Target="https://www.pspride.org/history" TargetMode="External"/><Relationship Id="rId11" Type="http://schemas.openxmlformats.org/officeDocument/2006/relationships/hyperlink" Target="https://www.pspride.org/" TargetMode="External"/><Relationship Id="rId12" Type="http://schemas.openxmlformats.org/officeDocument/2006/relationships/hyperlink" Target="https://www.palmspringsca.gov/Home/Components/News/News/8720/" TargetMode="External"/><Relationship Id="rId13" Type="http://schemas.openxmlformats.org/officeDocument/2006/relationships/hyperlink" Target="https://www.pspride.org/mission-programs" TargetMode="External"/><Relationship Id="rId14" Type="http://schemas.openxmlformats.org/officeDocument/2006/relationships/hyperlink" Target="https://www.causeiq.com/organizations/desert-business-association%2C3301209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