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Drag King Contest Marks 30 Years With Dirty 30</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Performers and fans are heading to San Francisco’s Great American Music Hall for Dirty 30, a celebratory drag king contest built around comedy, music and bold challenges to traditional masculinity. The anniversary night also brings a pioneering performer back to the scene, while raising money for animal welfare groups that support pets and their people.</w:t>
      </w:r>
      <w:r/>
    </w:p>
    <w:p>
      <w:pPr>
        <w:pStyle w:val="Heading2"/>
      </w:pPr>
      <w:r>
        <w:t>A landmark San Francisco drag show gets gloriously cheeky</w:t>
      </w:r>
      <w:r/>
    </w:p>
    <w:p>
      <w:r/>
      <w:r>
        <w:t>Thirty years is a serious milestone, but the San Francisco Drag King Contest isn't treating it quietly. Its Dirty 30 celebration promises a lively evening of parody, performance and deliberately unruly humour, with the Great American Music Hall set to host performers from the Bay Area and beyond.</w:t>
      </w:r>
      <w:r/>
    </w:p>
    <w:p>
      <w:r/>
      <w:r>
        <w:t xml:space="preserve">The event is hosted by Fudgie Frottage and Sister Roma, with Trixxie Carr, Fontaine Blue and Papi Churro on the judging panel, according to the San Francisco Chronicle. DJ Junkyard will handle the soundtrack, so expect the room to feel less like a formal anniversary and more like a joyful, glittery reunion. (Sources: </w:t>
      </w:r>
      <w:hyperlink r:id="rId9">
        <w:r>
          <w:rPr>
            <w:color w:val="0000EE"/>
            <w:u w:val="single"/>
          </w:rPr>
          <w:t>[2]</w:t>
        </w:r>
      </w:hyperlink>
      <w:r>
        <w:t xml:space="preserve">, </w:t>
      </w:r>
      <w:hyperlink r:id="rId10">
        <w:r>
          <w:rPr>
            <w:color w:val="0000EE"/>
            <w:u w:val="single"/>
          </w:rPr>
          <w:t>[3]</w:t>
        </w:r>
      </w:hyperlink>
      <w:r>
        <w:t>)</w:t>
      </w:r>
      <w:r/>
    </w:p>
    <w:p>
      <w:pPr>
        <w:pStyle w:val="Heading2"/>
      </w:pPr>
      <w:r>
        <w:t>What to expect from Dirty 30</w:t>
      </w:r>
      <w:r/>
    </w:p>
    <w:p>
      <w:r/>
      <w:r>
        <w:t>The line-up includes Leigh Crow, Rusty Hips, Madd Dogg 20/20, Misterrr and Howie Weenis, alongside a large-scale “Lipsynch For Your Life” segment. That mix of character work, musical performance and quick-fire spectacle is central to the contest’s appeal.</w:t>
      </w:r>
      <w:r/>
    </w:p>
    <w:p>
      <w:r/>
      <w:r>
        <w:t xml:space="preserve">For first-time visitors, the atmosphere is likely to be knowingly theatrical rather than polished in a conventional sense. Drag king shows thrive on exaggeration, playful swagger and the deliciously awkward business of taking masculine stereotypes apart and rebuilding them on stage. (Sources: </w:t>
      </w:r>
      <w:hyperlink r:id="rId9">
        <w:r>
          <w:rPr>
            <w:color w:val="0000EE"/>
            <w:u w:val="single"/>
          </w:rPr>
          <w:t>[2]</w:t>
        </w:r>
      </w:hyperlink>
      <w:r>
        <w:t xml:space="preserve">, </w:t>
      </w:r>
      <w:hyperlink r:id="rId10">
        <w:r>
          <w:rPr>
            <w:color w:val="0000EE"/>
            <w:u w:val="single"/>
          </w:rPr>
          <w:t>[3]</w:t>
        </w:r>
      </w:hyperlink>
      <w:r>
        <w:t>)</w:t>
      </w:r>
      <w:r/>
    </w:p>
    <w:p>
      <w:pPr>
        <w:pStyle w:val="Heading2"/>
      </w:pPr>
      <w:r>
        <w:t>Mo B. Dick returns to the San Francisco scene</w:t>
      </w:r>
      <w:r/>
    </w:p>
    <w:p>
      <w:r/>
      <w:r>
        <w:t>One of the evening’s biggest draws is Mo B. Dick, a pioneering drag king whose connection with San Francisco began in 1995. His return adds a generous slice of history to the anniversary, linking the city’s early drag king community with the wider art form that followed.</w:t>
      </w:r>
      <w:r/>
    </w:p>
    <w:p>
      <w:r/>
      <w:r>
        <w:t xml:space="preserve">Dick later appeared as T-Bone in John Waters’ 1998 cult film Pecker, helping introduce a drag king character to a broader audience. The appearance is a reminder that drag kings have long moved between underground performance spaces, film, nightlife and community organising. (Sources: </w:t>
      </w:r>
      <w:hyperlink r:id="rId11">
        <w:r>
          <w:rPr>
            <w:color w:val="0000EE"/>
            <w:u w:val="single"/>
          </w:rPr>
          <w:t>[1]</w:t>
        </w:r>
      </w:hyperlink>
      <w:r>
        <w:t xml:space="preserve">, </w:t>
      </w:r>
      <w:hyperlink r:id="rId12">
        <w:r>
          <w:rPr>
            <w:color w:val="0000EE"/>
            <w:u w:val="single"/>
          </w:rPr>
          <w:t>[6]</w:t>
        </w:r>
      </w:hyperlink>
      <w:r>
        <w:t>)</w:t>
      </w:r>
      <w:r/>
    </w:p>
    <w:p>
      <w:pPr>
        <w:pStyle w:val="Heading2"/>
      </w:pPr>
      <w:r>
        <w:t>Why drag king history matters</w:t>
      </w:r>
      <w:r/>
    </w:p>
    <w:p>
      <w:r/>
      <w:r>
        <w:t>Dick has also helped preserve that story through DragKingHistory.com, a community-funded archive documenting performers and the development of drag king culture. It offers useful context for anyone who sees the art form only through its most recent mainstream appearances.</w:t>
      </w:r>
      <w:r/>
    </w:p>
    <w:p>
      <w:r/>
      <w:r>
        <w:t xml:space="preserve">That history matters because drag king performance isn't simply a mirror image of drag queen culture. It has its own traditions, jokes, politics and vocabulary, often using camp and parody to question who gets to perform masculinity, and what that performance is supposed to look like. (Sources: </w:t>
      </w:r>
      <w:hyperlink r:id="rId13">
        <w:r>
          <w:rPr>
            <w:color w:val="0000EE"/>
            <w:u w:val="single"/>
          </w:rPr>
          <w:t>[5]</w:t>
        </w:r>
      </w:hyperlink>
      <w:r>
        <w:t xml:space="preserve">, </w:t>
      </w:r>
      <w:hyperlink r:id="rId14">
        <w:r>
          <w:rPr>
            <w:color w:val="0000EE"/>
            <w:u w:val="single"/>
          </w:rPr>
          <w:t>[7]</w:t>
        </w:r>
      </w:hyperlink>
      <w:r>
        <w:t>)</w:t>
      </w:r>
      <w:r/>
    </w:p>
    <w:p>
      <w:pPr>
        <w:pStyle w:val="Heading2"/>
      </w:pPr>
      <w:r>
        <w:t>A party with a practical purpose</w:t>
      </w:r>
      <w:r/>
    </w:p>
    <w:p>
      <w:r/>
      <w:r>
        <w:t>The Dirty 30 fundraiser will support Rocket Dog Rescue and PAWS, an organisation that helps people living with HIV and other disabling illnesses care for their companion animals. That gives the night a welcome second act beyond the stage lights and loud applause.</w:t>
      </w:r>
      <w:r/>
    </w:p>
    <w:p>
      <w:r/>
      <w:r>
        <w:t xml:space="preserve">For audiences, it also makes the event feel particularly San Franciscan: exuberant, irreverent and community-minded at the same time. If you're considering going, check the venue and ticket details before travelling, then arrive ready for a noisy, playful night where the costume changes may be as entertaining as the competition itself. (Sources: </w:t>
      </w:r>
      <w:hyperlink r:id="rId9">
        <w:r>
          <w:rPr>
            <w:color w:val="0000EE"/>
            <w:u w:val="single"/>
          </w:rPr>
          <w:t>[2]</w:t>
        </w:r>
      </w:hyperlink>
      <w:r>
        <w:t xml:space="preserve">, </w:t>
      </w:r>
      <w:hyperlink r:id="rId15">
        <w:r>
          <w:rPr>
            <w:color w:val="0000EE"/>
            <w:u w:val="single"/>
          </w:rPr>
          <w:t>[4]</w:t>
        </w:r>
      </w:hyperlink>
      <w:r>
        <w:t>)</w:t>
      </w:r>
      <w:r/>
    </w:p>
    <w:p>
      <w:r/>
      <w:r>
        <w:t>A little glitter, a lot of attitude and a good cause make Dirty 30 a fitting San Francisco anniversary.</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[1]</w:t>
        </w:r>
      </w:hyperlink>
      <w:r>
        <w:t xml:space="preserve">, </w:t>
      </w:r>
      <w:hyperlink r:id="rId12">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https://sfist.com/2026/09/10/sf-drag-king-contest-to-celebrate-three-decades-with-dirty-30-at-great-american-saturday/</w:t>
        </w:r>
      </w:hyperlink>
      <w:r>
        <w:t xml:space="preserve"> - Please view link - unable to able to access data</w:t>
      </w:r>
      <w:r/>
    </w:p>
    <w:p>
      <w:pPr>
        <w:pStyle w:val="ListNumber"/>
        <w:spacing w:line="240" w:lineRule="auto"/>
        <w:ind w:left="720"/>
      </w:pPr>
      <w:r/>
      <w:hyperlink r:id="rId9">
        <w:r>
          <w:rPr>
            <w:color w:val="0000EE"/>
            <w:u w:val="single"/>
          </w:rPr>
          <w:t>https://sf.funcheap.com/30th-annual-sf-drag-king-contest/</w:t>
        </w:r>
      </w:hyperlink>
      <w:r>
        <w:t xml:space="preserve"> - The 30th Annual San Francisco Drag King Contest is scheduled for Saturday, September 12, 2026, at 8:00 pm at the Great American Music Hall. This event is renowned as the world's largest and longest-running drag king competition. Attendees can expect a vibrant evening featuring bold performances, dazzling costumes, and a celebration of drag king culture. The contest aims to deconstruct traditional notions of masculinity, offering a night filled with entertainment and empowerment. Tickets are available for purchase, with prices ranging from $25 to $60.</w:t>
      </w:r>
      <w:r/>
    </w:p>
    <w:p>
      <w:pPr>
        <w:pStyle w:val="ListNumber"/>
        <w:spacing w:line="240" w:lineRule="auto"/>
        <w:ind w:left="720"/>
      </w:pPr>
      <w:r/>
      <w:hyperlink r:id="rId10">
        <w:r>
          <w:rPr>
            <w:color w:val="0000EE"/>
            <w:u w:val="single"/>
          </w:rPr>
          <w:t>https://www.sfchronicle.com/entertainment/article/san-francisco-drag-king-contest-22422304.php</w:t>
        </w:r>
      </w:hyperlink>
      <w:r>
        <w:t xml:space="preserve"> - The San Francisco Drag King Contest is celebrating its 30th anniversary with a special 'Dirty 30' event at the Great American Music Hall on Saturday, September 12, 2026. This milestone event will feature performances that challenge and parody traditional ideas of masculinity. The evening will be hosted by Fudgie Frottage and Sister Roma, with celebrity judges including Trixxie Carr, Fontaine Blue, and Papi Churro. DJ Junkyard will provide the music, and performers such as Leigh Crow, Rusty Hips, Madd Dogg 20/20, Misterrr, and Howie Weenis are slated to appear. The event will also include a 'Lipsynch For Your Life' segment featuring as many contestants as possible.</w:t>
      </w:r>
      <w:r/>
    </w:p>
    <w:p>
      <w:pPr>
        <w:pStyle w:val="ListNumber"/>
        <w:spacing w:line="240" w:lineRule="auto"/>
        <w:ind w:left="720"/>
      </w:pPr>
      <w:r/>
      <w:hyperlink r:id="rId15">
        <w:r>
          <w:rPr>
            <w:color w:val="0000EE"/>
            <w:u w:val="single"/>
          </w:rPr>
          <w:t>https://www.rocketdogrescue.org/events-archive/san-francisco-drag-king-contest-fundraiser-great-american-music-hall-san-francisco/</w:t>
        </w:r>
      </w:hyperlink>
      <w:r>
        <w:t xml:space="preserve"> - The 30th Annual San Francisco Drag King Contest is set to take place on Saturday, September 12, 2026, at the Great American Music Hall. This event is a fundraiser benefiting Rocket Dog Rescue and P.A.W.S. (Pets Are Wonderful Support). The evening promises an unforgettable night of entertainment, with doors opening at 7:00 PM and the show starting at 8:00 PM. Tickets are available in advance, with prices ranging from $25 to $60. The event is open to individuals aged 21 and over with valid ID.</w:t>
      </w:r>
      <w:r/>
    </w:p>
    <w:p>
      <w:pPr>
        <w:pStyle w:val="ListNumber"/>
        <w:spacing w:line="240" w:lineRule="auto"/>
        <w:ind w:left="720"/>
      </w:pPr>
      <w:r/>
      <w:hyperlink r:id="rId13">
        <w:r>
          <w:rPr>
            <w:color w:val="0000EE"/>
            <w:u w:val="single"/>
          </w:rPr>
          <w:t>https://www.dragkinghistory.com/about/</w:t>
        </w:r>
      </w:hyperlink>
      <w:r>
        <w:t xml:space="preserve"> - Drag King History is a comprehensive resource dedicated to preserving the art form of drag kings. Founded by Mo B. Dick and Ken Vegas in January 2018, the project aims to educate, empower, and enlighten audiences about the rich history of female-born performers who have donned men's attire for theatrical purposes. The initiative has grown to include an expansive collection of courageous performers worldwide. In 2020, the U.S. Library of Congress requested and was granted permission to archive this website for future generations.</w:t>
      </w:r>
      <w:r/>
    </w:p>
    <w:p>
      <w:pPr>
        <w:pStyle w:val="ListNumber"/>
        <w:spacing w:line="240" w:lineRule="auto"/>
        <w:ind w:left="720"/>
      </w:pPr>
      <w:r/>
      <w:hyperlink r:id="rId12">
        <w:r>
          <w:rPr>
            <w:color w:val="0000EE"/>
            <w:u w:val="single"/>
          </w:rPr>
          <w:t>https://www.dragkinghistory.com/1995-present-mo-b-dick/</w:t>
        </w:r>
      </w:hyperlink>
      <w:r>
        <w:t xml:space="preserve"> - Mo B. Dick, born on April 7, 1965, is a pioneering drag king who has been active since 1995. She is cited as one of the founding figures of the modern-day drag king movement. Mo produced and hosted Club Casanova, the world’s first weekly party dedicated solely to drag kings. She also took The Men of Club Casanova on the first-ever drag king cabaret tour of the US and Canada. Mo's contributions have been featured in various books, documentaries, and articles, highlighting her significant impact on the drag king community.</w:t>
      </w:r>
      <w:r/>
    </w:p>
    <w:p>
      <w:pPr>
        <w:pStyle w:val="ListNumber"/>
        <w:spacing w:line="240" w:lineRule="auto"/>
        <w:ind w:left="720"/>
      </w:pPr>
      <w:r/>
      <w:hyperlink r:id="rId14">
        <w:r>
          <w:rPr>
            <w:color w:val="0000EE"/>
            <w:u w:val="single"/>
          </w:rPr>
          <w:t>https://www.dragkinghistory.com/</w:t>
        </w:r>
      </w:hyperlink>
      <w:r>
        <w:t xml:space="preserve"> - Drag King History is a free resource library dedicated to preserving the drag king art form with the aim to educate, empower, and enlighten. The platform showcases the extensive history of female-born performers who donned men's attire for theatrical purposes, from breeches roles to en travesti, variety to vaudeville, male impersonation to drag kings, and drag kings to the gender-free. The initiative represents an expansive group of courageous drag artists who provide visibility, empowerment, and inspiration for performers, researchers, historians, and enthusiasts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funcheap.com/30th-annual-sf-drag-king-contest/" TargetMode="External"/><Relationship Id="rId10" Type="http://schemas.openxmlformats.org/officeDocument/2006/relationships/hyperlink" Target="https://www.sfchronicle.com/entertainment/article/san-francisco-drag-king-contest-22422304.php" TargetMode="External"/><Relationship Id="rId11" Type="http://schemas.openxmlformats.org/officeDocument/2006/relationships/hyperlink" Target="https://sfist.com/2026/09/10/sf-drag-king-contest-to-celebrate-three-decades-with-dirty-30-at-great-american-saturday/" TargetMode="External"/><Relationship Id="rId12" Type="http://schemas.openxmlformats.org/officeDocument/2006/relationships/hyperlink" Target="https://www.dragkinghistory.com/1995-present-mo-b-dick/" TargetMode="External"/><Relationship Id="rId13" Type="http://schemas.openxmlformats.org/officeDocument/2006/relationships/hyperlink" Target="https://www.dragkinghistory.com/about/" TargetMode="External"/><Relationship Id="rId14" Type="http://schemas.openxmlformats.org/officeDocument/2006/relationships/hyperlink" Target="https://www.dragkinghistory.com/" TargetMode="External"/><Relationship Id="rId15" Type="http://schemas.openxmlformats.org/officeDocument/2006/relationships/hyperlink" Target="https://www.rocketdogrescue.org/events-archive/san-francisco-drag-king-contest-fundraiser-great-american-music-hall-san-francis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