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Millport Pride brings an inclusive first march to Cumbrae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are getting ready for Millport Pride, the Isle of Cumbrae's first dedicated Pride march. Setting off from Kames Bay and ending at the pier, the September event will combine celebration with family activities, community stalls and a clear message that LGBTQ+ visibility belongs everywhere, not only in Scotland's biggest cities.</w:t>
      </w:r>
      <w:r/>
    </w:p>
    <w:p>
      <w:pPr>
        <w:pStyle w:val="Heading2"/>
      </w:pPr>
      <w:r>
        <w:t>Essential Takeaways</w:t>
      </w:r>
      <w:r/>
      <w:r/>
    </w:p>
    <w:p>
      <w:pPr>
        <w:pStyle w:val="ListBullet"/>
        <w:spacing w:line="240" w:lineRule="auto"/>
        <w:ind w:left="720"/>
      </w:pPr>
      <w:r/>
      <w:r>
        <w:rPr>
          <w:b/>
        </w:rPr>
        <w:t>First island march:</w:t>
      </w:r>
      <w:r>
        <w:t xml:space="preserve"> Millport Pride will create a new annual LGBTQ+ gathering for the seaside community.</w:t>
      </w:r>
      <w:r/>
    </w:p>
    <w:p>
      <w:pPr>
        <w:pStyle w:val="ListBullet"/>
        <w:spacing w:line="240" w:lineRule="auto"/>
        <w:ind w:left="720"/>
      </w:pPr>
      <w:r/>
      <w:r>
        <w:rPr>
          <w:b/>
        </w:rPr>
        <w:t>Route and timing:</w:t>
      </w:r>
      <w:r>
        <w:t xml:space="preserve"> The march will travel from Kames Bay to Millport pier on Saturday, 12 September.</w:t>
      </w:r>
      <w:r/>
    </w:p>
    <w:p>
      <w:pPr>
        <w:pStyle w:val="ListBullet"/>
        <w:spacing w:line="240" w:lineRule="auto"/>
        <w:ind w:left="720"/>
      </w:pPr>
      <w:r/>
      <w:r>
        <w:rPr>
          <w:b/>
        </w:rPr>
        <w:t>Something for everyone:</w:t>
      </w:r>
      <w:r>
        <w:t xml:space="preserve"> Plans include stalls, a youth zone, family area, quiet space and entertainment.</w:t>
      </w:r>
      <w:r/>
    </w:p>
    <w:p>
      <w:pPr>
        <w:pStyle w:val="ListBullet"/>
        <w:spacing w:line="240" w:lineRule="auto"/>
        <w:ind w:left="720"/>
      </w:pPr>
      <w:r/>
      <w:r>
        <w:rPr>
          <w:b/>
        </w:rPr>
        <w:t>Local support:</w:t>
      </w:r>
      <w:r>
        <w:t xml:space="preserve"> Organisers say residents, businesses, organisations and North Ayrshire Council have backed the event.</w:t>
      </w:r>
      <w:r/>
    </w:p>
    <w:p>
      <w:pPr>
        <w:pStyle w:val="ListBullet"/>
        <w:spacing w:line="240" w:lineRule="auto"/>
        <w:ind w:left="720"/>
      </w:pPr>
      <w:r/>
      <w:r>
        <w:rPr>
          <w:b/>
        </w:rPr>
        <w:t>A wider message:</w:t>
      </w:r>
      <w:r>
        <w:t xml:space="preserve"> The day aims to celebrate diversity while challenging discrimination and hate.</w:t>
      </w:r>
      <w:r/>
      <w:r/>
    </w:p>
    <w:p>
      <w:pPr>
        <w:pStyle w:val="Heading2"/>
      </w:pPr>
      <w:r>
        <w:t>Millport's first Pride march is more than a parade</w:t>
      </w:r>
      <w:r/>
    </w:p>
    <w:p>
      <w:r/>
      <w:r>
        <w:t xml:space="preserve">There'll be colour, music and plenty of island energy when the march leaves Kames Bay, but Millport Pride is designed to do more than provide a cheerful afternoon by the water. It gives LGBTQ+ residents a chance to celebrate close to home, with the route ending at the pier before the wider programme begins. Gaycation lists the same Kames Bay-to-pier route and September date for the event. </w:t>
      </w:r>
      <w:hyperlink r:id="rId9">
        <w:r>
          <w:rPr>
            <w:color w:val="0000EE"/>
            <w:u w:val="single"/>
          </w:rPr>
          <w:t>[4]</w:t>
        </w:r>
      </w:hyperlink>
      <w:r/>
    </w:p>
    <w:p>
      <w:r/>
      <w:r>
        <w:t xml:space="preserve">That local focus matters. For people living on an island, attending a large Pride event can involve ferry connections, travel costs and a full day away from home. Millport's organisers want the celebration to feel accessible, familiar and properly rooted in the community, rather than something residents have to seek elsewhere. </w:t>
      </w:r>
      <w:hyperlink r:id="rId10">
        <w:r>
          <w:rPr>
            <w:color w:val="0000EE"/>
            <w:u w:val="single"/>
          </w:rPr>
          <w:t>[2]</w:t>
        </w:r>
      </w:hyperlink>
      <w:r/>
    </w:p>
    <w:p>
      <w:pPr>
        <w:pStyle w:val="Heading2"/>
      </w:pPr>
      <w:r>
        <w:t>A colourful day planned for the whole community</w:t>
      </w:r>
      <w:r/>
    </w:p>
    <w:p>
      <w:r/>
      <w:r>
        <w:t xml:space="preserve">The event will continue beyond the march, with community stalls, entertainment in local pubs, a youth zone, family area and a quiet space. That mix should make the day feel less like a single procession and more like a welcoming community festival, where people can dip in and out at their own pace. </w:t>
      </w:r>
      <w:hyperlink r:id="rId11">
        <w:r>
          <w:rPr>
            <w:color w:val="0000EE"/>
            <w:u w:val="single"/>
          </w:rPr>
          <w:t>[6]</w:t>
        </w:r>
      </w:hyperlink>
      <w:r/>
    </w:p>
    <w:p>
      <w:r/>
      <w:r>
        <w:t xml:space="preserve">The quiet area is a particularly thoughtful touch. Pride can be lively and crowded, but not everyone enjoys noise, busy spaces or constant activity. Providing a calmer option makes the event more comfortable for children, families and anyone who needs a breather between the excitement. </w:t>
      </w:r>
      <w:hyperlink r:id="rId12">
        <w:r>
          <w:rPr>
            <w:color w:val="0000EE"/>
            <w:u w:val="single"/>
          </w:rPr>
          <w:t>[5]</w:t>
        </w:r>
      </w:hyperlink>
      <w:r/>
    </w:p>
    <w:p>
      <w:pPr>
        <w:pStyle w:val="Heading2"/>
      </w:pPr>
      <w:r>
        <w:t>Why visibility matters on a Scottish island</w:t>
      </w:r>
      <w:r/>
    </w:p>
    <w:p>
      <w:r/>
      <w:r>
        <w:t xml:space="preserve">Millport Pride chair Salena Bagley MBE has highlighted the support coming from residents, local businesses, organisations and public representatives. Her message is straightforward: visibility can help celebrate difference, challenge prejudice and bring people together in a place where everyone knows the importance of community. </w:t>
      </w:r>
      <w:hyperlink r:id="rId12">
        <w:r>
          <w:rPr>
            <w:color w:val="0000EE"/>
            <w:u w:val="single"/>
          </w:rPr>
          <w:t>[5]</w:t>
        </w:r>
      </w:hyperlink>
      <w:r/>
    </w:p>
    <w:p>
      <w:r/>
      <w:r>
        <w:t xml:space="preserve">Treasurer Pam Currie has also stressed the importance of holding Pride on Cumbrae itself. For young LGBTQ+ people in particular, a local event can offer a sense of belonging without requiring a journey to Glasgow or another major city. That may sound like a small change, but it can make support feel much more real. </w:t>
      </w:r>
      <w:hyperlink r:id="rId10">
        <w:r>
          <w:rPr>
            <w:color w:val="0000EE"/>
            <w:u w:val="single"/>
          </w:rPr>
          <w:t>[2]</w:t>
        </w:r>
      </w:hyperlink>
      <w:r/>
    </w:p>
    <w:p>
      <w:pPr>
        <w:pStyle w:val="Heading2"/>
      </w:pPr>
      <w:r>
        <w:t>A safer, more welcoming Pride for young people</w:t>
      </w:r>
      <w:r/>
    </w:p>
    <w:p>
      <w:r/>
      <w:r>
        <w:t xml:space="preserve">The programme's youth zone and family area suggest that organisers are thinking carefully about who needs to feel included. Pride isn't only for seasoned campaigners or visitors arriving in elaborate outfits. It can also be a first chance for a young person to see their identity treated openly and positively in their own neighbourhood. </w:t>
      </w:r>
      <w:hyperlink r:id="rId11">
        <w:r>
          <w:rPr>
            <w:color w:val="0000EE"/>
            <w:u w:val="single"/>
          </w:rPr>
          <w:t>[6]</w:t>
        </w:r>
      </w:hyperlink>
      <w:r/>
    </w:p>
    <w:p>
      <w:r/>
      <w:r>
        <w:t xml:space="preserve">Organisers have pointed to rising hostility and online abuse affecting LGBTQ+ people, which gives the event a serious purpose alongside its celebratory side. Scottish Greens co-leader Ross Greer has backed the festival and described Pride as both a celebration of diversity and a response to discrimination. </w:t>
      </w:r>
      <w:hyperlink r:id="rId12">
        <w:r>
          <w:rPr>
            <w:color w:val="0000EE"/>
            <w:u w:val="single"/>
          </w:rPr>
          <w:t>[5]</w:t>
        </w:r>
      </w:hyperlink>
      <w:r/>
    </w:p>
    <w:p>
      <w:pPr>
        <w:pStyle w:val="Heading2"/>
      </w:pPr>
      <w:r>
        <w:t>What visitors should know before travelling</w:t>
      </w:r>
      <w:r/>
    </w:p>
    <w:p>
      <w:r/>
      <w:r>
        <w:t xml:space="preserve">Anyone planning to attend should check the official Millport Pride information before setting off, particularly for ferry arrangements, timings and any changes to the programme. The march is expected to begin at Kames Bay and finish at the pier, so comfortable shoes and a little planning will make the day easier. </w:t>
      </w:r>
      <w:hyperlink r:id="rId11">
        <w:r>
          <w:rPr>
            <w:color w:val="0000EE"/>
            <w:u w:val="single"/>
          </w:rPr>
          <w:t>[6]</w:t>
        </w:r>
      </w:hyperlink>
      <w:r/>
    </w:p>
    <w:p>
      <w:r/>
      <w:r>
        <w:t xml:space="preserve">It'll also be worth allowing time to explore the stalls and local venues after the march. Millport's seaside setting gives the occasion a relaxed backdrop, while the island-wide support could help turn a first event into a lasting fixture in the local calendar. </w:t>
      </w:r>
      <w:hyperlink r:id="rId13">
        <w:r>
          <w:rPr>
            <w:color w:val="0000EE"/>
            <w:u w:val="single"/>
          </w:rPr>
          <w:t>[3]</w:t>
        </w:r>
      </w:hyperlink>
      <w:r/>
    </w:p>
    <w:p>
      <w:r/>
      <w:r>
        <w:t>A Pride celebration doesn't need a huge city skyline to make a big impression.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3">
        <w:r>
          <w:rPr>
            <w:color w:val="0000EE"/>
            <w:u w:val="single"/>
          </w:rPr>
          <w:t>[3]</w:t>
        </w:r>
      </w:hyperlink>
      <w:r>
        <w:t xml:space="preserve">- Paragraph 3: </w:t>
      </w:r>
      <w:hyperlink r:id="rId11">
        <w:r>
          <w:rPr>
            <w:color w:val="0000EE"/>
            <w:u w:val="single"/>
          </w:rPr>
          <w:t>[6]</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0">
        <w:r>
          <w:rPr>
            <w:color w:val="0000EE"/>
            <w:u w:val="single"/>
          </w:rPr>
          <w:t>[2]</w:t>
        </w:r>
      </w:hyperlink>
      <w:r>
        <w:t xml:space="preserve">- Paragraph 5: </w:t>
      </w:r>
      <w:hyperlink r:id="rId11">
        <w:r>
          <w:rPr>
            <w:color w:val="0000EE"/>
            <w:u w:val="single"/>
          </w:rPr>
          <w:t>[6]</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0">
        <w:r>
          <w:rPr>
            <w:color w:val="0000EE"/>
            <w:u w:val="single"/>
          </w:rPr>
          <w:t>[2]</w:t>
        </w:r>
      </w:hyperlink>
      <w:r>
        <w:t xml:space="preserve">- Paragraph 7: </w:t>
      </w:r>
      <w:hyperlink r:id="rId11">
        <w:r>
          <w:rPr>
            <w:color w:val="0000EE"/>
            <w:u w:val="single"/>
          </w:rPr>
          <w:t>[6]</w:t>
        </w:r>
      </w:hyperlink>
      <w:r>
        <w:t xml:space="preserve">, </w:t>
      </w:r>
      <w:hyperlink r:id="rId12">
        <w:r>
          <w:rPr>
            <w:color w:val="0000EE"/>
            <w:u w:val="single"/>
          </w:rPr>
          <w:t>[5]</w:t>
        </w:r>
      </w:hyperlink>
      <w:r>
        <w:t xml:space="preserve">- Paragraph 8: </w:t>
      </w:r>
      <w:hyperlink r:id="rId11">
        <w:r>
          <w:rPr>
            <w:color w:val="0000EE"/>
            <w:u w:val="single"/>
          </w:rPr>
          <w:t>[6]</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https://www.heraldscotland.com/news/26524499.scottish-seaside-town-prepares-host-first-ever-pride-march/?ref=rss</w:t>
        </w:r>
      </w:hyperlink>
      <w:r>
        <w:t xml:space="preserve"> - Please view link - unable to able to access data</w:t>
      </w:r>
      <w:r/>
    </w:p>
    <w:p>
      <w:pPr>
        <w:pStyle w:val="ListNumber"/>
        <w:spacing w:line="240" w:lineRule="auto"/>
        <w:ind w:left="720"/>
      </w:pPr>
      <w:r/>
      <w:hyperlink r:id="rId10">
        <w:r>
          <w:rPr>
            <w:color w:val="0000EE"/>
            <w:u w:val="single"/>
          </w:rPr>
          <w:t>https://www.seasideresortnews.co.uk/millport-prepares-for-first-ever-pride-march/</w:t>
        </w:r>
      </w:hyperlink>
      <w:r>
        <w:t xml:space="preserve"> - Millport, a seaside town on the Isle of Cumbrae, is preparing to host its inaugural Pride march on Saturday, September 12. The event will commence at Kames Bay and conclude at the pier, followed by community stalls at the Garrison, a youth zone, family area, quiet space, and entertainment in local pubs. Millport Pride chair Salena Bagley MBE expressed pride in the support from the community, local businesses, organisations, North Ayrshire Council, and elected representatives. She emphasised the importance of visibility and the opportunity to celebrate diversity, stand against LGBTQ+ discrimination, and bring people together for a fun, inclusive, family-friendly event. Treasurer Pam Currie highlighted the significance of celebrating Pride within the Millport community, noting the challenges faced by LGBTQ+ individuals, especially young people, in accessing events and community support. She called for building this right where they live, making it a great, colourful day for the island. Scottish Greens co-leader Ross Greer also lent his support, recognising the importance of Pride events in celebrating diversity and combating discrimination and hate. He expressed gratitude to the organisers for their efforts in bringing the event together and looked forward to its success.</w:t>
      </w:r>
      <w:r/>
    </w:p>
    <w:p>
      <w:pPr>
        <w:pStyle w:val="ListNumber"/>
        <w:spacing w:line="240" w:lineRule="auto"/>
        <w:ind w:left="720"/>
      </w:pPr>
      <w:r/>
      <w:hyperlink r:id="rId13">
        <w:r>
          <w:rPr>
            <w:color w:val="0000EE"/>
            <w:u w:val="single"/>
          </w:rPr>
          <w:t>https://www.gaycation.eu/united-kingdom/millport/events/millport-pride-2026</w:t>
        </w:r>
      </w:hyperlink>
      <w:r>
        <w:t xml:space="preserve"> - Millport Pride 2026 is the first Pride event held on the Isle of Cumbrae, a small island in the Firth of Clyde. The march assembles at Kames Bay and walks the seafront to Millport Pier, covering about a mile on flat ground. The Pride market runs at Garrison House on Glasgow Street with community stalls, and there is a separate space for people aged twelve to twenty-five at the Cumbrae Youth Project. A quiet space with level access sits close to the pier, and accessible toilets are at the Garrison. Pubs along the front run their own entertainment across the weekend. Getting there involves the Largs ferry and then the bus or a walk into town, so the sailings are worth checking before setting out.</w:t>
      </w:r>
      <w:r/>
    </w:p>
    <w:p>
      <w:pPr>
        <w:pStyle w:val="ListNumber"/>
        <w:spacing w:line="240" w:lineRule="auto"/>
        <w:ind w:left="720"/>
      </w:pPr>
      <w:r/>
      <w:hyperlink r:id="rId9">
        <w:r>
          <w:rPr>
            <w:color w:val="0000EE"/>
            <w:u w:val="single"/>
          </w:rPr>
          <w:t>https://www.gaycation.eu/gay-news/millport-pride-walks-from-kames-bay-to-the-pier-at-1230-on-12-september</w:t>
        </w:r>
      </w:hyperlink>
      <w:r>
        <w:t xml:space="preserve"> - Millport Pride is on Saturday 12 September 2026 on the Isle of Cumbrae, marking the island's first Pride event. The march assembles at Kames Bay from noon and sets off at 12:30. The route runs along the front from Kames Bay to Millport Pier, about a mile on flat ground and a walk of thirty to forty minutes at the pace it will go. It is a walking event: no floats, cars, buses or trailers take part, and vehicles brought over on the ferry have to be parked before anyone joins in. Aside from the trishaws, the procession is people on foot, wheelchair users and other things that are not driven. The Pride Market runs from 13:00 to 15:00 at Garrison House on Glasgow Street, in the middle of the town and about 400 metres from the pier, with community stalls and the youth zone in the same building. A quiet space is set up in the Cumbrae Forum Hub, roughly 100 metres from the pier. Both have level access and the accessible toilets are at the Garrison. The youth and families zones are staffed by North Ayrshire Council youth work staff, with the families area expecting parents and carers to stay with their children. Pubs along the front run their own entertainment, and nothing on this seafront is far from anything else. Getting there is the part worth planning. The ferry from Largs to Cumbrae Slip takes about ten minutes and runs every twenty, but vehicle space is first come, first served, so a car on Pride day means a queue. Buses meet the sailings for the four miles into Millport, and the slope up from the ferry to the bus stop is steep, more so at low tide. Millport Motors buses are wheelchair accessible and stop at Kames Bay, following the march route to their terminus at the pier. Largs is 56 minutes by train from Glasgow. The organisers ask people to watch the last sailing back rather than end up on the island overnight.</w:t>
      </w:r>
      <w:r/>
    </w:p>
    <w:p>
      <w:pPr>
        <w:pStyle w:val="ListNumber"/>
        <w:spacing w:line="240" w:lineRule="auto"/>
        <w:ind w:left="720"/>
      </w:pPr>
      <w:r/>
      <w:hyperlink r:id="rId12">
        <w:r>
          <w:rPr>
            <w:color w:val="0000EE"/>
            <w:u w:val="single"/>
          </w:rPr>
          <w:t>https://www.frontline.scot/news/pride-on-the-prom-millport-holds-its-first-lgbtq-festival/</w:t>
        </w:r>
      </w:hyperlink>
      <w:r>
        <w:t xml:space="preserve"> - Millport’s first Pride takes place on Saturday, 12 September, noon for 12.30pm. Assemble at Kames Bay beach shelter. The event aims to create safe, healthy alternatives for the LGBTQ+ community, especially for young people and trans individuals. The organisers emphasise the importance of queer spaces and the need to defend them. The article highlights the significance of Pride events in providing safe spaces for the LGBTQ+ community and the importance of defending these spaces.</w:t>
      </w:r>
      <w:r/>
    </w:p>
    <w:p>
      <w:pPr>
        <w:pStyle w:val="ListNumber"/>
        <w:spacing w:line="240" w:lineRule="auto"/>
        <w:ind w:left="720"/>
      </w:pPr>
      <w:r/>
      <w:hyperlink r:id="rId11">
        <w:r>
          <w:rPr>
            <w:color w:val="0000EE"/>
            <w:u w:val="single"/>
          </w:rPr>
          <w:t>https://www.millportpride.wixsite.com/millport-pride/PRIDE2026</w:t>
        </w:r>
      </w:hyperlink>
      <w:r>
        <w:t xml:space="preserve"> - Millport Pride March Information: Please note that our first-ever Millport Pride March will be a walking event only. Unfortunately, floats, cars, buses, trailers, and other vehicles will not be permitted as part of the parade. We encourage everyone to show their Pride by bringing family-friendly banners, flags, costumes, placards, and colourful accessories to help make the march a vibrant celebration. Participation in the Pride March is FREE, but all groups must register in advance to take part. For the safety of everyone attending, groups of six (6) or more must provide a designated Marshal. Your Volunteer Marshal should walk alongside your group throughout the march, helping to keep everyone together and ensuring the event runs safely and smoothly. March Assembling from 12noon and starting at 12.30pm. The march will start at Kames Bay and then goes along the front to the pier, it’s around a mile and is a flat, seafront route. Sign up your group via the form below to join the march. Cycling Without Age can provide trishaw rides for the march, making it an ideal way for anyone unable to walk to take part. If you’d like to arrange a ride, please get in touch with them directly to book: https://www.facebook.com/share/g/1CBrk3Yp2M/?mibextid=wwXIfr. Aside from the trishaws, the procession will be made up of pedestrians, wheelchair users and other non-motorised vehicles. PLEASE NOTE THAT FLOATS AND MOTORISED VEHICLES ARE NOT ALLOWED ON OUR MARCH. Cars, Buses etc are welcome on the island but must be parked in an official car park space before joining the march. There is ample parking around the start of the march. Millport Motors buses are wheelchair accessible and stop at Kames Bay, following the route of the march to their terminus at the pier. There is also on street parking at the end of the procession and at the Garrison. Be aware if bringing a car across that the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ation.eu/gay-news/millport-pride-walks-from-kames-bay-to-the-pier-at-1230-on-12-september" TargetMode="External"/><Relationship Id="rId10" Type="http://schemas.openxmlformats.org/officeDocument/2006/relationships/hyperlink" Target="https://www.seasideresortnews.co.uk/millport-prepares-for-first-ever-pride-march/" TargetMode="External"/><Relationship Id="rId11" Type="http://schemas.openxmlformats.org/officeDocument/2006/relationships/hyperlink" Target="https://www.millportpride.wixsite.com/millport-pride/PRIDE2026" TargetMode="External"/><Relationship Id="rId12" Type="http://schemas.openxmlformats.org/officeDocument/2006/relationships/hyperlink" Target="https://www.frontline.scot/news/pride-on-the-prom-millport-holds-its-first-lgbtq-festival/" TargetMode="External"/><Relationship Id="rId13" Type="http://schemas.openxmlformats.org/officeDocument/2006/relationships/hyperlink" Target="https://www.gaycation.eu/united-kingdom/millport/events/millport-pride-2026" TargetMode="External"/><Relationship Id="rId14" Type="http://schemas.openxmlformats.org/officeDocument/2006/relationships/hyperlink" Target="https://www.heraldscotland.com/news/26524499.scottish-seaside-town-prepares-host-first-ever-pride-march/?ref=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