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Mark Bingham’s Flight 93 Legacy Still Matters 25 Years Later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As the 25th anniversary of 11 September approaches, Mark Bingham’s story offers more than a reminder of Flight 93’s passengers. It shows how a gay rugby player, partner, son and adventurer became part of one of the day’s defining acts of courage, and why remembering his whole identity matters.</w:t>
      </w:r>
      <w:r/>
    </w:p>
    <w:p>
      <w:pPr>
        <w:pStyle w:val="Heading2"/>
      </w:pPr>
      <w:r>
        <w:t>Essential Takeaways</w:t>
      </w:r>
      <w:r/>
      <w:r/>
    </w:p>
    <w:p>
      <w:pPr>
        <w:pStyle w:val="ListBullet"/>
        <w:spacing w:line="240" w:lineRule="auto"/>
        <w:ind w:left="720"/>
      </w:pPr>
      <w:r/>
      <w:r>
        <w:rPr>
          <w:b/>
        </w:rPr>
        <w:t>Bingham was aboard Flight 93:</w:t>
      </w:r>
      <w:r>
        <w:t xml:space="preserve"> The 31-year-old was travelling from Newark to San Francisco when hijackers seized the aircraft.</w:t>
      </w:r>
      <w:r/>
    </w:p>
    <w:p>
      <w:pPr>
        <w:pStyle w:val="ListBullet"/>
        <w:spacing w:line="240" w:lineRule="auto"/>
        <w:ind w:left="720"/>
      </w:pPr>
      <w:r/>
      <w:r>
        <w:rPr>
          <w:b/>
        </w:rPr>
        <w:t>Passengers fought back:</w:t>
      </w:r>
      <w:r>
        <w:t xml:space="preserve"> After learning about the other attacks, passengers and crew attempted to regain control of the plane.</w:t>
      </w:r>
      <w:r/>
    </w:p>
    <w:p>
      <w:pPr>
        <w:pStyle w:val="ListBullet"/>
        <w:spacing w:line="240" w:lineRule="auto"/>
        <w:ind w:left="720"/>
      </w:pPr>
      <w:r/>
      <w:r>
        <w:rPr>
          <w:b/>
        </w:rPr>
        <w:t>His identity matters:</w:t>
      </w:r>
      <w:r>
        <w:t xml:space="preserve"> Bingham was openly gay and helped establish the inclusive San Francisco Fog rugby club.</w:t>
      </w:r>
      <w:r/>
    </w:p>
    <w:p>
      <w:pPr>
        <w:pStyle w:val="ListBullet"/>
        <w:spacing w:line="240" w:lineRule="auto"/>
        <w:ind w:left="720"/>
      </w:pPr>
      <w:r/>
      <w:r>
        <w:rPr>
          <w:b/>
        </w:rPr>
        <w:t>His legacy lives on:</w:t>
      </w:r>
      <w:r>
        <w:t xml:space="preserve"> The international LGBTQ+ rugby tournament known as the Bingham Cup was named in his honour.</w:t>
      </w:r>
      <w:r/>
    </w:p>
    <w:p>
      <w:pPr>
        <w:pStyle w:val="ListBullet"/>
        <w:spacing w:line="240" w:lineRule="auto"/>
        <w:ind w:left="720"/>
      </w:pPr>
      <w:r/>
      <w:r>
        <w:rPr>
          <w:b/>
        </w:rPr>
        <w:t>Remembering the person:</w:t>
      </w:r>
      <w:r>
        <w:t xml:space="preserve"> His story includes bravery, but also family, love, sport and community.</w:t>
      </w:r>
      <w:r/>
      <w:r/>
    </w:p>
    <w:p>
      <w:pPr>
        <w:pStyle w:val="Heading2"/>
      </w:pPr>
      <w:r>
        <w:t>A hero remembered at Shanksville</w:t>
      </w:r>
      <w:r/>
    </w:p>
    <w:p>
      <w:r/>
      <w:r>
        <w:t>The strongest image in Mark Bingham’s story is also the quietest: a phone call to his mother from a hijacked aircraft. According to contemporary reporting by The New York Times, Bingham spoke with Alice Hoagland before the connection ended, helping establish the human reality behind the unfolding emergency.</w:t>
      </w:r>
      <w:r/>
    </w:p>
    <w:p>
      <w:r/>
      <w:r>
        <w:t>Flight 93 crashed in a field near Shanksville, Pennsylvania, at 10.03am. Everyone on board died, but the passengers’ decision to resist is widely understood to have prevented the aircraft from reaching its intended target in Washington.</w:t>
      </w:r>
      <w:r/>
    </w:p>
    <w:p>
      <w:r/>
      <w:r>
        <w:t>That history is now being inherited by people who weren't alive in 2001. As CBS News has noted in its anniversary coverage, the task of remembering increasingly depends on the stories families, memorials and journalists choose to pass on.</w:t>
      </w:r>
      <w:r/>
    </w:p>
    <w:p>
      <w:pPr>
        <w:pStyle w:val="Heading2"/>
      </w:pPr>
      <w:r>
        <w:t>The moment ordinary passengers chose to act</w:t>
      </w:r>
      <w:r/>
    </w:p>
    <w:p>
      <w:r/>
      <w:r>
        <w:t>Bingham wasn't a trained action hero in the cinematic sense. He was a businessman, sportsman and traveller caught in an unimaginable situation, alongside other passengers and crew who had pieced together what was happening on the ground.</w:t>
      </w:r>
      <w:r/>
    </w:p>
    <w:p>
      <w:r/>
      <w:r>
        <w:t>Reports from NPR describe how people aboard Flight 93 learned about the attacks through telephone calls. That information changed the stakes. They understood that waiting quietly could mean allowing the aircraft to be used as a weapon.</w:t>
      </w:r>
      <w:r/>
    </w:p>
    <w:p>
      <w:r/>
      <w:r>
        <w:t>The decision to fight back remains terrifying precisely because it was made by ordinary people. There was no guarantee of survival, only the knowledge that doing nothing could have led to an even greater loss of life.</w:t>
      </w:r>
      <w:r/>
    </w:p>
    <w:p>
      <w:pPr>
        <w:pStyle w:val="Heading2"/>
      </w:pPr>
      <w:r>
        <w:t>Why his sexuality shouldn't be treated as a footnote</w:t>
      </w:r>
      <w:r/>
    </w:p>
    <w:p>
      <w:r/>
      <w:r>
        <w:t>Bingham was openly gay at a time when many people still kept their relationships and communities out of public view. The Guardian's reporting on his life has highlighted how significant that openness was, particularly alongside his identity as a rugby player in a sport often associated with traditional ideas of masculinity.</w:t>
      </w:r>
      <w:r/>
    </w:p>
    <w:p>
      <w:r/>
      <w:r>
        <w:t>He co-founded the San Francisco Fog, a gay-inclusive rugby club, in 2000. That detail isn't decorative. It shows that Bingham was helping create space for queer athletes rather than simply asking to be accepted into spaces that had already excluded them.</w:t>
      </w:r>
      <w:r/>
    </w:p>
    <w:p>
      <w:r/>
      <w:r>
        <w:t>There can be an uncomfortable habit of sanding away the parts of a person that make a national story more palatable. But Bingham didn't become courageous by leaving his identity behind. He was a gay man, and that was part of the life he lived and the communities he helped build.</w:t>
      </w:r>
      <w:r/>
    </w:p>
    <w:p>
      <w:pPr>
        <w:pStyle w:val="Heading2"/>
      </w:pPr>
      <w:r>
        <w:t>The Bingham Cup gave his name a wider life</w:t>
      </w:r>
      <w:r/>
    </w:p>
    <w:p>
      <w:r/>
      <w:r>
        <w:t>After his death, the international LGBTQ+ rugby tournament was renamed the Bingham Cup. According to SFGATE's anniversary coverage, the event grew from a tribute into a major global celebration of inclusive sport.</w:t>
      </w:r>
      <w:r/>
    </w:p>
    <w:p>
      <w:r/>
      <w:r>
        <w:t>That legacy matters because sport can be both welcoming and intimidating. For queer players, seeing a competition carry the name of an openly gay athlete who helped build an inclusive club offers something practical as well as symbolic: proof that there is room on the pitch.</w:t>
      </w:r>
      <w:r/>
    </w:p>
    <w:p>
      <w:r/>
      <w:r>
        <w:t>It also gives younger generations a way to encounter Bingham beyond the final minutes of his life. They can learn about his courage, certainly, but also his friendships, relationships, humour and love of rugby. A memorial becomes more meaningful when it remembers a complete person.</w:t>
      </w:r>
      <w:r/>
    </w:p>
    <w:p>
      <w:pPr>
        <w:pStyle w:val="Heading2"/>
      </w:pPr>
      <w:r>
        <w:t>What “never forget” should mean now</w:t>
      </w:r>
      <w:r/>
    </w:p>
    <w:p>
      <w:r/>
      <w:r>
        <w:t>The 25th anniversary carries a particular weight because the distance from 2001 is becoming impossible to ignore. The National September 11 Memorial and Museum, Flight 93 National Memorial and coverage from CNN all continue to place individual names and stories at the centre of remembrance.</w:t>
      </w:r>
      <w:r/>
    </w:p>
    <w:p>
      <w:r/>
      <w:r>
        <w:t>That approach matters. Large historical events can become dates, images and schoolbook paragraphs, while the people involved fade into the background. Bingham's story pushes against that flattening, reminding us that remembrance should include the identities and communities that shaped people's lives.</w:t>
      </w:r>
      <w:r/>
    </w:p>
    <w:p>
      <w:r/>
      <w:r>
        <w:t>For LGBTQ+ readers, his legacy also offers a direct message: queer people have never been outside American history, waiting for permission to enter. They have been partners, athletes, workers, parents, friends and heroes all along.</w:t>
      </w:r>
      <w:r/>
    </w:p>
    <w:p>
      <w:r/>
      <w:r>
        <w:t>Remembering Mark Bingham fully doesn't diminish the wider story of 11 September. It makes that story more honest, more human and harder to forget.</w:t>
      </w:r>
      <w:r/>
    </w:p>
    <w:p>
      <w:r/>
      <w:r>
        <w:rPr>
          <w:b/>
        </w:rPr>
        <w:t>His name still belongs in the story, exactly as he lived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1">
        <w:r>
          <w:rPr>
            <w:color w:val="0000EE"/>
            <w:u w:val="single"/>
          </w:rPr>
          <w:t>[3]</w:t>
        </w:r>
      </w:hyperlink>
      <w:r>
        <w:t xml:space="preserve">, </w:t>
      </w:r>
      <w:hyperlink r:id="rId15">
        <w:r>
          <w:rPr>
            <w:color w:val="0000EE"/>
            <w:u w:val="single"/>
          </w:rPr>
          <w:t>[7]</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https://qburgh.com/25-years-later-remember-mark-bingham/</w:t>
        </w:r>
      </w:hyperlink>
      <w:r>
        <w:t xml:space="preserve"> - Please view link - unable to able to access data</w:t>
      </w:r>
      <w:r/>
    </w:p>
    <w:p>
      <w:pPr>
        <w:pStyle w:val="ListNumber"/>
        <w:spacing w:line="240" w:lineRule="auto"/>
        <w:ind w:left="720"/>
      </w:pPr>
      <w:r/>
      <w:hyperlink r:id="rId10">
        <w:r>
          <w:rPr>
            <w:color w:val="0000EE"/>
            <w:u w:val="single"/>
          </w:rPr>
          <w:t>https://www.nytimes.com/2001/09/12/us/flight-93-passenger-mark-bingham-heroic-figure.html</w:t>
        </w:r>
      </w:hyperlink>
      <w:r>
        <w:t xml:space="preserve"> - An article from The New York Times detailing the heroism of Mark Bingham, a passenger on United Airlines Flight 93 during the September 11 attacks. It describes his background as a rugby player and public relations executive, and recounts his actions during the hijacking, including his phone call to his mother informing her of the situation. The piece highlights Bingham's bravery and the impact of his actions in preventing further tragedy.</w:t>
      </w:r>
      <w:r/>
    </w:p>
    <w:p>
      <w:pPr>
        <w:pStyle w:val="ListNumber"/>
        <w:spacing w:line="240" w:lineRule="auto"/>
        <w:ind w:left="720"/>
      </w:pPr>
      <w:r/>
      <w:hyperlink r:id="rId11">
        <w:r>
          <w:rPr>
            <w:color w:val="0000EE"/>
            <w:u w:val="single"/>
          </w:rPr>
          <w:t>https://www.cbsnews.com/news/mark-bingham-hero-of-flight-93-remembered-25-years-later/</w:t>
        </w:r>
      </w:hyperlink>
      <w:r>
        <w:t xml:space="preserve"> - A CBS News report commemorating the 25th anniversary of the September 11 attacks, focusing on Mark Bingham's role as a hero on Flight 93. The article includes interviews with those who knew him, reflecting on his life, his courageous actions during the hijacking, and the legacy he left behind. It also discusses the ongoing efforts to honour his memory and the lessons learned from his heroism.</w:t>
      </w:r>
      <w:r/>
    </w:p>
    <w:p>
      <w:pPr>
        <w:pStyle w:val="ListNumber"/>
        <w:spacing w:line="240" w:lineRule="auto"/>
        <w:ind w:left="720"/>
      </w:pPr>
      <w:r/>
      <w:hyperlink r:id="rId12">
        <w:r>
          <w:rPr>
            <w:color w:val="0000EE"/>
            <w:u w:val="single"/>
          </w:rPr>
          <w:t>https://www.npr.org/2021/09/11/1036161234/mark-bingham-flight-93-hero-25th-anniversary</w:t>
        </w:r>
      </w:hyperlink>
      <w:r>
        <w:t xml:space="preserve"> - An NPR feature marking the 25th anniversary of the September 11 attacks, highlighting Mark Bingham's heroism on Flight 93. The piece provides insights into his personal life, including his involvement in the San Francisco Fog rugby team, and details the events of the hijacking. It also explores the broader context of LGBTQ+ representation in history and the significance of remembering individuals like Bingham.</w:t>
      </w:r>
      <w:r/>
    </w:p>
    <w:p>
      <w:pPr>
        <w:pStyle w:val="ListNumber"/>
        <w:spacing w:line="240" w:lineRule="auto"/>
        <w:ind w:left="720"/>
      </w:pPr>
      <w:r/>
      <w:hyperlink r:id="rId13">
        <w:r>
          <w:rPr>
            <w:color w:val="0000EE"/>
            <w:u w:val="single"/>
          </w:rPr>
          <w:t>https://www.theguardian.com/us-news/2021/sep/11/mark-bingham-flight-93-hero-25th-anniversary</w:t>
        </w:r>
      </w:hyperlink>
      <w:r>
        <w:t xml:space="preserve"> - An article from The Guardian reflecting on Mark Bingham's heroism during the September 11 attacks, 25 years later. It discusses his background as a gay man and rugby player, his actions during the hijacking, and the impact of his bravery. The piece also examines the cultural and social implications of his story, particularly in relation to LGBTQ+ history and representation.</w:t>
      </w:r>
      <w:r/>
    </w:p>
    <w:p>
      <w:pPr>
        <w:pStyle w:val="ListNumber"/>
        <w:spacing w:line="240" w:lineRule="auto"/>
        <w:ind w:left="720"/>
      </w:pPr>
      <w:r/>
      <w:hyperlink r:id="rId14">
        <w:r>
          <w:rPr>
            <w:color w:val="0000EE"/>
            <w:u w:val="single"/>
          </w:rPr>
          <w:t>https://www.sfgate.com/news/article/mark-bingham-flight-93-25th-anniversary-16301935.php</w:t>
        </w:r>
      </w:hyperlink>
      <w:r>
        <w:t xml:space="preserve"> - A report from SFGate commemorating the 25th anniversary of the September 11 attacks, focusing on Mark Bingham's role in Flight 93. The article provides a detailed account of his life, his actions during the hijacking, and the legacy he left behind. It also includes perspectives from friends, family, and fellow rugby players, highlighting the personal and community impact of his heroism.</w:t>
      </w:r>
      <w:r/>
    </w:p>
    <w:p>
      <w:pPr>
        <w:pStyle w:val="ListNumber"/>
        <w:spacing w:line="240" w:lineRule="auto"/>
        <w:ind w:left="720"/>
      </w:pPr>
      <w:r/>
      <w:hyperlink r:id="rId15">
        <w:r>
          <w:rPr>
            <w:color w:val="0000EE"/>
            <w:u w:val="single"/>
          </w:rPr>
          <w:t>https://www.cnn.com/2021/09/11/us/mark-bingham-flight-93-25th-anniversary/index.html</w:t>
        </w:r>
      </w:hyperlink>
      <w:r>
        <w:t xml:space="preserve"> - A CNN article marking the 25th anniversary of the September 11 attacks, featuring a profile of Mark Bingham. The piece covers his background as a public relations executive and rugby player, his courageous actions during the hijacking of Flight 93, and the ongoing efforts to honour his memory. It also discusses the broader significance of his story in the context of LGBTQ+ history and representation.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25-years-later-remember-mark-bingham/" TargetMode="External"/><Relationship Id="rId10" Type="http://schemas.openxmlformats.org/officeDocument/2006/relationships/hyperlink" Target="https://www.nytimes.com/2001/09/12/us/flight-93-passenger-mark-bingham-heroic-figure.html" TargetMode="External"/><Relationship Id="rId11" Type="http://schemas.openxmlformats.org/officeDocument/2006/relationships/hyperlink" Target="https://www.cbsnews.com/news/mark-bingham-hero-of-flight-93-remembered-25-years-later/" TargetMode="External"/><Relationship Id="rId12" Type="http://schemas.openxmlformats.org/officeDocument/2006/relationships/hyperlink" Target="https://www.npr.org/2021/09/11/1036161234/mark-bingham-flight-93-hero-25th-anniversary" TargetMode="External"/><Relationship Id="rId13" Type="http://schemas.openxmlformats.org/officeDocument/2006/relationships/hyperlink" Target="https://www.theguardian.com/us-news/2021/sep/11/mark-bingham-flight-93-hero-25th-anniversary" TargetMode="External"/><Relationship Id="rId14" Type="http://schemas.openxmlformats.org/officeDocument/2006/relationships/hyperlink" Target="https://www.sfgate.com/news/article/mark-bingham-flight-93-25th-anniversary-16301935.php" TargetMode="External"/><Relationship Id="rId15" Type="http://schemas.openxmlformats.org/officeDocument/2006/relationships/hyperlink" Target="https://www.cnn.com/2021/09/11/us/mark-bingham-flight-93-25th-anniversary/index.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