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Layla Taylor bisexual coming-out story offers a message of self-acceptance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Layla Taylor is opening up about coming out as bisexual, her relationship with Kelsie Chesser and the support she hopes to offer others. The Secret Lives of Mormon Wives star says living more honestly has brought relief, even as she navigates biphobia, parenting and her ongoing focus on mental wellbeing.</w:t>
      </w:r>
      <w:r/>
    </w:p>
    <w:p>
      <w:pPr>
        <w:pStyle w:val="Heading2"/>
      </w:pPr>
      <w:r>
        <w:t>Essential Takeaways</w:t>
      </w:r>
      <w:r/>
      <w:r/>
    </w:p>
    <w:p>
      <w:pPr>
        <w:pStyle w:val="ListBullet"/>
        <w:spacing w:line="240" w:lineRule="auto"/>
        <w:ind w:left="720"/>
      </w:pPr>
      <w:r/>
      <w:r>
        <w:rPr>
          <w:b/>
        </w:rPr>
        <w:t>A personal decision:</w:t>
      </w:r>
      <w:r>
        <w:t xml:space="preserve"> Taylor said she came out to help young people and adults who may be frightened to share their identity.</w:t>
      </w:r>
      <w:r/>
    </w:p>
    <w:p>
      <w:pPr>
        <w:pStyle w:val="ListBullet"/>
        <w:spacing w:line="240" w:lineRule="auto"/>
        <w:ind w:left="720"/>
      </w:pPr>
      <w:r/>
      <w:r>
        <w:rPr>
          <w:b/>
        </w:rPr>
        <w:t>New relationship:</w:t>
      </w:r>
      <w:r>
        <w:t xml:space="preserve"> She is dating TikTok creator Kelsie Chesser, whom she reportedly first contacted through direct messages.</w:t>
      </w:r>
      <w:r/>
    </w:p>
    <w:p>
      <w:pPr>
        <w:pStyle w:val="ListBullet"/>
        <w:spacing w:line="240" w:lineRule="auto"/>
        <w:ind w:left="720"/>
      </w:pPr>
      <w:r/>
      <w:r>
        <w:rPr>
          <w:b/>
        </w:rPr>
        <w:t>Family life:</w:t>
      </w:r>
      <w:r>
        <w:t xml:space="preserve"> Taylor has introduced Chesser to her two young sons.</w:t>
      </w:r>
      <w:r/>
    </w:p>
    <w:p>
      <w:pPr>
        <w:pStyle w:val="ListBullet"/>
        <w:spacing w:line="240" w:lineRule="auto"/>
        <w:ind w:left="720"/>
      </w:pPr>
      <w:r/>
      <w:r>
        <w:rPr>
          <w:b/>
        </w:rPr>
        <w:t>A difficult reality:</w:t>
      </w:r>
      <w:r>
        <w:t xml:space="preserve"> She has faced comments dismissing bisexuality as a phase, highlighting the biphobia that many people still encounter.</w:t>
      </w:r>
      <w:r/>
    </w:p>
    <w:p>
      <w:pPr>
        <w:pStyle w:val="ListBullet"/>
        <w:spacing w:line="240" w:lineRule="auto"/>
        <w:ind w:left="720"/>
      </w:pPr>
      <w:r/>
      <w:r>
        <w:rPr>
          <w:b/>
        </w:rPr>
        <w:t>Wellbeing remains central:</w:t>
      </w:r>
      <w:r>
        <w:t xml:space="preserve"> The reality star is also working on her relationship with food, body image and her mental health.</w:t>
      </w:r>
      <w:r/>
      <w:r/>
    </w:p>
    <w:p>
      <w:pPr>
        <w:pStyle w:val="Heading2"/>
      </w:pPr>
      <w:r>
        <w:t>Layla Taylor says honesty mattered more than judgement</w:t>
      </w:r>
      <w:r/>
    </w:p>
    <w:p>
      <w:r/>
      <w:r>
        <w:t>The strongest thread in Taylor's account is less about celebrity revelation and more about timing. Speaking to PEOPLE, she explained that she wanted her experience to reach people who might still be hiding their sexuality, particularly those worried about how friends, relatives or wider society could respond.</w:t>
      </w:r>
      <w:r/>
    </w:p>
    <w:p>
      <w:r/>
      <w:r>
        <w:t>That motivation gives the story a wider emotional pull. Coming out isn't a single, universal experience, and Taylor's comments recognise that some people need time, privacy and safety before they can speak openly. Her message is simple, but meaningful: nobody else should get to dictate the pace of someone else's identity.</w:t>
      </w:r>
      <w:r/>
    </w:p>
    <w:p>
      <w:r/>
      <w:r>
        <w:t xml:space="preserve">She also reflected that she wishes she'd spent less time fearing other people's opinions. It's a familiar regret, but an understandable one, especially when public scrutiny turns a private realisation into a talking point. According to E! News, her announcement quickly became a subject of conversation among her Mormon Wives co-stars. </w:t>
      </w:r>
      <w:hyperlink r:id="rId9">
        <w:r>
          <w:rPr>
            <w:color w:val="0000EE"/>
            <w:u w:val="single"/>
          </w:rPr>
          <w:t>[2]</w:t>
        </w:r>
      </w:hyperlink>
      <w:r/>
    </w:p>
    <w:p>
      <w:pPr>
        <w:pStyle w:val="Heading2"/>
      </w:pPr>
      <w:r>
        <w:t>The reality star is pushing back against biphobia</w:t>
      </w:r>
      <w:r/>
    </w:p>
    <w:p>
      <w:r/>
      <w:r>
        <w:t>Taylor said she was surprised by the hostility and assumptions she encountered after coming out. Some people questioned whether she was genuinely bisexual or suggested she would eventually return to dating men, comments she described as hurtful and intrusive.</w:t>
      </w:r>
      <w:r/>
    </w:p>
    <w:p>
      <w:r/>
      <w:r>
        <w:t>That reaction points to a persistent misunderstanding of bisexuality. Attraction to more than one gender isn't a temporary stop on the way to another label, nor does a person's current partner cancel out their identity. As Taylor put it in her interview, people should be allowed to work out their relationships for themselves.</w:t>
      </w:r>
      <w:r/>
    </w:p>
    <w:p>
      <w:r/>
      <w:r>
        <w:t xml:space="preserve">It may sound obvious, yet public figures are still routinely asked to defend deeply personal choices. Coverage from Cosmopolitan and E! News shows how Taylor's co-stars responded to the news, adding another layer to the conversation around visibility and acceptance. </w:t>
      </w:r>
      <w:hyperlink r:id="rId10">
        <w:r>
          <w:rPr>
            <w:color w:val="0000EE"/>
            <w:u w:val="single"/>
          </w:rPr>
          <w:t>[6]</w:t>
        </w:r>
      </w:hyperlink>
      <w:r/>
    </w:p>
    <w:p>
      <w:pPr>
        <w:pStyle w:val="Heading2"/>
      </w:pPr>
      <w:r>
        <w:t>Taylor has introduced Kelsie Chesser to her sons</w:t>
      </w:r>
      <w:r/>
    </w:p>
    <w:p>
      <w:r/>
      <w:r>
        <w:t>Taylor's relationship with Kelsie Chesser has also become part of her public story. Reports say the pair are dating after Taylor made the first move online, sliding into Chesser's direct messages to find out whether she was interested in women.</w:t>
      </w:r>
      <w:r/>
    </w:p>
    <w:p>
      <w:r/>
      <w:r>
        <w:t>The relationship has progressed to the point where Taylor has introduced Chesser to her two young sons. She said her children are at an age where they don't appear to have absorbed a rigid idea that relationships must only involve a man and a woman.</w:t>
      </w:r>
      <w:r/>
    </w:p>
    <w:p>
      <w:r/>
      <w:r>
        <w:t xml:space="preserve">That approach feels refreshingly grounded. Rather than presenting a complicated explanation, Taylor appears focused on giving her children a straightforward understanding that families and relationships can look different. Just Jared reported on the couple's relationship and later covered Taylor's social media soft launch of Chesser. </w:t>
      </w:r>
      <w:hyperlink r:id="rId11">
        <w:r>
          <w:rPr>
            <w:color w:val="0000EE"/>
            <w:u w:val="single"/>
          </w:rPr>
          <w:t>[3]</w:t>
        </w:r>
      </w:hyperlink>
      <w:r/>
    </w:p>
    <w:p>
      <w:pPr>
        <w:pStyle w:val="Heading2"/>
      </w:pPr>
      <w:r>
        <w:t>Why the coming-out story matters beyond the show</w:t>
      </w:r>
      <w:r/>
    </w:p>
    <w:p>
      <w:r/>
      <w:r>
        <w:t>Taylor's comments arrive as The Secret Lives of Mormon Wives continues to attract attention for its mix of friendship drama, faith, relationships and personal change. Her coming-out journey adds a more intimate dimension to the series, particularly as viewers watch her move beyond a previous relationship and rethink what she wants.</w:t>
      </w:r>
      <w:r/>
    </w:p>
    <w:p>
      <w:r/>
      <w:r>
        <w:t>There is also a useful distinction between visibility and performance. A reality television personality may share parts of her life with an audience, but that doesn't mean viewers are entitled to every answer or detail. Taylor's point that people should be allowed to date who they want, without outside interrogation, is worth remembering even in a culture built around commentary.</w:t>
      </w:r>
      <w:r/>
    </w:p>
    <w:p>
      <w:r/>
      <w:r>
        <w:t xml:space="preserve">The wider coverage from TMZ and Just Jared placed the announcement in the context of Taylor confirming her bisexuality and dating a woman. </w:t>
      </w:r>
      <w:hyperlink r:id="rId12">
        <w:r>
          <w:rPr>
            <w:color w:val="0000EE"/>
            <w:u w:val="single"/>
          </w:rPr>
          <w:t>[4]</w:t>
        </w:r>
      </w:hyperlink>
      <w:r/>
    </w:p>
    <w:p>
      <w:pPr>
        <w:pStyle w:val="Heading2"/>
      </w:pPr>
      <w:r>
        <w:t>Taylor is prioritising mental and physical wellbeing</w:t>
      </w:r>
      <w:r/>
    </w:p>
    <w:p>
      <w:r/>
      <w:r>
        <w:t>Alongside her sexuality and relationship, Taylor has spoken about recovering from an eating disorder and building a healthier relationship with her body and food. She said maintaining the right mental headspace was especially important while entering a modelling environment, where appearance can attract relentless criticism.</w:t>
      </w:r>
      <w:r/>
    </w:p>
    <w:p>
      <w:r/>
      <w:r>
        <w:t>That disclosure adds another layer to the story. Coming out may be the headline, but wellbeing isn't a neat before-and-after transformation. Taylor is still working through self-image, public judgement and the pressure of being discussed online, all while raising two children and appearing on a popular reality programme.</w:t>
      </w:r>
      <w:r/>
    </w:p>
    <w:p>
      <w:r/>
      <w:r>
        <w:t xml:space="preserve">Her story is therefore less about reaching a perfect endpoint and more about making room for a fuller, more honest life. For viewers, that may be the most resonant part of all. </w:t>
      </w:r>
      <w:hyperlink r:id="rId13">
        <w:r>
          <w:rPr>
            <w:color w:val="0000EE"/>
            <w:u w:val="single"/>
          </w:rPr>
          <w:t>[5]</w:t>
        </w:r>
      </w:hyperlink>
      <w:r/>
    </w:p>
    <w:p>
      <w:r/>
      <w:r>
        <w:t>Taylor's message is clear: live honestly, love freely and let other people manage their own assumptions.</w:t>
      </w:r>
      <w:r/>
    </w:p>
    <w:p>
      <w:pPr>
        <w:pStyle w:val="Heading3"/>
      </w:pPr>
      <w:r>
        <w:t>Source Reference Map</w:t>
      </w:r>
      <w:r/>
    </w:p>
    <w:p>
      <w:r/>
      <w:r>
        <w:rPr>
          <w:b/>
        </w:rPr>
        <w:t>Story idea inspired by:</w:t>
      </w:r>
      <w:r>
        <w:t xml:space="preserve"> </w:t>
      </w:r>
      <w:hyperlink r:id="rId14">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2">
        <w:r>
          <w:rPr>
            <w:color w:val="0000EE"/>
            <w:u w:val="single"/>
          </w:rPr>
          <w:t>[4]</w:t>
        </w:r>
      </w:hyperlink>
      <w:r>
        <w:t xml:space="preserve">- Paragraph 2: </w:t>
      </w:r>
      <w:hyperlink r:id="rId11">
        <w:r>
          <w:rPr>
            <w:color w:val="0000EE"/>
            <w:u w:val="single"/>
          </w:rPr>
          <w:t>[3]</w:t>
        </w:r>
      </w:hyperlink>
      <w:r>
        <w:t xml:space="preserve">, </w:t>
      </w:r>
      <w:hyperlink r:id="rId10">
        <w:r>
          <w:rPr>
            <w:color w:val="0000EE"/>
            <w:u w:val="single"/>
          </w:rPr>
          <w:t>[6]</w:t>
        </w:r>
      </w:hyperlink>
      <w:r>
        <w:t xml:space="preserve">- Paragraph 3: </w:t>
      </w:r>
      <w:hyperlink r:id="rId13">
        <w:r>
          <w:rPr>
            <w:color w:val="0000EE"/>
            <w:u w:val="single"/>
          </w:rPr>
          <w:t>[5]</w:t>
        </w:r>
      </w:hyperlink>
      <w:r>
        <w:t xml:space="preserve">, </w:t>
      </w:r>
      <w:hyperlink r:id="rId15">
        <w:r>
          <w:rPr>
            <w:color w:val="0000EE"/>
            <w:u w:val="single"/>
          </w:rPr>
          <w:t>[7]</w:t>
        </w:r>
      </w:hyperlink>
      <w:r>
        <w:t xml:space="preserve">- Paragraph 4: </w:t>
      </w:r>
      <w:hyperlink r:id="rId9">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14">
        <w:r>
          <w:rPr>
            <w:color w:val="0000EE"/>
            <w:u w:val="single"/>
          </w:rPr>
          <w:t>https://theblast.com/849006/slomw-star-layla-taylor-shares-why-chose-come-out-bisexual/</w:t>
        </w:r>
      </w:hyperlink>
      <w:r>
        <w:t xml:space="preserve"> - Please view link - unable to able to access data</w:t>
      </w:r>
      <w:r/>
    </w:p>
    <w:p>
      <w:pPr>
        <w:pStyle w:val="ListNumber"/>
        <w:spacing w:line="240" w:lineRule="auto"/>
        <w:ind w:left="720"/>
      </w:pPr>
      <w:r/>
      <w:hyperlink r:id="rId9">
        <w:r>
          <w:rPr>
            <w:color w:val="0000EE"/>
            <w:u w:val="single"/>
          </w:rPr>
          <w:t>https://www.tmz.com/2026/06/29/layla-taylor-comes-out-as-bisexual/</w:t>
        </w:r>
      </w:hyperlink>
      <w:r>
        <w:t xml:space="preserve"> - Layla Taylor, star of 'The Secret Lives of Mormon Wives', publicly came out as bisexual during an appearance on the 'On Purpose With Jay Shetty' podcast. She revealed she is dating a woman and discussed her previous uncertainty about her sexuality, stating she didn't know if it was just a phase. Taylor also mentioned that her castmates were unaware of her sexuality prior to the podcast. (</w:t>
      </w:r>
      <w:hyperlink r:id="rId16">
        <w:r>
          <w:rPr>
            <w:color w:val="0000EE"/>
            <w:u w:val="single"/>
          </w:rPr>
          <w:t>tmz.com</w:t>
        </w:r>
      </w:hyperlink>
      <w:r>
        <w:t>)</w:t>
      </w:r>
      <w:r/>
    </w:p>
    <w:p>
      <w:pPr>
        <w:pStyle w:val="ListNumber"/>
        <w:spacing w:line="240" w:lineRule="auto"/>
        <w:ind w:left="720"/>
      </w:pPr>
      <w:r/>
      <w:hyperlink r:id="rId11">
        <w:r>
          <w:rPr>
            <w:color w:val="0000EE"/>
            <w:u w:val="single"/>
          </w:rPr>
          <w:t>https://www.justjared.com/2026/06/29/secret-lives-of-mormon-wives-layla-taylor-comes-out-as-bisexual-confirms-shes-now-dating-a-woman/</w:t>
        </w:r>
      </w:hyperlink>
      <w:r>
        <w:t xml:space="preserve"> - Layla Taylor, 25, from 'The Secret Lives of Mormon Wives', came out as bisexual and confirmed she is currently dating a woman. In her podcast interview, she shared her struggles with fitting in during her childhood and the lack of queer representation, which led her to suppress her feelings until recently embracing her authentic self. (</w:t>
      </w:r>
      <w:hyperlink r:id="rId17">
        <w:r>
          <w:rPr>
            <w:color w:val="0000EE"/>
            <w:u w:val="single"/>
          </w:rPr>
          <w:t>justjared.com</w:t>
        </w:r>
      </w:hyperlink>
      <w:r>
        <w:t>)</w:t>
      </w:r>
      <w:r/>
    </w:p>
    <w:p>
      <w:pPr>
        <w:pStyle w:val="ListNumber"/>
        <w:spacing w:line="240" w:lineRule="auto"/>
        <w:ind w:left="720"/>
      </w:pPr>
      <w:r/>
      <w:hyperlink r:id="rId12">
        <w:r>
          <w:rPr>
            <w:color w:val="0000EE"/>
            <w:u w:val="single"/>
          </w:rPr>
          <w:t>https://www.eonline.com/ca/news/1433435/secret-lives-of-mormon-wives-layla-taylor-comes-out-as-bisexual</w:t>
        </w:r>
      </w:hyperlink>
      <w:r>
        <w:t xml:space="preserve"> - Layla Taylor, star of 'The Secret Lives of Mormon Wives', publicly came out as bisexual during an interview on the 'On Purpose With Jay Shetty' podcast. She revealed she is dating a woman following her breakup with Mason McWhorter. Taylor also discussed her upbringing in a Mormon community and the challenges she faced in expressing her attraction to both sexes. (</w:t>
      </w:r>
      <w:hyperlink r:id="rId18">
        <w:r>
          <w:rPr>
            <w:color w:val="0000EE"/>
            <w:u w:val="single"/>
          </w:rPr>
          <w:t>eonline.com</w:t>
        </w:r>
      </w:hyperlink>
      <w:r>
        <w:t>)</w:t>
      </w:r>
      <w:r/>
    </w:p>
    <w:p>
      <w:pPr>
        <w:pStyle w:val="ListNumber"/>
        <w:spacing w:line="240" w:lineRule="auto"/>
        <w:ind w:left="720"/>
      </w:pPr>
      <w:r/>
      <w:hyperlink r:id="rId13">
        <w:r>
          <w:rPr>
            <w:color w:val="0000EE"/>
            <w:u w:val="single"/>
          </w:rPr>
          <w:t>https://www.justjared.com/2026/07/09/secret-lives-of-mormon-wives-star-layla-taylor-soft-launches-girlfriend-after-coming-out-as-bisexual/</w:t>
        </w:r>
      </w:hyperlink>
      <w:r>
        <w:t xml:space="preserve"> - After coming out as bisexual, Layla Taylor shared a video on Instagram hinting at her new relationship with a woman. In the video, she is seen holding hands with another woman, who remains off-camera, and captioned it: 'I'm dating a woman now'. (</w:t>
      </w:r>
      <w:hyperlink r:id="rId19">
        <w:r>
          <w:rPr>
            <w:color w:val="0000EE"/>
            <w:u w:val="single"/>
          </w:rPr>
          <w:t>justjared.com</w:t>
        </w:r>
      </w:hyperlink>
      <w:r>
        <w:t>)</w:t>
      </w:r>
      <w:r/>
    </w:p>
    <w:p>
      <w:pPr>
        <w:pStyle w:val="ListNumber"/>
        <w:spacing w:line="240" w:lineRule="auto"/>
        <w:ind w:left="720"/>
      </w:pPr>
      <w:r/>
      <w:hyperlink r:id="rId10">
        <w:r>
          <w:rPr>
            <w:color w:val="0000EE"/>
            <w:u w:val="single"/>
          </w:rPr>
          <w:t>https://www.eonline.com/ca/news/1433490/layla-taylors-mormon-wives-costars-react-to-her-coming-out-as-bisexual</w:t>
        </w:r>
      </w:hyperlink>
      <w:r>
        <w:t xml:space="preserve"> - Following Layla Taylor's coming out as bisexual, her 'Secret Lives of Mormon Wives' castmates expressed support on social media. Jennifer Affleck praised Taylor for living her truth, while Mikayla Matthews and Miranda Hope shared messages of love and encouragement. (</w:t>
      </w:r>
      <w:hyperlink r:id="rId20">
        <w:r>
          <w:rPr>
            <w:color w:val="0000EE"/>
            <w:u w:val="single"/>
          </w:rPr>
          <w:t>eonline.com</w:t>
        </w:r>
      </w:hyperlink>
      <w:r>
        <w:t>)</w:t>
      </w:r>
      <w:r/>
    </w:p>
    <w:p>
      <w:pPr>
        <w:pStyle w:val="ListNumber"/>
        <w:spacing w:line="240" w:lineRule="auto"/>
        <w:ind w:left="720"/>
      </w:pPr>
      <w:r/>
      <w:hyperlink r:id="rId15">
        <w:r>
          <w:rPr>
            <w:color w:val="0000EE"/>
            <w:u w:val="single"/>
          </w:rPr>
          <w:t>https://www.cosmopolitan.com/entertainment/tv/a71773265/slomw-cast-reacts-layla-taylor-coming-out-bisexual/</w:t>
        </w:r>
      </w:hyperlink>
      <w:r>
        <w:t xml:space="preserve"> - After Layla Taylor came out as bisexual, her 'Secret Lives of Mormon Wives' castmates, including Jennifer Affleck, Mikayla Matthews, and Miranda Hope, expressed support on social media. Taylor had previously discussed her struggles with fitting in during her childhood and the lack of queer representation, which led her to suppress her feelings until recently embracing her authentic self. (</w:t>
      </w:r>
      <w:hyperlink r:id="rId21">
        <w:r>
          <w:rPr>
            <w:color w:val="0000EE"/>
            <w:u w:val="single"/>
          </w:rPr>
          <w:t>cosmopolitan.com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mz.com/2026/06/29/layla-taylor-comes-out-as-bisexual/" TargetMode="External"/><Relationship Id="rId10" Type="http://schemas.openxmlformats.org/officeDocument/2006/relationships/hyperlink" Target="https://www.eonline.com/ca/news/1433490/layla-taylors-mormon-wives-costars-react-to-her-coming-out-as-bisexual" TargetMode="External"/><Relationship Id="rId11" Type="http://schemas.openxmlformats.org/officeDocument/2006/relationships/hyperlink" Target="https://www.justjared.com/2026/06/29/secret-lives-of-mormon-wives-layla-taylor-comes-out-as-bisexual-confirms-shes-now-dating-a-woman/" TargetMode="External"/><Relationship Id="rId12" Type="http://schemas.openxmlformats.org/officeDocument/2006/relationships/hyperlink" Target="https://www.eonline.com/ca/news/1433435/secret-lives-of-mormon-wives-layla-taylor-comes-out-as-bisexual" TargetMode="External"/><Relationship Id="rId13" Type="http://schemas.openxmlformats.org/officeDocument/2006/relationships/hyperlink" Target="https://www.justjared.com/2026/07/09/secret-lives-of-mormon-wives-star-layla-taylor-soft-launches-girlfriend-after-coming-out-as-bisexual/" TargetMode="External"/><Relationship Id="rId14" Type="http://schemas.openxmlformats.org/officeDocument/2006/relationships/hyperlink" Target="https://theblast.com/849006/slomw-star-layla-taylor-shares-why-chose-come-out-bisexual/" TargetMode="External"/><Relationship Id="rId15" Type="http://schemas.openxmlformats.org/officeDocument/2006/relationships/hyperlink" Target="https://www.cosmopolitan.com/entertainment/tv/a71773265/slomw-cast-reacts-layla-taylor-coming-out-bisexual/" TargetMode="External"/><Relationship Id="rId16" Type="http://schemas.openxmlformats.org/officeDocument/2006/relationships/hyperlink" Target="https://www.tmz.com/2026/06/29/layla-taylor-comes-out-as-bisexual/?utm_source=openai" TargetMode="External"/><Relationship Id="rId17" Type="http://schemas.openxmlformats.org/officeDocument/2006/relationships/hyperlink" Target="https://www.justjared.com/2026/06/29/secret-lives-of-mormon-wives-layla-taylor-comes-out-as-bisexual-confirms-shes-now-dating-a-woman/?utm_source=openai" TargetMode="External"/><Relationship Id="rId18" Type="http://schemas.openxmlformats.org/officeDocument/2006/relationships/hyperlink" Target="https://www.eonline.com/ca/news/1433435/secret-lives-of-mormon-wives-layla-taylor-comes-out-as-bisexual?utm_source=openai" TargetMode="External"/><Relationship Id="rId19" Type="http://schemas.openxmlformats.org/officeDocument/2006/relationships/hyperlink" Target="https://www.justjared.com/2026/07/09/secret-lives-of-mormon-wives-star-layla-taylor-soft-launches-girlfriend-after-coming-out-as-bisexual/?utm_source=openai" TargetMode="External"/><Relationship Id="rId20" Type="http://schemas.openxmlformats.org/officeDocument/2006/relationships/hyperlink" Target="https://www.eonline.com/ca/news/1433490/layla-taylors-mormon-wives-costars-react-to-her-coming-out-as-bisexual?utm_source=openai" TargetMode="External"/><Relationship Id="rId21" Type="http://schemas.openxmlformats.org/officeDocument/2006/relationships/hyperlink" Target="https://www.cosmopolitan.com/entertainment/tv/a71773265/slomw-cast-reacts-layla-taylor-coming-out-bisexual/?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