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Gloucester Pride parade timings and route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Gloucester is getting ready for a colourful Pride celebration, with the parade bringing music, flags and community spirit to the city centre. Here’s what visitors need to know about the Gloucester Pride parade timings, where to watch, and how to make the most of the day.</w:t>
      </w:r>
      <w:r/>
    </w:p>
    <w:p>
      <w:pPr>
        <w:pStyle w:val="Heading2"/>
      </w:pPr>
      <w:r>
        <w:t>Essential Takeaways</w:t>
      </w:r>
      <w:r/>
      <w:r/>
    </w:p>
    <w:p>
      <w:pPr>
        <w:pStyle w:val="ListBullet"/>
        <w:spacing w:line="240" w:lineRule="auto"/>
        <w:ind w:left="720"/>
      </w:pPr>
      <w:r/>
      <w:r>
        <w:rPr>
          <w:b/>
        </w:rPr>
        <w:t>City-centre celebration:</w:t>
      </w:r>
      <w:r>
        <w:t xml:space="preserve"> The parade is expected to bring a lively, welcoming atmosphere to Gloucester’s streets.</w:t>
      </w:r>
      <w:r/>
    </w:p>
    <w:p>
      <w:pPr>
        <w:pStyle w:val="ListBullet"/>
        <w:spacing w:line="240" w:lineRule="auto"/>
        <w:ind w:left="720"/>
      </w:pPr>
      <w:r/>
      <w:r>
        <w:rPr>
          <w:b/>
        </w:rPr>
        <w:t>Plan ahead:</w:t>
      </w:r>
      <w:r>
        <w:t xml:space="preserve"> Check the latest organiser updates before travelling, as timings and arrangements can change.</w:t>
      </w:r>
      <w:r/>
    </w:p>
    <w:p>
      <w:pPr>
        <w:pStyle w:val="ListBullet"/>
        <w:spacing w:line="240" w:lineRule="auto"/>
        <w:ind w:left="720"/>
      </w:pPr>
      <w:r/>
      <w:r>
        <w:rPr>
          <w:b/>
        </w:rPr>
        <w:t>Arrive early:</w:t>
      </w:r>
      <w:r>
        <w:t xml:space="preserve"> Popular viewing spots may fill quickly, especially near the cathedral and central streets.</w:t>
      </w:r>
      <w:r/>
    </w:p>
    <w:p>
      <w:pPr>
        <w:pStyle w:val="ListBullet"/>
        <w:spacing w:line="240" w:lineRule="auto"/>
        <w:ind w:left="720"/>
      </w:pPr>
      <w:r/>
      <w:r>
        <w:rPr>
          <w:b/>
        </w:rPr>
        <w:t>Travel smart:</w:t>
      </w:r>
      <w:r>
        <w:t xml:space="preserve"> Public transport and walking can be easier than driving during a busy parade.</w:t>
      </w:r>
      <w:r/>
    </w:p>
    <w:p>
      <w:pPr>
        <w:pStyle w:val="ListBullet"/>
        <w:spacing w:line="240" w:lineRule="auto"/>
        <w:ind w:left="720"/>
      </w:pPr>
      <w:r/>
      <w:r>
        <w:rPr>
          <w:b/>
        </w:rPr>
        <w:t>More than a procession:</w:t>
      </w:r>
      <w:r>
        <w:t xml:space="preserve"> Pride in Gloucestershire combines visibility, community and celebration.</w:t>
      </w:r>
      <w:r/>
      <w:r/>
    </w:p>
    <w:p>
      <w:pPr>
        <w:pStyle w:val="Heading2"/>
      </w:pPr>
      <w:r>
        <w:t>Gloucester Pride is set to brighten the city</w:t>
      </w:r>
      <w:r/>
    </w:p>
    <w:p>
      <w:r/>
      <w:r>
        <w:t>There’s something wonderfully infectious about a Pride parade. One minute, the city centre is carrying on as usual; the next, it’s filled with bright banners, music and people cheering from the pavements. Gloucester’s event promises that same warm, joyful energy, while creating space for LGBTQ+ communities and allies to come together.</w:t>
      </w:r>
      <w:r/>
    </w:p>
    <w:p>
      <w:r/>
      <w:r>
        <w:t>The parade is one of the standout moments in the local Pride calendar, with the cathedral providing a memorable backdrop for the march. Gloucester BID lists the cathedral area among the key locations connected with the event, making it a natural meeting point for visitors who want to soak up the atmosphere. (Gloucester BID)</w:t>
      </w:r>
      <w:r/>
    </w:p>
    <w:p>
      <w:r/>
      <w:r>
        <w:t>For spectators, the appeal is simple. You can watch the procession pass, support local groups and then continue into the city for food, shopping or other Pride activities. It’s a compact way to enjoy the occasion without needing to plan an entire festival weekend.</w:t>
      </w:r>
      <w:r/>
    </w:p>
    <w:p>
      <w:pPr>
        <w:pStyle w:val="Heading2"/>
      </w:pPr>
      <w:r>
        <w:t>What time does the Gloucester Pride parade start?</w:t>
      </w:r>
      <w:r/>
    </w:p>
    <w:p>
      <w:r/>
      <w:r>
        <w:t>The exact schedule is the detail most visitors will want to check before setting off. Parade timings, assembly arrangements and road closures can be updated by organisers, so it’s wise to confirm the latest information on the official Pride in Gloucestershire website and Gloucester BID event pages. (Pride in Gloucestershire; Gloucester BID)</w:t>
      </w:r>
      <w:r/>
    </w:p>
    <w:p>
      <w:r/>
      <w:r>
        <w:t>Arriving early is usually the least stressful option. It gives you time to find a comfortable viewing place, meet friends and avoid the last-minute shuffle that happens when a crowd gathers along a narrow street. If you’re bringing children, older relatives or anyone who prefers quieter spaces, a little extra time can make the day feel much easier.</w:t>
      </w:r>
      <w:r/>
    </w:p>
    <w:p>
      <w:r/>
      <w:r>
        <w:t>Keep your phone charged, too. Event updates are often shared online, and mobile signal can become patchy when lots of people are gathered in one place. A screenshot of the timetable and meeting point is a small but useful precaution.</w:t>
      </w:r>
      <w:r/>
    </w:p>
    <w:p>
      <w:pPr>
        <w:pStyle w:val="Heading2"/>
      </w:pPr>
      <w:r>
        <w:t>Where should you watch the march?</w:t>
      </w:r>
      <w:r/>
    </w:p>
    <w:p>
      <w:r/>
      <w:r>
        <w:t>The route around Gloucester city centre means there should be plenty of atmosphere, but not every spot will offer the same experience. Areas close to the cathedral are likely to feel particularly lively, while wider streets may be more comfortable for people who want a little breathing room.</w:t>
      </w:r>
      <w:r/>
    </w:p>
    <w:p>
      <w:r/>
      <w:r>
        <w:t>Gloucester BID’s event information highlights the parade’s connection with Gloucester Cathedral, which should make the area an obvious landmark for first-time visitors. (Gloucester BID) Look for a position with a clear line of sight rather than standing directly beside a busy junction, where crowds can bunch together.</w:t>
      </w:r>
      <w:r/>
    </w:p>
    <w:p>
      <w:r/>
      <w:r>
        <w:t>Accessibility is worth considering before you arrive. If you need step-free access, a quieter location or room for a mobility aid, contact the organisers in advance and allow extra time. Pride in Gloucestershire provides the most relevant local information for attendees and is the best place to check arrangements. (Pride in Gloucestershire)</w:t>
      </w:r>
      <w:r/>
    </w:p>
    <w:p>
      <w:pPr>
        <w:pStyle w:val="Heading2"/>
      </w:pPr>
      <w:r>
        <w:t>Travel advice for a busy city centre</w:t>
      </w:r>
      <w:r/>
    </w:p>
    <w:p>
      <w:r/>
      <w:r>
        <w:t>Driving into the centre may be tempting, but parade-related restrictions and busy car parks can turn a short journey into a frustrating one. Walking from a nearby stop, using public transport or parking further out and continuing on foot could be the calmer choice.</w:t>
      </w:r>
      <w:r/>
    </w:p>
    <w:p>
      <w:r/>
      <w:r>
        <w:t>The Gloucestershire Community Rail information shows how local rail travel can connect people with Pride-related events, reinforcing the usefulness of checking train options before leaving home. (Gloucestershire Community Rail) Do check live services, though, particularly if you’re travelling from outside Gloucester.</w:t>
      </w:r>
      <w:r/>
    </w:p>
    <w:p>
      <w:r/>
      <w:r>
        <w:t>Comfort matters more than it sounds. Wear supportive shoes, take water and bring a light layer, because British summer weather can move from sunshine to drizzle with almost comic speed. If you’re staying for several hours, a portable charger and a small snack are also sensible additions.</w:t>
      </w:r>
      <w:r/>
    </w:p>
    <w:p>
      <w:pPr>
        <w:pStyle w:val="Heading2"/>
      </w:pPr>
      <w:r>
        <w:t>Pride brings the city together</w:t>
      </w:r>
      <w:r/>
    </w:p>
    <w:p>
      <w:r/>
      <w:r>
        <w:t>Although the parade is colourful and celebratory, its purpose goes beyond a cheerful afternoon out. Pride offers visibility, helps local organisations connect with residents and gives LGBTQ+ people and allies a chance to celebrate openly in their own community.</w:t>
      </w:r>
      <w:r/>
    </w:p>
    <w:p>
      <w:r/>
      <w:r>
        <w:t>That local focus sits alongside other Gloucester events that bring people into the city, including Gloucester Day celebrations centred on the area’s history and civic identity. The council and Gloucester BID have both promoted events that encourage residents and visitors to experience the city together. (Gloucester City Council; Gloucester BID)</w:t>
      </w:r>
      <w:r/>
    </w:p>
    <w:p>
      <w:r/>
      <w:r>
        <w:t>There’s a lovely contrast in that mix. Gloucester can celebrate its past while also making room for a more inclusive present, with the parade turning familiar streets into a shared stage. For many visitors, that sense of belonging will linger longer than any single float or marching band.</w:t>
      </w:r>
      <w:r/>
    </w:p>
    <w:p>
      <w:pPr>
        <w:pStyle w:val="Heading2"/>
      </w:pPr>
      <w:r>
        <w:t>Check the latest details before you go</w:t>
      </w:r>
      <w:r/>
    </w:p>
    <w:p>
      <w:r/>
      <w:r>
        <w:t>Event information can change, especially when road closures, weather or operational plans are involved. Check the official Pride in Gloucestershire channels, Gloucester BID and any relevant travel updates on the morning of the parade. (Pride in Gloucestershire; Gloucester BID)</w:t>
      </w:r>
      <w:r/>
    </w:p>
    <w:p>
      <w:r/>
      <w:r>
        <w:t>If you’re meeting friends, choose a clear landmark and agree what you’ll do if mobile signals become unreliable. The cathedral and central city locations are easy reference points, but busy crowds can make even familiar places feel surprisingly different.</w:t>
      </w:r>
      <w:r/>
    </w:p>
    <w:p>
      <w:r/>
      <w:r>
        <w:t>Gloucester Pride is likely to be at its best when visitors arrive prepared but leave room for spontaneity. Follow the music, cheer the marchers and enjoy the city in full colour.</w:t>
      </w:r>
      <w:r/>
    </w:p>
    <w:p>
      <w:r/>
      <w:r>
        <w:t>Check the latest organiser updates, then join the celebration at your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https://www.gloucestershirelive.co.uk/whats-on/whats-on-news/pride-parade-timings-gloucester-full-11152182</w:t>
        </w:r>
      </w:hyperlink>
      <w:r>
        <w:t xml:space="preserve"> - Please view link - unable to able to access data</w:t>
      </w:r>
      <w:r/>
    </w:p>
    <w:p>
      <w:pPr>
        <w:pStyle w:val="ListNumber"/>
        <w:spacing w:line="240" w:lineRule="auto"/>
        <w:ind w:left="720"/>
      </w:pPr>
      <w:r/>
      <w:hyperlink r:id="rId10">
        <w:r>
          <w:rPr>
            <w:color w:val="0000EE"/>
            <w:u w:val="single"/>
          </w:rPr>
          <w:t>https://www.gloucesterbid.uk/event/pride-march-gloucester-cathedral/</w:t>
        </w:r>
      </w:hyperlink>
      <w:r>
        <w:t xml:space="preserve"> - The Pride March in Gloucester took place on 9 September 2023, starting at 10:30 am from Gloucester Cathedral. The march departed at 11:15 am and arrived at Gloucester Park by 12:00 pm. This annual event is organised by Pride in Gloucestershire to promote LGBTQ+ equality and diversity, featuring a vibrant parade through the city centre and celebrations at Gloucester Park. The event aims to foster community engagement and support for the LGBTQ+ community in Gloucestershire.</w:t>
      </w:r>
      <w:r/>
    </w:p>
    <w:p>
      <w:pPr>
        <w:pStyle w:val="ListNumber"/>
        <w:spacing w:line="240" w:lineRule="auto"/>
        <w:ind w:left="720"/>
      </w:pPr>
      <w:r/>
      <w:hyperlink r:id="rId11">
        <w:r>
          <w:rPr>
            <w:color w:val="0000EE"/>
            <w:u w:val="single"/>
          </w:rPr>
          <w:t>https://prideinglos.org.uk/</w:t>
        </w:r>
      </w:hyperlink>
      <w:r>
        <w:t xml:space="preserve"> - Pride in Gloucestershire is an organisation dedicated to promoting LGBTQ+ equality and diversity across the county. They host annual Pride events, including the main Pride event and parade in Gloucester City, which brings together the community and allies to celebrate and advocate for LGBTQ+ rights. The organisation also offers resources, support, and information to the LGBTQ+ community, striving to create a safe and inclusive environment for all individuals.</w:t>
      </w:r>
      <w:r/>
    </w:p>
    <w:p>
      <w:pPr>
        <w:pStyle w:val="ListNumber"/>
        <w:spacing w:line="240" w:lineRule="auto"/>
        <w:ind w:left="720"/>
      </w:pPr>
      <w:r/>
      <w:hyperlink r:id="rId12">
        <w:r>
          <w:rPr>
            <w:color w:val="0000EE"/>
            <w:u w:val="single"/>
          </w:rPr>
          <w:t>https://www.gloucestershirecommunityrail.org/pride-events-2024</w:t>
        </w:r>
      </w:hyperlink>
      <w:r>
        <w:t xml:space="preserve"> - The Gloucestershire Community Rail Partnership provides information on Pride events across Gloucestershire for 2024. This includes details on Pride in Tetbury, Cinderford, Tewkesbury, and Gloucester. Each event has specific dates, locations, and travel information to assist attendees. The partnership aims to support and promote these events, encouraging community participation and celebrating LGBTQ+ diversity throughout the region.</w:t>
      </w:r>
      <w:r/>
    </w:p>
    <w:p>
      <w:pPr>
        <w:pStyle w:val="ListNumber"/>
        <w:spacing w:line="240" w:lineRule="auto"/>
        <w:ind w:left="720"/>
      </w:pPr>
      <w:r/>
      <w:hyperlink r:id="rId13">
        <w:r>
          <w:rPr>
            <w:color w:val="0000EE"/>
            <w:u w:val="single"/>
          </w:rPr>
          <w:t>https://www.gloucester.gov.uk/news/2024-news/gloucester-day-set-to-celebrate-city-s-history/</w:t>
        </w:r>
      </w:hyperlink>
      <w:r>
        <w:t xml:space="preserve"> - Gloucester Day is an annual event celebrating the city's rich history, set to return on Saturday, 7 September 2024. The day features parades, stalls, music, and entertainment, commemorating the lifting of the Siege of Gloucester in 1643. Organised by Gloucester’s town crier Alan Myatt and supported by Gloucester City Council, the event aims to boost pride in the city and encourage both residents and visitors to explore its colourful past.</w:t>
      </w:r>
      <w:r/>
    </w:p>
    <w:p>
      <w:pPr>
        <w:pStyle w:val="ListNumber"/>
        <w:spacing w:line="240" w:lineRule="auto"/>
        <w:ind w:left="720"/>
      </w:pPr>
      <w:r/>
      <w:hyperlink r:id="rId14">
        <w:r>
          <w:rPr>
            <w:color w:val="0000EE"/>
            <w:u w:val="single"/>
          </w:rPr>
          <w:t>https://www.gloucesterbid.uk/event/gloucester-day-2024/</w:t>
        </w:r>
      </w:hyperlink>
      <w:r>
        <w:t xml:space="preserve"> - Gloucester Day 2024 is scheduled for 7 September, with events starting at 11:00 am. The Cross Streets of Gloucester will be filled with stalls, stands, lively performances, and the traditional Gloucester Day parade through the four main gated streets, led by the Mayor and Sheriff of Gloucester in full Civic Regalia. The event celebrates the city's history and aims to instil pride among residents and visitors alike.</w:t>
      </w:r>
      <w:r/>
    </w:p>
    <w:p>
      <w:pPr>
        <w:pStyle w:val="ListNumber"/>
        <w:spacing w:line="240" w:lineRule="auto"/>
        <w:ind w:left="720"/>
      </w:pPr>
      <w:r/>
      <w:hyperlink r:id="rId15">
        <w:r>
          <w:rPr>
            <w:color w:val="0000EE"/>
            <w:u w:val="single"/>
          </w:rPr>
          <w:t>https://www.steampunks-of-gloucestershire.com/calendar-of-our-upcoming-events/past-events/gloucester-day-parade</w:t>
        </w:r>
      </w:hyperlink>
      <w:r>
        <w:t xml:space="preserve"> - The Steampunks of Gloucestershire participated in the Gloucester Day Parade on Saturday, 2 September 2023. They assembled at the DeCrypt Cafe at 11:30 am, attended the Thanksgiving service at 12:00 pm, and joined the parade at 1:30 pm. The event featured stalls, performances, and a parade through the city's main streets, led by the Mayor and Sheriff of Gloucester in full Civic Regalia, celebrating the city's rich heritage and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oucestershirelive.co.uk/whats-on/whats-on-news/pride-parade-timings-gloucester-full-11152182" TargetMode="External"/><Relationship Id="rId10" Type="http://schemas.openxmlformats.org/officeDocument/2006/relationships/hyperlink" Target="https://www.gloucesterbid.uk/event/pride-march-gloucester-cathedral/" TargetMode="External"/><Relationship Id="rId11" Type="http://schemas.openxmlformats.org/officeDocument/2006/relationships/hyperlink" Target="https://prideinglos.org.uk/" TargetMode="External"/><Relationship Id="rId12" Type="http://schemas.openxmlformats.org/officeDocument/2006/relationships/hyperlink" Target="https://www.gloucestershirecommunityrail.org/pride-events-2024" TargetMode="External"/><Relationship Id="rId13" Type="http://schemas.openxmlformats.org/officeDocument/2006/relationships/hyperlink" Target="https://www.gloucester.gov.uk/news/2024-news/gloucester-day-set-to-celebrate-city-s-history/" TargetMode="External"/><Relationship Id="rId14" Type="http://schemas.openxmlformats.org/officeDocument/2006/relationships/hyperlink" Target="https://www.gloucesterbid.uk/event/gloucester-day-2024/" TargetMode="External"/><Relationship Id="rId15" Type="http://schemas.openxmlformats.org/officeDocument/2006/relationships/hyperlink" Target="https://www.steampunks-of-gloucestershire.com/calendar-of-our-upcoming-events/past-events/gloucester-day-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