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Wicklow hypnosis fundraiser offers insight, fun and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live hypnosis event in Wicklow town is inviting curious guests to explore the mind while raising money for an LGBTQIA+ community organisation. With entertainment, practical insight and a raffle in the mix, the evening promises a gentle blend of spectacle and purpose, all for a €10 ticket.</w:t>
      </w:r>
      <w:r/>
    </w:p>
    <w:p>
      <w:pPr>
        <w:pStyle w:val="Heading2"/>
      </w:pPr>
      <w:r>
        <w:t>Essential Takeaways</w:t>
      </w:r>
      <w:r/>
      <w:r/>
    </w:p>
    <w:p>
      <w:pPr>
        <w:pStyle w:val="ListBullet"/>
        <w:spacing w:line="240" w:lineRule="auto"/>
        <w:ind w:left="720"/>
      </w:pPr>
      <w:r/>
      <w:r>
        <w:rPr>
          <w:b/>
        </w:rPr>
        <w:t>What is happening:</w:t>
      </w:r>
      <w:r>
        <w:t xml:space="preserve"> A live hypnosis evening will take place at the Brass Fox Café in Wicklow town.</w:t>
      </w:r>
      <w:r/>
    </w:p>
    <w:p>
      <w:pPr>
        <w:pStyle w:val="ListBullet"/>
        <w:spacing w:line="240" w:lineRule="auto"/>
        <w:ind w:left="720"/>
      </w:pPr>
      <w:r/>
      <w:r>
        <w:rPr>
          <w:b/>
        </w:rPr>
        <w:t>When to go:</w:t>
      </w:r>
      <w:r>
        <w:t xml:space="preserve"> The event starts at 7pm on Saturday, September 19.</w:t>
      </w:r>
      <w:r/>
    </w:p>
    <w:p>
      <w:pPr>
        <w:pStyle w:val="ListBullet"/>
        <w:spacing w:line="240" w:lineRule="auto"/>
        <w:ind w:left="720"/>
      </w:pPr>
      <w:r/>
      <w:r>
        <w:rPr>
          <w:b/>
        </w:rPr>
        <w:t>Who is leading it:</w:t>
      </w:r>
      <w:r>
        <w:t xml:space="preserve"> Stefan Gathmann, a clinical hypnotherapist and mind coach, will host the evening.</w:t>
      </w:r>
      <w:r/>
    </w:p>
    <w:p>
      <w:pPr>
        <w:pStyle w:val="ListBullet"/>
        <w:spacing w:line="240" w:lineRule="auto"/>
        <w:ind w:left="720"/>
      </w:pPr>
      <w:r/>
      <w:r>
        <w:rPr>
          <w:b/>
        </w:rPr>
        <w:t>Why it matters:</w:t>
      </w:r>
      <w:r>
        <w:t xml:space="preserve"> Ticket and raffle proceeds will support Wicklow Pride's advocacy, support and community work.</w:t>
      </w:r>
      <w:r/>
    </w:p>
    <w:p>
      <w:pPr>
        <w:pStyle w:val="ListBullet"/>
        <w:spacing w:line="240" w:lineRule="auto"/>
        <w:ind w:left="720"/>
      </w:pPr>
      <w:r/>
      <w:r>
        <w:rPr>
          <w:b/>
        </w:rPr>
        <w:t>What it costs:</w:t>
      </w:r>
      <w:r>
        <w:t xml:space="preserve"> Tickets are €10 and are available through Wicklow Pride's events listings.</w:t>
      </w:r>
      <w:r/>
      <w:r/>
    </w:p>
    <w:p>
      <w:pPr>
        <w:pStyle w:val="Heading2"/>
      </w:pPr>
      <w:r>
        <w:t>A curious night out with a serious purpose</w:t>
      </w:r>
      <w:r/>
    </w:p>
    <w:p>
      <w:r/>
      <w:r>
        <w:t>Wicklow is getting an evening designed to make people look twice at their own thoughts. The live hypnosis event will combine audience participation and entertainment with an explanation of how the mind can shape feelings, reactions and everyday behaviour.</w:t>
      </w:r>
      <w:r/>
    </w:p>
    <w:p>
      <w:r/>
      <w:r>
        <w:t xml:space="preserve">That mix gives the fundraiser a broader appeal than a standard community collection. Guests can expect a lively show, but also a chance to think about familiar experiences such as confidence, habits and responding to life's awkward moments. According to Wicklow Pride, the event supports its wider work across the county. </w:t>
      </w:r>
      <w:r/>
    </w:p>
    <w:p>
      <w:pPr>
        <w:pStyle w:val="Heading2"/>
      </w:pPr>
      <w:r>
        <w:t>Who is Stefan Gathmann?</w:t>
      </w:r>
      <w:r/>
    </w:p>
    <w:p>
      <w:r/>
      <w:r>
        <w:t>The evening will be led by Stefan Gathmann, who works in clinical hypnotherapy and mind coaching. His training includes an advanced diploma and certificates in strategic hypnotherapy and mind coaching from the Hypnotherapy Business Academy at Dublin's Marino Institute of Education.</w:t>
      </w:r>
      <w:r/>
    </w:p>
    <w:p>
      <w:r/>
      <w:r>
        <w:t>For newcomers, the word hypnosis can sound a little theatrical, with swinging watches and dramatic stage routines springing to mind. This event appears set to explore both the entertaining side and the more thoughtful questions around attention, suggestion and personal change, according to Gathmann's professional profile.</w:t>
      </w:r>
      <w:r/>
    </w:p>
    <w:p>
      <w:pPr>
        <w:pStyle w:val="Heading2"/>
      </w:pPr>
      <w:r>
        <w:t>Wicklow Pride's work goes beyond one event</w:t>
      </w:r>
      <w:r/>
    </w:p>
    <w:p>
      <w:r/>
      <w:r>
        <w:t>The fundraiser is supporting Wicklow Pride, an organisation focused on advocacy, visibility, support and connection for LGBTQIA+ people and allies. Its work is rooted in making the county feel more welcoming, not only during headline events but throughout the year.</w:t>
      </w:r>
      <w:r/>
    </w:p>
    <w:p>
      <w:r/>
      <w:r>
        <w:t xml:space="preserve">That ongoing role matters because community groups often provide the quieter, practical support that doesn't always make the news. Wicklow Pride's website highlights its continuing presence for local people, while the fundraiser marks 12 years of countywide work. </w:t>
      </w:r>
      <w:r/>
    </w:p>
    <w:p>
      <w:pPr>
        <w:pStyle w:val="Heading2"/>
      </w:pPr>
      <w:r>
        <w:t>What guests can expect on the night</w:t>
      </w:r>
      <w:r/>
    </w:p>
    <w:p>
      <w:r/>
      <w:r>
        <w:t>The event takes place at the Brass Fox Café in Wicklow town from 7pm on Saturday, September 19. Alongside the hypnosis show, there will be a raffle featuring a selection of prizes, adding a little extra anticipation between the mind-bending moments.</w:t>
      </w:r>
      <w:r/>
    </w:p>
    <w:p>
      <w:r/>
      <w:r>
        <w:t>At €10, the ticket price keeps the evening accessible, whether you're a committed hypnosis enthusiast or simply looking for something different to do. It's worth checking the Wicklow Pride events page before setting off, particularly as community events can fill quickly once local interest gathers.</w:t>
      </w:r>
      <w:r/>
    </w:p>
    <w:p>
      <w:pPr>
        <w:pStyle w:val="Heading2"/>
      </w:pPr>
      <w:r>
        <w:t>A small ticket with a lasting local impact</w:t>
      </w:r>
      <w:r/>
    </w:p>
    <w:p>
      <w:r/>
      <w:r>
        <w:t>Wicklow Pride chairperson Peter Murray said the evening is intended to offer people a memorable night out while helping fund work that continues throughout the year. The money raised will support advocacy, community assistance and opportunities for people to connect.</w:t>
      </w:r>
      <w:r/>
    </w:p>
    <w:p>
      <w:r/>
      <w:r>
        <w:t>That balance is the strongest part of the idea. A curious evening of entertainment becomes more meaningful when the proceeds help build belonging close to home. For anyone wondering whether hypnosis really works, the event offers one way to explore the question while backing a cause with a distinctly human focus.</w:t>
      </w:r>
      <w:r/>
    </w:p>
    <w:p>
      <w:r/>
      <w:r>
        <w:t>It's an unusual night out, but the reason behind it is refreshingly straightforward: enjoy the show, support inclusion and leave with something to talk about.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[4]</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9">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[4]</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https://www.independent.ie/county/wicklow/live-hypnosis-event-to-unlock-power-of-the-mind-at-wicklow-pride-fundraiser/a/159993606.html</w:t>
        </w:r>
      </w:hyperlink>
      <w:r>
        <w:t xml:space="preserve"> - Please view link - unable to able to access data</w:t>
      </w:r>
      <w:r/>
    </w:p>
    <w:p>
      <w:pPr>
        <w:pStyle w:val="ListNumber"/>
        <w:spacing w:line="240" w:lineRule="auto"/>
        <w:ind w:left="720"/>
      </w:pPr>
      <w:r/>
      <w:hyperlink r:id="rId10">
        <w:r>
          <w:rPr>
            <w:color w:val="0000EE"/>
            <w:u w:val="single"/>
          </w:rPr>
          <w:t>https://wicklowpride.eu/</w:t>
        </w:r>
      </w:hyperlink>
      <w:r>
        <w:t xml:space="preserve"> - Wicklow Pride Foundation is a volunteer-led organisation dedicated to promoting inclusion, equality, visibility, and community connection for LGBTQIA+ individuals and allies across County Wicklow, Ireland. Established in 2014, the foundation has grown from a local initiative into a countywide movement, hosting various events such as coffee mornings, beach activities, guest speakers, parades, and family-friendly activities aimed at fostering community spirit and support for the LGBTQIA+ community.</w:t>
      </w:r>
      <w:r/>
    </w:p>
    <w:p>
      <w:pPr>
        <w:pStyle w:val="ListNumber"/>
        <w:spacing w:line="240" w:lineRule="auto"/>
        <w:ind w:left="720"/>
      </w:pPr>
      <w:r/>
      <w:hyperlink r:id="rId11">
        <w:r>
          <w:rPr>
            <w:color w:val="0000EE"/>
            <w:u w:val="single"/>
          </w:rPr>
          <w:t>https://myhypnotherapist.eu/stefan-hypnotherapist-and-mind-coach/</w:t>
        </w:r>
      </w:hyperlink>
      <w:r>
        <w:t xml:space="preserve"> - Stefan Gathmann is a dedicated hypnotherapist and mind coach based in Ireland, specialising in clinical hypnotherapy and mind coaching. He holds an advanced diploma and several certificates in strategic hypnotherapy and mind coaching from the Hypnotherapy Business Academy at the Marino Institute of Education in Dublin. Stefan offers services aimed at unlocking the power of the mind, assisting clients in addressing various personal challenges and achieving their goals.</w:t>
      </w:r>
      <w:r/>
    </w:p>
    <w:p>
      <w:pPr>
        <w:pStyle w:val="ListNumber"/>
        <w:spacing w:line="240" w:lineRule="auto"/>
        <w:ind w:left="720"/>
      </w:pPr>
      <w:r/>
      <w:hyperlink r:id="rId9">
        <w:r>
          <w:rPr>
            <w:color w:val="0000EE"/>
            <w:u w:val="single"/>
          </w:rPr>
          <w:t>https://www.independent.ie/county/wicklow/live-hypnosis-event-to-unlock-power-of-the-mind-at-wicklow-pride-fundraiser/a/159993606.html</w:t>
        </w:r>
      </w:hyperlink>
      <w:r>
        <w:t xml:space="preserve"> - A live hypnosis show is scheduled in Wicklow as a fundraiser for the Wicklow Pride Foundation. The event, titled 'Discover Your Journey: An Evening of Hypnosis with Stefan Gathmann,' will take place at the Brass Fox Café in Wicklow Town on Saturday, September 19, starting at 7pm. Stefan Gathmann, a clinical hypnotherapist and mind coach, will lead the session, offering insights into real hypnosis and its applications in influencing thoughts, feelings, and responses to life's challenges. The evening will also feature a raffle with various prizes, with all proceeds supporting the Wicklow Pride Foundation's ongoing work in the community.</w:t>
      </w:r>
      <w:r/>
    </w:p>
    <w:p>
      <w:pPr>
        <w:pStyle w:val="ListNumber"/>
        <w:spacing w:line="240" w:lineRule="auto"/>
        <w:ind w:left="720"/>
      </w:pPr>
      <w:r/>
      <w:hyperlink r:id="rId14">
        <w:r>
          <w:rPr>
            <w:color w:val="0000EE"/>
            <w:u w:val="single"/>
          </w:rPr>
          <w:t>https://www.gofundme.com/u/ca58650a-f6cd-4181-a2fd-a9b82911e54c</w:t>
        </w:r>
      </w:hyperlink>
      <w:r>
        <w:t xml:space="preserve"> - The Wicklow Pride Foundation has initiated a fundraiser on GoFundMe to support its advocacy, services, campaigns, and annual parade. The foundation is a volunteer-led grassroots community organisation dedicated to promoting inclusion, equality, visibility, and community connection for LGBTQIA+ individuals and allies across County Wicklow, Ireland. Established in 2014, Wicklow Pride has grown from a small local initiative into a recognised countywide movement built on compassion, advocacy, creativity, and community spirit.</w:t>
      </w:r>
      <w:r/>
    </w:p>
    <w:p>
      <w:pPr>
        <w:pStyle w:val="ListNumber"/>
        <w:spacing w:line="240" w:lineRule="auto"/>
        <w:ind w:left="720"/>
      </w:pPr>
      <w:r/>
      <w:hyperlink r:id="rId12">
        <w:r>
          <w:rPr>
            <w:color w:val="0000EE"/>
            <w:u w:val="single"/>
          </w:rPr>
          <w:t>https://www.greystonesguide.ie/wicklow-pride-2026-festival-lineup/</w:t>
        </w:r>
      </w:hyperlink>
      <w:r>
        <w:t xml:space="preserve"> - Wicklow Pride CLG has announced the 2026 festival schedule, running from June 28th to July 4th, with events in Arklow, Blessington, Bray, Delgany, and Wicklow Town. The festival includes the Wicklow Pride Parade in Wicklow Town at 2.30pm from the Abbey Street car park, followed by 'Pride at the Castle,' an afternoon of entertainment, food, drink, and fun at the Black Castle. Wicklow Pride CLG, founded in 2024, has created safe, welcoming spaces for thousands of people across Wicklow.</w:t>
      </w:r>
      <w:r/>
    </w:p>
    <w:p>
      <w:pPr>
        <w:pStyle w:val="ListNumber"/>
        <w:spacing w:line="240" w:lineRule="auto"/>
        <w:ind w:left="720"/>
      </w:pPr>
      <w:r/>
      <w:hyperlink r:id="rId13">
        <w:r>
          <w:rPr>
            <w:color w:val="0000EE"/>
            <w:u w:val="single"/>
          </w:rPr>
          <w:t>https://wicklowtown.ie/news/pride-of-place-awards-2026</w:t>
        </w:r>
      </w:hyperlink>
      <w:r>
        <w:t xml:space="preserve"> - The Murrough Pump Track in Wicklow Town has been selected as a finalist in the All Ireland Pride of Place Awards 2026, representing Wicklow in the Youth Initiative category. This project exemplifies local partnership between the Wicklow Town Team, Wicklow Municipal District, and Wicklow County Council, showcasing what can be achieved when community, local expertise, and the local council collaborate. The Murrough Pump Track is the largest of its kind in Ireland, built to competition standards by a local enterprise, Trailbreaker, and serves as a vibrant space for families, young people, and enthusiasts of all levels.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county/wicklow/live-hypnosis-event-to-unlock-power-of-the-mind-at-wicklow-pride-fundraiser/a/159993606.html" TargetMode="External"/><Relationship Id="rId10" Type="http://schemas.openxmlformats.org/officeDocument/2006/relationships/hyperlink" Target="https://wicklowpride.eu/" TargetMode="External"/><Relationship Id="rId11" Type="http://schemas.openxmlformats.org/officeDocument/2006/relationships/hyperlink" Target="https://myhypnotherapist.eu/stefan-hypnotherapist-and-mind-coach/" TargetMode="External"/><Relationship Id="rId12" Type="http://schemas.openxmlformats.org/officeDocument/2006/relationships/hyperlink" Target="https://www.greystonesguide.ie/wicklow-pride-2026-festival-lineup/" TargetMode="External"/><Relationship Id="rId13" Type="http://schemas.openxmlformats.org/officeDocument/2006/relationships/hyperlink" Target="https://wicklowtown.ie/news/pride-of-place-awards-2026" TargetMode="External"/><Relationship Id="rId14" Type="http://schemas.openxmlformats.org/officeDocument/2006/relationships/hyperlink" Target="https://www.gofundme.com/u/ca58650a-f6cd-4181-a2fd-a9b82911e54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