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Stockholm Shopping Tips for Nordic Fashion and Design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Travellers are discovering Stockholm through its sleek clothes, independent markets and gloriously over-the-top ABBA experiences. From polished Bibliotekstan to creative Hornstull, the Swedish capital offers plenty for visitors seeking gender-neutral fashion, distinctive design and an evening that ends with everyone singing along.</w:t>
      </w:r>
      <w:r/>
    </w:p>
    <w:p>
      <w:pPr>
        <w:pStyle w:val="Heading2"/>
      </w:pPr>
      <w:r>
        <w:t>Essential Takeaways</w:t>
      </w:r>
      <w:r/>
      <w:r/>
    </w:p>
    <w:p>
      <w:pPr>
        <w:pStyle w:val="ListBullet"/>
        <w:spacing w:line="240" w:lineRule="auto"/>
        <w:ind w:left="720"/>
      </w:pPr>
      <w:r/>
      <w:r>
        <w:rPr>
          <w:b/>
        </w:rPr>
        <w:t>Start in Bibliotekstan:</w:t>
      </w:r>
      <w:r>
        <w:t xml:space="preserve"> Stockholm's central luxury district is ideal for contemporary Nordic fashion and design-led shopping.</w:t>
      </w:r>
      <w:r/>
    </w:p>
    <w:p>
      <w:pPr>
        <w:pStyle w:val="ListBullet"/>
        <w:spacing w:line="240" w:lineRule="auto"/>
        <w:ind w:left="720"/>
      </w:pPr>
      <w:r/>
      <w:r>
        <w:rPr>
          <w:b/>
        </w:rPr>
        <w:t>Look for thoughtful labels:</w:t>
      </w:r>
      <w:r>
        <w:t xml:space="preserve"> Brands such as HOPE and Our Legacy offer modern, often gender-neutral wardrobes with a distinctly Scandinavian feel.</w:t>
      </w:r>
      <w:r/>
    </w:p>
    <w:p>
      <w:pPr>
        <w:pStyle w:val="ListBullet"/>
        <w:spacing w:line="240" w:lineRule="auto"/>
        <w:ind w:left="720"/>
      </w:pPr>
      <w:r/>
      <w:r>
        <w:rPr>
          <w:b/>
        </w:rPr>
        <w:t>Make time for Hornstull:</w:t>
      </w:r>
      <w:r>
        <w:t xml:space="preserve"> The Södermalm market brings together vintage finds, crafts, food and a more relaxed local atmosphere.</w:t>
      </w:r>
      <w:r/>
    </w:p>
    <w:p>
      <w:pPr>
        <w:pStyle w:val="ListBullet"/>
        <w:spacing w:line="240" w:lineRule="auto"/>
        <w:ind w:left="720"/>
      </w:pPr>
      <w:r/>
      <w:r>
        <w:rPr>
          <w:b/>
        </w:rPr>
        <w:t>Book the ABBA experience:</w:t>
      </w:r>
      <w:r>
        <w:t xml:space="preserve"> Mamma Mia! The Party combines a Greek-themed dinner with live music, dancing and audience participation.</w:t>
      </w:r>
      <w:r/>
    </w:p>
    <w:p>
      <w:pPr>
        <w:pStyle w:val="ListBullet"/>
        <w:spacing w:line="240" w:lineRule="auto"/>
        <w:ind w:left="720"/>
      </w:pPr>
      <w:r/>
      <w:r>
        <w:rPr>
          <w:b/>
        </w:rPr>
        <w:t>Plan around opening times:</w:t>
      </w:r>
      <w:r>
        <w:t xml:space="preserve"> Markets and shows can operate seasonally or on selected dates, so check official listings before travelling.</w:t>
      </w:r>
      <w:r/>
      <w:r/>
    </w:p>
    <w:p>
      <w:pPr>
        <w:pStyle w:val="Heading2"/>
      </w:pPr>
      <w:r>
        <w:t>Stockholm shopping starts with a clean Scandinavian look</w:t>
      </w:r>
      <w:r/>
    </w:p>
    <w:p>
      <w:r/>
      <w:r>
        <w:t>Stockholm's appeal is often found in the details: a beautifully cut jacket, a quiet shop interior and the satisfying weight of a well-made object. Bibliotekstan, a short walk from Nybroplan, is the obvious first stop for visitors who want the city's polished side.</w:t>
      </w:r>
      <w:r/>
    </w:p>
    <w:p>
      <w:r/>
      <w:r>
        <w:t>The district brings together international names and Swedish labels, making it easy to browse without crossing the whole city. Stockholm's official Bibliotekstan guide highlights the area's concentration of fashion, beauty, food and lifestyle shops, so it's a useful place to begin a design-focused day.</w:t>
      </w:r>
      <w:r/>
    </w:p>
    <w:p>
      <w:r/>
      <w:r>
        <w:t>For shoppers interested in Nordic fashion, the attraction isn't only the label on the tag. It's the restrained colour palette, practical tailoring and sense that a favourite piece should work hard in more than one setting. That makes the area especially appealing if you're looking for gender-neutral clothing or a wardrobe refresh that won't date after one season.</w:t>
      </w:r>
      <w:r/>
    </w:p>
    <w:p>
      <w:pPr>
        <w:pStyle w:val="Heading2"/>
      </w:pPr>
      <w:r>
        <w:t>Why Bibliotekstan deserves a place on your itinerary</w:t>
      </w:r>
      <w:r/>
    </w:p>
    <w:p>
      <w:r/>
      <w:r>
        <w:t>The best way to approach Bibliotekstan is slowly. Begin near the main streets, dip into the smaller lanes and leave room for coffee or lunch between shops. The atmosphere is smart but not especially stuffy, which makes browsing feel more like part of the sightseeing than a separate retail mission.</w:t>
      </w:r>
      <w:r/>
    </w:p>
    <w:p>
      <w:r/>
      <w:r>
        <w:t>Labels including HOPE and Our Legacy are strong choices for visitors drawn to pared-back silhouettes and modern Swedish styling. Meanwhile, jewellery shoppers may want to look for Efva Attling, whose work adds a sharper, more personal note to the otherwise minimalist landscape.</w:t>
      </w:r>
      <w:r/>
    </w:p>
    <w:p>
      <w:r/>
      <w:r>
        <w:t>Prices can be higher than at a market, naturally, but the district is useful even when you're not buying. It offers a clear snapshot of contemporary Swedish taste, from fabric and cut to shop design. Think of it as a live mood board for Scandinavian interiors and fashion.</w:t>
      </w:r>
      <w:r/>
    </w:p>
    <w:p>
      <w:pPr>
        <w:pStyle w:val="Heading2"/>
      </w:pPr>
      <w:r>
        <w:t>Head to Hornstull for Stockholm's more playful side</w:t>
      </w:r>
      <w:r/>
    </w:p>
    <w:p>
      <w:r/>
      <w:r>
        <w:t>If Bibliotekstan is sleek and carefully edited, Hornstull Marknad feels looser and more wonderfully unpredictable. The market sits on Södermalm and is known for its mix of second-hand goods, design, food and local stalls, giving shoppers more chance of finding something with a story attached.</w:t>
      </w:r>
      <w:r/>
    </w:p>
    <w:p>
      <w:r/>
      <w:r>
        <w:t>The official market site and Visit Stockholm both recommend checking current dates and details, as the event isn't something to assume will run every day of the year. That small bit of planning matters, particularly if your trip is short or your shopping list is ambitious.</w:t>
      </w:r>
      <w:r/>
    </w:p>
    <w:p>
      <w:r/>
      <w:r>
        <w:t>Hornstull suits travellers who prefer browsing to buying on command. You might find vintage clothing, handmade pieces or an object that looks slightly odd until you work out exactly where it belongs at home. According to local travel guides, the surrounding area also has plenty of cafés and bars, so it works well as a relaxed half-day rather than a quick retail stop.</w:t>
      </w:r>
      <w:r/>
    </w:p>
    <w:p>
      <w:pPr>
        <w:pStyle w:val="Heading2"/>
      </w:pPr>
      <w:r>
        <w:t>A simple strategy for choosing between the two</w:t>
      </w:r>
      <w:r/>
    </w:p>
    <w:p>
      <w:r/>
      <w:r>
        <w:t>For high-fashion Nordic brands and a tidy, central route, choose Bibliotekstan. For one-off finds, vintage browsing and a more informal neighbourhood mood, choose Hornstull. Better still, do both on separate days, because trying to squeeze them together can turn leisurely shopping into a rather frantic treasure hunt.</w:t>
      </w:r>
      <w:r/>
    </w:p>
    <w:p>
      <w:r/>
      <w:r>
        <w:t>Travellers interested in sustainable clothing should pay attention to fabric composition, construction and whether a piece is likely to earn regular wear. Time magazine has highlighted Hornsgatan's slow-fashion character, reinforcing the area's appeal for shoppers who want alternatives to disposable trends.</w:t>
      </w:r>
      <w:r/>
    </w:p>
    <w:p>
      <w:r/>
      <w:r>
        <w:t>A practical tip: pack lightly and leave some space in your case. Stockholm's design shops are particularly good at tempting visitors with compact buys, from jewellery and accessories to small homewares. Your future self will be grateful when the jumper fits and the ceramic object survives the flight.</w:t>
      </w:r>
      <w:r/>
    </w:p>
    <w:p>
      <w:pPr>
        <w:pStyle w:val="Heading2"/>
      </w:pPr>
      <w:r>
        <w:t>Finish with an unapologetically joyful ABBA night</w:t>
      </w:r>
      <w:r/>
    </w:p>
    <w:p>
      <w:r/>
      <w:r>
        <w:t>Stockholm's design scene may be restrained, but its ABBA enthusiasm is anything but. Mamma Mia! The Party turns dinner into a lively Greek-island-style show, with live performers, familiar songs and plenty of encouragement to join in.</w:t>
      </w:r>
      <w:r/>
    </w:p>
    <w:p>
      <w:r/>
      <w:r>
        <w:t>The production is staged beside Gröna Lund, making it easy to pair with a day around the amusement park or the waterfront. The songs are in English, while some spoken material is in Swedish, but this is very much a sing-along experience rather than a theatre test. If you know the chorus, you're already prepared.</w:t>
      </w:r>
      <w:r/>
    </w:p>
    <w:p>
      <w:r/>
      <w:r>
        <w:t>There is an after-show element too, which helps the evening move from performance into party. It may not be the quietest cultural experience in Stockholm, but that's precisely the point. After a day of clean lines and careful design, a room full of people dancing to ABBA feels like the perfect, glittering release.</w:t>
      </w:r>
      <w:r/>
    </w:p>
    <w:p>
      <w:r/>
      <w:r>
        <w:t>Pack comfortable shoes, keep an open mind and let Stockholm surprise you.</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0">
        <w:r>
          <w:rPr>
            <w:color w:val="0000EE"/>
            <w:u w:val="single"/>
          </w:rPr>
          <w:t>[2]</w:t>
        </w:r>
      </w:hyperlink>
      <w:r>
        <w:t xml:space="preserve">, </w:t>
      </w:r>
      <w:hyperlink r:id="rId12">
        <w:r>
          <w:rPr>
            <w:color w:val="0000EE"/>
            <w:u w:val="single"/>
          </w:rPr>
          <w:t>[6]</w:t>
        </w:r>
      </w:hyperlink>
      <w:r>
        <w:t xml:space="preserve">- Paragraph 3: </w:t>
      </w:r>
      <w:hyperlink r:id="rId10">
        <w:r>
          <w:rPr>
            <w:color w:val="0000EE"/>
            <w:u w:val="single"/>
          </w:rPr>
          <w:t>[2]</w:t>
        </w:r>
      </w:hyperlink>
      <w:r>
        <w:t xml:space="preserve">, </w:t>
      </w:r>
      <w:hyperlink r:id="rId12">
        <w:r>
          <w:rPr>
            <w:color w:val="0000EE"/>
            <w:u w:val="single"/>
          </w:rPr>
          <w:t>[6]</w:t>
        </w:r>
      </w:hyperlink>
      <w:r>
        <w:t xml:space="preserve">- Paragraph 4: </w:t>
      </w:r>
      <w:hyperlink r:id="rId10">
        <w:r>
          <w:rPr>
            <w:color w:val="0000EE"/>
            <w:u w:val="single"/>
          </w:rPr>
          <w:t>[2]</w:t>
        </w:r>
      </w:hyperlink>
      <w:r>
        <w:t xml:space="preserve">, </w:t>
      </w:r>
      <w:hyperlink r:id="rId11">
        <w:r>
          <w:rPr>
            <w:color w:val="0000EE"/>
            <w:u w:val="single"/>
          </w:rPr>
          <w:t>[4]</w:t>
        </w:r>
      </w:hyperlink>
      <w:r>
        <w:t xml:space="preserve">- Paragraph 5: </w:t>
      </w:r>
      <w:hyperlink r:id="rId10">
        <w:r>
          <w:rPr>
            <w:color w:val="0000EE"/>
            <w:u w:val="single"/>
          </w:rPr>
          <w:t>[2]</w:t>
        </w:r>
      </w:hyperlink>
      <w:r>
        <w:t xml:space="preserve">, </w:t>
      </w:r>
      <w:hyperlink r:id="rId12">
        <w:r>
          <w:rPr>
            <w:color w:val="0000EE"/>
            <w:u w:val="single"/>
          </w:rPr>
          <w:t>[6]</w:t>
        </w:r>
      </w:hyperlink>
      <w:r>
        <w:t xml:space="preserve">- Paragraph 6: </w:t>
      </w:r>
      <w:hyperlink r:id="rId13">
        <w:r>
          <w:rPr>
            <w:color w:val="0000EE"/>
            <w:u w:val="single"/>
          </w:rPr>
          <w:t>[3]</w:t>
        </w:r>
      </w:hyperlink>
      <w:r>
        <w:t xml:space="preserve">, </w:t>
      </w:r>
      <w:hyperlink r:id="rId11">
        <w:r>
          <w:rPr>
            <w:color w:val="0000EE"/>
            <w:u w:val="single"/>
          </w:rPr>
          <w:t>[4]</w:t>
        </w:r>
      </w:hyperlink>
      <w:r>
        <w:t xml:space="preserve">- Paragraph 7: </w:t>
      </w:r>
      <w:hyperlink r:id="rId13">
        <w:r>
          <w:rPr>
            <w:color w:val="0000EE"/>
            <w:u w:val="single"/>
          </w:rPr>
          <w:t>[3]</w:t>
        </w:r>
      </w:hyperlink>
      <w:r>
        <w:t xml:space="preserve">, </w:t>
      </w:r>
      <w:hyperlink r:id="rId14">
        <w:r>
          <w:rPr>
            <w:color w:val="0000EE"/>
            <w:u w:val="single"/>
          </w:rPr>
          <w:t>[5]</w:t>
        </w:r>
      </w:hyperlink>
      <w:r>
        <w:t xml:space="preserve">- Paragraph 8: </w:t>
      </w:r>
      <w:hyperlink r:id="rId11">
        <w:r>
          <w:rPr>
            <w:color w:val="0000EE"/>
            <w:u w:val="single"/>
          </w:rPr>
          <w:t>[4]</w:t>
        </w:r>
      </w:hyperlink>
      <w:r>
        <w:t xml:space="preserve">, </w:t>
      </w:r>
      <w:hyperlink r:id="rId14">
        <w:r>
          <w:rPr>
            <w:color w:val="0000EE"/>
            <w:u w:val="single"/>
          </w:rPr>
          <w:t>[5]</w:t>
        </w:r>
      </w:hyperlink>
      <w:r>
        <w:t xml:space="preserve">- Paragraph 9: </w:t>
      </w:r>
      <w:hyperlink r:id="rId10">
        <w:r>
          <w:rPr>
            <w:color w:val="0000EE"/>
            <w:u w:val="single"/>
          </w:rPr>
          <w:t>[2]</w:t>
        </w:r>
      </w:hyperlink>
      <w:r>
        <w:t xml:space="preserve">, </w:t>
      </w:r>
      <w:hyperlink r:id="rId13">
        <w:r>
          <w:rPr>
            <w:color w:val="0000EE"/>
            <w:u w:val="single"/>
          </w:rPr>
          <w:t>[3]</w:t>
        </w:r>
      </w:hyperlink>
      <w:r>
        <w:t xml:space="preserve">- Paragraph 10: </w:t>
      </w:r>
      <w:hyperlink r:id="rId12">
        <w:r>
          <w:rPr>
            <w:color w:val="0000EE"/>
            <w:u w:val="single"/>
          </w:rPr>
          <w:t>[6]</w:t>
        </w:r>
      </w:hyperlink>
      <w:r>
        <w:t xml:space="preserve">, </w:t>
      </w:r>
      <w:hyperlink r:id="rId14">
        <w:r>
          <w:rPr>
            <w:color w:val="0000EE"/>
            <w:u w:val="single"/>
          </w:rPr>
          <w:t>[5]</w:t>
        </w:r>
      </w:hyperlink>
      <w:r>
        <w:t xml:space="preserve">- Paragraph 11: </w:t>
      </w:r>
      <w:hyperlink r:id="rId13">
        <w:r>
          <w:rPr>
            <w:color w:val="0000EE"/>
            <w:u w:val="single"/>
          </w:rPr>
          <w:t>[3]</w:t>
        </w:r>
      </w:hyperlink>
      <w:r>
        <w:t xml:space="preserve">, </w:t>
      </w:r>
      <w:hyperlink r:id="rId11">
        <w:r>
          <w:rPr>
            <w:color w:val="0000EE"/>
            <w:u w:val="single"/>
          </w:rPr>
          <w:t>[4]</w:t>
        </w:r>
      </w:hyperlink>
      <w:r>
        <w:t xml:space="preserve">- Paragraph 12: </w:t>
      </w:r>
      <w:hyperlink r:id="rId15">
        <w:r>
          <w:rPr>
            <w:color w:val="0000EE"/>
            <w:u w:val="single"/>
          </w:rPr>
          <w:t>[7]</w:t>
        </w:r>
      </w:hyperlink>
      <w:r>
        <w:t xml:space="preserve">- Paragraph 13: </w:t>
      </w:r>
      <w:hyperlink r:id="rId15">
        <w:r>
          <w:rPr>
            <w:color w:val="0000EE"/>
            <w:u w:val="single"/>
          </w:rPr>
          <w:t>[7]</w:t>
        </w:r>
      </w:hyperlink>
      <w:r>
        <w:t xml:space="preserve">- Paragraph 14: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https://coupleofmen.com/8526-gay-travel-tips-stockholm-sweden/</w:t>
        </w:r>
      </w:hyperlink>
      <w:r>
        <w:t xml:space="preserve"> - Please view link - unable to able to access data</w:t>
      </w:r>
      <w:r/>
    </w:p>
    <w:p>
      <w:pPr>
        <w:pStyle w:val="ListNumber"/>
        <w:spacing w:line="240" w:lineRule="auto"/>
        <w:ind w:left="720"/>
      </w:pPr>
      <w:r/>
      <w:hyperlink r:id="rId10">
        <w:r>
          <w:rPr>
            <w:color w:val="0000EE"/>
            <w:u w:val="single"/>
          </w:rPr>
          <w:t>https://bibliotekstan.se/en</w:t>
        </w:r>
      </w:hyperlink>
      <w:r>
        <w:t xml:space="preserve"> - Bibliotekstan is an exclusive shopping district in Stockholm, renowned for its high-end fashion boutiques and dining options. Located near the Royal Library in Humlegården, it encompasses areas like Birger Jarlsgatan and Mäster Samuelsgatan. The district is home to luxury brands such as Dior, House of Dagmar, and CHIMI, offering a premium shopping experience in the heart of the city. Visitors can explore a variety of fashion, accessories, and culinary delights in this vibrant area.</w:t>
      </w:r>
      <w:r/>
    </w:p>
    <w:p>
      <w:pPr>
        <w:pStyle w:val="ListNumber"/>
        <w:spacing w:line="240" w:lineRule="auto"/>
        <w:ind w:left="720"/>
      </w:pPr>
      <w:r/>
      <w:hyperlink r:id="rId13">
        <w:r>
          <w:rPr>
            <w:color w:val="0000EE"/>
            <w:u w:val="single"/>
          </w:rPr>
          <w:t>https://www.hornstullsmarknad.se/</w:t>
        </w:r>
      </w:hyperlink>
      <w:r>
        <w:t xml:space="preserve"> - Hornstulls Marknad is a lively outdoor market situated along the waterfront at Hornstulls Strand in Södermalm, Stockholm. Operating every Saturday and Sunday from April to October, the market features a diverse range of street food vendors, vintage clothing stalls, antiques, and handmade crafts. It's a popular spot for both locals and tourists to enjoy a vibrant atmosphere, discover unique items, and savour various cuisines in a picturesque setting.</w:t>
      </w:r>
      <w:r/>
    </w:p>
    <w:p>
      <w:pPr>
        <w:pStyle w:val="ListNumber"/>
        <w:spacing w:line="240" w:lineRule="auto"/>
        <w:ind w:left="720"/>
      </w:pPr>
      <w:r/>
      <w:hyperlink r:id="rId11">
        <w:r>
          <w:rPr>
            <w:color w:val="0000EE"/>
            <w:u w:val="single"/>
          </w:rPr>
          <w:t>https://www.visitstockholm.se/o/hornstulls-marknad/</w:t>
        </w:r>
      </w:hyperlink>
      <w:r>
        <w:t xml:space="preserve"> - Hornstulls Marknad is an outdoor street market located in the western part of Södermalm, Stockholm. Stretching along the waterfront, it has become a favourite Sunday activity for many. The market offers a variety of vintage, second-hand items, art, and food trucks, providing a quintessential street market experience. Open every Saturday and Sunday from 11:00 to 17:00, from April through October, it attracts a diverse crowd seeking unique finds and a lively atmosphere.</w:t>
      </w:r>
      <w:r/>
    </w:p>
    <w:p>
      <w:pPr>
        <w:pStyle w:val="ListNumber"/>
        <w:spacing w:line="240" w:lineRule="auto"/>
        <w:ind w:left="720"/>
      </w:pPr>
      <w:r/>
      <w:hyperlink r:id="rId14">
        <w:r>
          <w:rPr>
            <w:color w:val="0000EE"/>
            <w:u w:val="single"/>
          </w:rPr>
          <w:t>https://www.inyourpocket.com/sweden/stockholm/venues/hornstulls-marknad</w:t>
        </w:r>
      </w:hyperlink>
      <w:r>
        <w:t xml:space="preserve"> - Hornstulls Marknad is an outdoor flea market situated along Hornstulls Strand in western Södermalm, Stockholm. Open every Saturday and Sunday from 11 AM to 5 PM, from April to September, the market offers a range of vintage clothes, shoes, jewellery, antiques, and a selection of food trucks serving diverse street food. It's a vibrant spot for both locals and visitors to explore unique items and enjoy the lively atmosphere of the area.</w:t>
      </w:r>
      <w:r/>
    </w:p>
    <w:p>
      <w:pPr>
        <w:pStyle w:val="ListNumber"/>
        <w:spacing w:line="240" w:lineRule="auto"/>
        <w:ind w:left="720"/>
      </w:pPr>
      <w:r/>
      <w:hyperlink r:id="rId12">
        <w:r>
          <w:rPr>
            <w:color w:val="0000EE"/>
            <w:u w:val="single"/>
          </w:rPr>
          <w:t>https://time.com/6992354/hornsgatan-slow-fashion-district/</w:t>
        </w:r>
      </w:hyperlink>
      <w:r>
        <w:t xml:space="preserve"> - The Hornsgatan Slow Fashion District, established by fashion entrepreneurs Stina Löving, Mikaela de Verdier, and Therese Forsberg, is a new initiative in Stockholm's Södermalm neighbourhood aimed at promoting sustainable fashion. The district consists of 19 vintage and secondhand shops along Hornsgatan, offering items from niche brands like Katja of Sweden and early H&amp;M pieces. The founders aim to position Stockholm as a slow fashion hub by supporting local artists and businesses, including creators of ceramics, candles, and upcycled children's jeans. The initiative includes events such as themed shopping weeks and pop-ups, and in April, they launched a self-guided map tour to help visitors explore shops selling everything from vintage Italian fashion to recycled gym bags. Services like clothing rental and tailoring further support the circular fashion economy.</w:t>
      </w:r>
      <w:r/>
    </w:p>
    <w:p>
      <w:pPr>
        <w:pStyle w:val="ListNumber"/>
        <w:spacing w:line="240" w:lineRule="auto"/>
        <w:ind w:left="720"/>
      </w:pPr>
      <w:r/>
      <w:hyperlink r:id="rId15">
        <w:r>
          <w:rPr>
            <w:color w:val="0000EE"/>
            <w:u w:val="single"/>
          </w:rPr>
          <w:t>https://www.youtube.com/watch?v=ZPmOf9AXJGI</w:t>
        </w:r>
      </w:hyperlink>
      <w:r>
        <w:t xml:space="preserve"> - This video provides an immersive exploration of Hornstulls Marknad, one of Stockholm's most vibrant weekend markets. Viewers can virtually stroll along the waterfront, discover vintage treasures, handmade crafts, and enjoy the diverse street food offerings. The lively atmosphere of Södermalm is captured, showcasing the unique charm of the market. It's an excellent resource for those interested in experiencing the market's offerings and ambiance from afar.</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coupleofmen.com/8526-gay-travel-tips-stockholm-sweden/" TargetMode="External"/><Relationship Id="rId10" Type="http://schemas.openxmlformats.org/officeDocument/2006/relationships/hyperlink" Target="https://bibliotekstan.se/en" TargetMode="External"/><Relationship Id="rId11" Type="http://schemas.openxmlformats.org/officeDocument/2006/relationships/hyperlink" Target="https://www.visitstockholm.se/o/hornstulls-marknad/" TargetMode="External"/><Relationship Id="rId12" Type="http://schemas.openxmlformats.org/officeDocument/2006/relationships/hyperlink" Target="https://time.com/6992354/hornsgatan-slow-fashion-district/" TargetMode="External"/><Relationship Id="rId13" Type="http://schemas.openxmlformats.org/officeDocument/2006/relationships/hyperlink" Target="https://www.hornstullsmarknad.se/" TargetMode="External"/><Relationship Id="rId14" Type="http://schemas.openxmlformats.org/officeDocument/2006/relationships/hyperlink" Target="https://www.inyourpocket.com/sweden/stockholm/venues/hornstulls-marknad" TargetMode="External"/><Relationship Id="rId15" Type="http://schemas.openxmlformats.org/officeDocument/2006/relationships/hyperlink" Target="https://www.youtube.com/watch?v=ZPmOf9AXJG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