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Sligo Pride 2026 events for building community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Sligo Pride 2026 is turning the county into a welcoming festival hub from 11 to 20 September, with marches, films, crafts, comedy, Irish-language conversation and late-night entertainment. The theme, ‘Building Community’, runs through a programme designed to bring people together in relaxed, creative and celebratory ways.</w:t>
      </w:r>
      <w:r/>
    </w:p>
    <w:p>
      <w:pPr>
        <w:pStyle w:val="Heading2"/>
      </w:pPr>
      <w:r>
        <w:t>Essential Takeaways</w:t>
      </w:r>
      <w:r/>
      <w:r/>
    </w:p>
    <w:p>
      <w:pPr>
        <w:pStyle w:val="ListBullet"/>
        <w:spacing w:line="240" w:lineRule="auto"/>
        <w:ind w:left="720"/>
      </w:pPr>
      <w:r/>
      <w:r>
        <w:rPr>
          <w:b/>
        </w:rPr>
        <w:t>Ten days of events:</w:t>
      </w:r>
      <w:r>
        <w:t xml:space="preserve"> Sligo Pride runs from Friday 11 September to Sunday 20 September 2026.</w:t>
      </w:r>
      <w:r/>
    </w:p>
    <w:p>
      <w:pPr>
        <w:pStyle w:val="ListBullet"/>
        <w:spacing w:line="240" w:lineRule="auto"/>
        <w:ind w:left="720"/>
      </w:pPr>
      <w:r/>
      <w:r>
        <w:rPr>
          <w:b/>
        </w:rPr>
        <w:t>A broad programme:</w:t>
      </w:r>
      <w:r>
        <w:t xml:space="preserve"> Expect clean-ups, films, games, painting, storytelling, karaoke and live entertainment.</w:t>
      </w:r>
      <w:r/>
    </w:p>
    <w:p>
      <w:pPr>
        <w:pStyle w:val="ListBullet"/>
        <w:spacing w:line="240" w:lineRule="auto"/>
        <w:ind w:left="720"/>
      </w:pPr>
      <w:r/>
      <w:r>
        <w:rPr>
          <w:b/>
        </w:rPr>
        <w:t>The main day:</w:t>
      </w:r>
      <w:r>
        <w:t xml:space="preserve"> The Pride March begins at Maeve’s Square at 11am on Saturday 19 September.</w:t>
      </w:r>
      <w:r/>
    </w:p>
    <w:p>
      <w:pPr>
        <w:pStyle w:val="ListBullet"/>
        <w:spacing w:line="240" w:lineRule="auto"/>
        <w:ind w:left="720"/>
      </w:pPr>
      <w:r/>
      <w:r>
        <w:rPr>
          <w:b/>
        </w:rPr>
        <w:t>A community focus:</w:t>
      </w:r>
      <w:r>
        <w:t xml:space="preserve"> The 2026 theme is ‘Building Community’, with events aimed at different ages and interests.</w:t>
      </w:r>
      <w:r/>
    </w:p>
    <w:p>
      <w:pPr>
        <w:pStyle w:val="ListBullet"/>
        <w:spacing w:line="240" w:lineRule="auto"/>
        <w:ind w:left="720"/>
      </w:pPr>
      <w:r/>
      <w:r>
        <w:rPr>
          <w:b/>
        </w:rPr>
        <w:t>A gentle finish:</w:t>
      </w:r>
      <w:r>
        <w:t xml:space="preserve"> The festival closes with a Cool Down gathering and a Knocknarea hike.</w:t>
      </w:r>
      <w:r/>
      <w:r/>
    </w:p>
    <w:p>
      <w:pPr>
        <w:pStyle w:val="Heading2"/>
      </w:pPr>
      <w:r>
        <w:t>Sligo Pride 2026 puts community first</w:t>
      </w:r>
      <w:r/>
    </w:p>
    <w:p>
      <w:r/>
      <w:r>
        <w:t>The strongest feature of Sligo Pride 2026 is its range. Rather than concentrating everything into one parade day, organisers have spread activities across ten days, giving visitors plenty of ways to take part. The result feels less like a single big occasion and more like a festival woven into everyday life in Sligo.</w:t>
      </w:r>
      <w:r/>
    </w:p>
    <w:p>
      <w:r/>
      <w:r>
        <w:t>That approach matters, especially for anyone who finds large crowds daunting. According to GCN, the programme is built around creating a stronger sense of belonging across the county, with events that move between civic spaces, arts venues, bars and the outdoors.</w:t>
      </w:r>
      <w:r/>
    </w:p>
    <w:p>
      <w:r/>
      <w:r>
        <w:t>The opening Flag Raising at Sligo City Hall on Friday 11 September sets the tone. The following day's Cuppa &amp; Clean-Up combines a friendly meet-up with a practical effort to freshen up the town before the march, which is a rather lovely reminder that pride can be both visible and hands-on.</w:t>
      </w:r>
      <w:r/>
    </w:p>
    <w:p>
      <w:pPr>
        <w:pStyle w:val="Heading2"/>
      </w:pPr>
      <w:r>
        <w:t>Films, games and stories make the programme easy to join</w:t>
      </w:r>
      <w:r/>
    </w:p>
    <w:p>
      <w:r/>
      <w:r>
        <w:t>Sunday 13 September brings Blindr to The Model, a comedy-drama centred on love, family and second chances. The venue's listing places the screening within the Pride programme, offering a quieter cultural option alongside the more energetic events. It's the sort of choice that suits an afternoon when you want connection without a packed dance floor.</w:t>
      </w:r>
      <w:r/>
    </w:p>
    <w:p>
      <w:r/>
      <w:r>
        <w:t>Monday adds a GAYmes Night open to all ages, followed by Pride, Paint &amp; Sláinte on Tuesday. The painting event, associated with FrameRun and LoveSmoke, gives attendees a chance to make something colourful while enjoying drinks and music, according to event listings from HappeningNext and Eventbrite.</w:t>
      </w:r>
      <w:r/>
    </w:p>
    <w:p>
      <w:r/>
      <w:r>
        <w:t>Wednesday is particularly distinctive. Queercal Comhrá celebrates LGBTQ+ community through the Irish language, while Kitchen Sink Stories opens the microphone to personal storytelling. Foyle Pride's event information highlights the Irish-language conversation as part of a wider celebration of identity and expression.</w:t>
      </w:r>
      <w:r/>
    </w:p>
    <w:p>
      <w:pPr>
        <w:pStyle w:val="Heading2"/>
      </w:pPr>
      <w:r>
        <w:t>From poster-making to Priscilla, there's a little bit of everything</w:t>
      </w:r>
      <w:r/>
    </w:p>
    <w:p>
      <w:r/>
      <w:r>
        <w:t>Thursday's Poster Making event is a practical invitation to help build the visual energy around the festival. It also gives people a chance to meet others before the headline weekend, scissors and bright pens included. For newcomers, low-pressure creative events can be an easier introduction than walking straight into a busy nightlife setting.</w:t>
      </w:r>
      <w:r/>
    </w:p>
    <w:p>
      <w:r/>
      <w:r>
        <w:t>On Friday 18 September, the mood shifts towards evening entertainment. The Adventures of Priscilla, Queen of the Desert brings a much-loved camp classic to the screen, while Pink Friday Karaoke at Swagman Bar offers a more participatory way to celebrate. Sligo's LGBTQ+ society listings also point to a programme that mixes social events with arts and entertainment rather than relying on one format.</w:t>
      </w:r>
      <w:r/>
    </w:p>
    <w:p>
      <w:r/>
      <w:r>
        <w:t>That variety is one of the festival's biggest strengths. You can join for an hour, commit to the full weekend or pick events around your own comfort level. And if your singing is more enthusiastic than accurate, karaoke is generally a forgiving place to discover that.</w:t>
      </w:r>
      <w:r/>
    </w:p>
    <w:p>
      <w:pPr>
        <w:pStyle w:val="Heading2"/>
      </w:pPr>
      <w:r>
        <w:t>The Pride March leads into a full day of celebration</w:t>
      </w:r>
      <w:r/>
    </w:p>
    <w:p>
      <w:r/>
      <w:r>
        <w:t>The central celebrations arrive on Saturday 19 September, beginning with the Pride March from Maeve's Square at 11am. After the march, Fleadh Bród at Knocknarea Arena is set to continue the day with food, crafts, speeches and performances.</w:t>
      </w:r>
      <w:r/>
    </w:p>
    <w:p>
      <w:r/>
      <w:r>
        <w:t>A festival centre built around food and making things offers more than spectacle. It gives people places to pause, chat and browse, which can make the day feel welcoming to families, first-time attendees and anyone who'd rather dip in and out of the crowds.</w:t>
      </w:r>
      <w:r/>
    </w:p>
    <w:p>
      <w:r/>
      <w:r>
        <w:t>The evening moves to Bourbon Bar for Bród After Hours, with drag performer AIDXN G and DJ Ruth providing the entertainment. Taken together, the day's schedule moves naturally from public visibility to a more intimate party atmosphere.</w:t>
      </w:r>
      <w:r/>
    </w:p>
    <w:p>
      <w:pPr>
        <w:pStyle w:val="Heading2"/>
      </w:pPr>
      <w:r>
        <w:t>How to plan your Sligo Pride weekend</w:t>
      </w:r>
      <w:r/>
    </w:p>
    <w:p>
      <w:r/>
      <w:r>
        <w:t>If you're visiting from outside Sligo, the busiest day is likely to be Saturday 19 September, but booking or checking details early is sensible for ticketed events and venue-based screenings. The Model's listing is the best place to confirm information for Blindr, while Eventbrite carries details for Pride, Paint &amp; Sláinte.</w:t>
      </w:r>
      <w:r/>
    </w:p>
    <w:p>
      <w:r/>
      <w:r>
        <w:t>Families and mixed-age groups may prefer the clean-up, GAYmes Night, march, Fleadh Bród and Cool Down events. Those looking for nightlife can focus on the karaoke, Bród After Hours and other evening gatherings. Meanwhile, the Irish-language conversation, storytelling night and creative workshops offer something more reflective.</w:t>
      </w:r>
      <w:r/>
    </w:p>
    <w:p>
      <w:r/>
      <w:r>
        <w:t>The festival concludes on Sunday 20 September with a Cool Down at 11am, followed by a Knocknarea hike led by Wild Atlantic Gay. It's a fittingly calm finish after the noise and colour of the main celebrations, although comfortable shoes are a very good idea.</w:t>
      </w:r>
      <w:r/>
    </w:p>
    <w:p>
      <w:r/>
      <w:r>
        <w:t>Sligo Pride 2026 shows how a festival can be both celebratory and useful: loud when it needs to be, gentle when people need space, and grounded in the places where community actually happens.</w:t>
      </w:r>
      <w:r/>
    </w:p>
    <w:p>
      <w:r/>
      <w:r>
        <w:t>Explore the programme and choose the events that feel right for you.</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[7]</w:t>
        </w:r>
      </w:hyperlink>
      <w:r>
        <w:t xml:space="preserve">- Paragraph 2: </w:t>
      </w:r>
      <w:hyperlink r:id="rId9">
        <w:r>
          <w:rPr>
            <w:color w:val="0000EE"/>
            <w:u w:val="single"/>
          </w:rPr>
          <w:t>[2]</w:t>
        </w:r>
      </w:hyperlink>
      <w:r>
        <w:t xml:space="preserve">, </w:t>
      </w:r>
      <w:hyperlink r:id="rId10">
        <w:r>
          <w:rPr>
            <w:color w:val="0000EE"/>
            <w:u w:val="single"/>
          </w:rPr>
          <w:t>[7]</w:t>
        </w:r>
      </w:hyperlink>
      <w:r>
        <w:t xml:space="preserve">- Paragraph 3: </w:t>
      </w:r>
      <w:hyperlink r:id="rId9">
        <w:r>
          <w:rPr>
            <w:color w:val="0000EE"/>
            <w:u w:val="single"/>
          </w:rPr>
          <w:t>[2]</w:t>
        </w:r>
      </w:hyperlink>
      <w:r>
        <w:t xml:space="preserve">- Paragraph 4: </w:t>
      </w:r>
      <w:hyperlink r:id="rId11">
        <w:r>
          <w:rPr>
            <w:color w:val="0000EE"/>
            <w:u w:val="single"/>
          </w:rPr>
          <w:t>[3]</w:t>
        </w:r>
      </w:hyperlink>
      <w:r>
        <w:t xml:space="preserve">- Paragraph 5: </w:t>
      </w:r>
      <w:hyperlink r:id="rId12">
        <w:r>
          <w:rPr>
            <w:color w:val="0000EE"/>
            <w:u w:val="single"/>
          </w:rPr>
          <w:t>[4]</w:t>
        </w:r>
      </w:hyperlink>
      <w:r>
        <w:t xml:space="preserve">, </w:t>
      </w:r>
      <w:hyperlink r:id="rId13">
        <w:r>
          <w:rPr>
            <w:color w:val="0000EE"/>
            <w:u w:val="single"/>
          </w:rPr>
          <w:t>[6]</w:t>
        </w:r>
      </w:hyperlink>
      <w:r>
        <w:t xml:space="preserve">- Paragraph 6: </w:t>
      </w:r>
      <w:hyperlink r:id="rId14">
        <w:r>
          <w:rPr>
            <w:color w:val="0000EE"/>
            <w:u w:val="single"/>
          </w:rPr>
          <w:t>[5]</w:t>
        </w:r>
      </w:hyperlink>
      <w:r>
        <w:t xml:space="preserve">- Paragraph 7: </w:t>
      </w:r>
      <w:hyperlink r:id="rId9">
        <w:r>
          <w:rPr>
            <w:color w:val="0000EE"/>
            <w:u w:val="single"/>
          </w:rPr>
          <w:t>[2]</w:t>
        </w:r>
      </w:hyperlink>
      <w:r>
        <w:t xml:space="preserve">, </w:t>
      </w:r>
      <w:hyperlink r:id="rId10">
        <w:r>
          <w:rPr>
            <w:color w:val="0000EE"/>
            <w:u w:val="single"/>
          </w:rPr>
          <w:t>[7]</w:t>
        </w:r>
      </w:hyperlink>
      <w:r>
        <w:t xml:space="preserve">- Paragraph 8: </w:t>
      </w:r>
      <w:hyperlink r:id="rId9">
        <w:r>
          <w:rPr>
            <w:color w:val="0000EE"/>
            <w:u w:val="single"/>
          </w:rPr>
          <w:t>[2]</w:t>
        </w:r>
      </w:hyperlink>
      <w:r>
        <w:t xml:space="preserve">, </w:t>
      </w:r>
      <w:hyperlink r:id="rId10">
        <w:r>
          <w:rPr>
            <w:color w:val="0000EE"/>
            <w:u w:val="single"/>
          </w:rPr>
          <w:t>[7]</w:t>
        </w:r>
      </w:hyperlink>
      <w:r>
        <w:t xml:space="preserve">- Paragraph 9: </w:t>
      </w:r>
      <w:hyperlink r:id="rId9">
        <w:r>
          <w:rPr>
            <w:color w:val="0000EE"/>
            <w:u w:val="single"/>
          </w:rPr>
          <w:t>[2]</w:t>
        </w:r>
      </w:hyperlink>
      <w:r>
        <w:t xml:space="preserve">- Paragraph 10: </w:t>
      </w:r>
      <w:hyperlink r:id="rId9">
        <w:r>
          <w:rPr>
            <w:color w:val="0000EE"/>
            <w:u w:val="single"/>
          </w:rPr>
          <w:t>[2]</w:t>
        </w:r>
      </w:hyperlink>
      <w:r>
        <w:t xml:space="preserve">, </w:t>
      </w:r>
      <w:hyperlink r:id="rId10">
        <w:r>
          <w:rPr>
            <w:color w:val="0000EE"/>
            <w:u w:val="single"/>
          </w:rPr>
          <w:t>[7]</w:t>
        </w:r>
      </w:hyperlink>
      <w:r>
        <w:t xml:space="preserve">- Paragraph 11: </w:t>
      </w:r>
      <w:hyperlink r:id="rId11">
        <w:r>
          <w:rPr>
            <w:color w:val="0000EE"/>
            <w:u w:val="single"/>
          </w:rPr>
          <w:t>[3]</w:t>
        </w:r>
      </w:hyperlink>
      <w:r>
        <w:t xml:space="preserve">, </w:t>
      </w:r>
      <w:hyperlink r:id="rId13">
        <w:r>
          <w:rPr>
            <w:color w:val="0000EE"/>
            <w:u w:val="single"/>
          </w:rPr>
          <w:t>[6]</w:t>
        </w:r>
      </w:hyperlink>
      <w:r>
        <w:t xml:space="preserve">- Paragraph 12: </w:t>
      </w:r>
      <w:hyperlink r:id="rId9">
        <w:r>
          <w:rPr>
            <w:color w:val="0000EE"/>
            <w:u w:val="single"/>
          </w:rPr>
          <w:t>[2]</w:t>
        </w:r>
      </w:hyperlink>
      <w:r>
        <w:t xml:space="preserve">- Paragraph 13: </w:t>
      </w:r>
      <w:hyperlink r:id="rId9">
        <w:r>
          <w:rPr>
            <w:color w:val="0000EE"/>
            <w:u w:val="single"/>
          </w:rPr>
          <w:t>[2]</w:t>
        </w:r>
      </w:hyperlink>
      <w:r>
        <w:t xml:space="preserve">, </w:t>
      </w:r>
      <w:hyperlink r:id="rId10">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https://gcn.ie/sligo-pride-2026-programme/</w:t>
        </w:r>
      </w:hyperlink>
      <w:r>
        <w:t xml:space="preserve"> - Please view link - unable to able to access data</w:t>
      </w:r>
      <w:r/>
    </w:p>
    <w:p>
      <w:pPr>
        <w:pStyle w:val="ListNumber"/>
        <w:spacing w:line="240" w:lineRule="auto"/>
        <w:ind w:left="720"/>
      </w:pPr>
      <w:r/>
      <w:hyperlink r:id="rId9">
        <w:r>
          <w:rPr>
            <w:color w:val="0000EE"/>
            <w:u w:val="single"/>
          </w:rPr>
          <w:t>https://gcn.ie/sligo-pride-2026-programme/</w:t>
        </w:r>
      </w:hyperlink>
      <w:r>
        <w:t xml:space="preserve"> - Sligo Pride 2026 is a 10-day festival from 11 to 20 September, themed 'Building Community' to foster inclusivity and belonging across Sligo. The event begins with a Flag Raising at Sligo City Hall on 11 September at 3pm. On 12 September, a Cuppa &amp; Clean-Up event is scheduled, allowing attendees to socialise and prepare the town for the Pride march. The Model will present 'Blindr', a comedy-drama about love and family, on 13 September. The following week features another Flag Raising at Sligo County Hall on 14 September, a GAYmes Night open to all ages, and 'Pride, Paint &amp; Sláinte' hosted by FrameRun on 15 September, combining painting and live music. Other events include Queercal Comhrá, Kitchen Sink Stories, a Poster Making event, a screening of 'The Adventures of Priscilla, Queen of the Desert', and Pink Friday Karaoke at Swagman Bar. The main celebrations on 19 September include the Pride March starting from Maeve’s Square at 11am, followed by Fleadh Bród at Knocknarea Arena, featuring food, crafts, speeches, and performances. The day concludes with Bród After Hours at Bourbon Bar, featuring drag performer AIDXN G and DJ Ruth. The festival concludes on 20 September with a Cool Down event and a hike up Knocknarea led by the Wild Atlantic Gay group.</w:t>
      </w:r>
      <w:r/>
    </w:p>
    <w:p>
      <w:pPr>
        <w:pStyle w:val="ListNumber"/>
        <w:spacing w:line="240" w:lineRule="auto"/>
        <w:ind w:left="720"/>
      </w:pPr>
      <w:r/>
      <w:hyperlink r:id="rId11">
        <w:r>
          <w:rPr>
            <w:color w:val="0000EE"/>
            <w:u w:val="single"/>
          </w:rPr>
          <w:t>https://www.themodel.ie/?event=sligo-pride-blindr&amp;event_date=2026-09-13</w:t>
        </w:r>
      </w:hyperlink>
      <w:r>
        <w:t xml:space="preserve"> - On 13 September 2026, The Model in Sligo will present 'Blindr', a heartfelt comedy-drama about love, family, and second chances. The play features Brian Higgins, who won Best Actor at the International Dublin Gay Theatre Festival. The story follows Frank, who returns to his rural Sligo roots to care for his sick mother and unexpectedly finds love through Grindr. The production is written and directed by Sean Denyer, Artistic Director of Wilde Stages, Dublin’s Queer Theatre Festival. Brian Higgins, an award-winning actor from Sligo, stars in the play, marking his return to the stage in Sligo since 2015.</w:t>
      </w:r>
      <w:r/>
    </w:p>
    <w:p>
      <w:pPr>
        <w:pStyle w:val="ListNumber"/>
        <w:spacing w:line="240" w:lineRule="auto"/>
        <w:ind w:left="720"/>
      </w:pPr>
      <w:r/>
      <w:hyperlink r:id="rId12">
        <w:r>
          <w:rPr>
            <w:color w:val="0000EE"/>
            <w:u w:val="single"/>
          </w:rPr>
          <w:t>https://happeningnext.com/event/pride-paint-andamp-sláinte-with-lovesmoke-at-swagman-bar-sligo-eid1ef0l5wkg0qr</w:t>
        </w:r>
      </w:hyperlink>
      <w:r>
        <w:t xml:space="preserve"> - On 15 September 2026, Swagman Bar in Sligo will host 'Pride, Paint &amp; Sláinte with Lovesmoke', a unique evening combining painting and live music. The event offers a relaxed two-hour painting session with all materials provided, accompanied by a live DJ set from LoveSmoke. The painting session runs from 8 to 10 pm, with music continuing until late. This event is suitable for singles, couples, groups, or anyone looking for a different activity with friends or family. Tickets are priced at EUR 27.79.</w:t>
      </w:r>
      <w:r/>
    </w:p>
    <w:p>
      <w:pPr>
        <w:pStyle w:val="ListNumber"/>
        <w:spacing w:line="240" w:lineRule="auto"/>
        <w:ind w:left="720"/>
      </w:pPr>
      <w:r/>
      <w:hyperlink r:id="rId14">
        <w:r>
          <w:rPr>
            <w:color w:val="0000EE"/>
            <w:u w:val="single"/>
          </w:rPr>
          <w:t>https://www.foylepride.com/events/queercal-comhr-an-bhrid</w:t>
        </w:r>
      </w:hyperlink>
      <w:r>
        <w:t xml:space="preserve"> - Foyle Pride Festival in Derry, Northern Ireland, hosts 'Queercal Comhrá an Bhróid', a Pride-special Queer Irish-language conversation circle. The event is scheduled for 25 August 2026 at the Derby Bar in Derry. Queercal Comhrá is an open and safe space for queer individuals to practice the Irish language, welcoming both learners and fluent speakers. The Derry Queercal began during Pride Week two years ago and has been growing since then. The group meets regularly on the third Tuesday of every month at 8:30 pm in the Derby Bar in Derry.</w:t>
      </w:r>
      <w:r/>
    </w:p>
    <w:p>
      <w:pPr>
        <w:pStyle w:val="ListNumber"/>
        <w:spacing w:line="240" w:lineRule="auto"/>
        <w:ind w:left="720"/>
      </w:pPr>
      <w:r/>
      <w:hyperlink r:id="rId13">
        <w:r>
          <w:rPr>
            <w:color w:val="0000EE"/>
            <w:u w:val="single"/>
          </w:rPr>
          <w:t>https://www.eventbrite.ie/e/pride-paint-slainte-with-lovesmoke-at-swagman-bar-sligo-tickets-1999282031375</w:t>
        </w:r>
      </w:hyperlink>
      <w:r>
        <w:t xml:space="preserve"> - On 15 September 2026, Swagman Bar in Sligo will host 'Pride, Paint &amp; Sláinte with Lovesmoke', a unique evening combining painting and live music. The event offers a relaxed two-hour painting session with all materials provided, accompanied by a live DJ set from LoveSmoke. The painting session runs from 8 to 10 pm, with music continuing until late. This event is suitable for singles, couples, groups, or anyone looking for a different activity with friends or family. Tickets are priced at EUR 27.79.</w:t>
      </w:r>
      <w:r/>
    </w:p>
    <w:p>
      <w:pPr>
        <w:pStyle w:val="ListNumber"/>
        <w:spacing w:line="240" w:lineRule="auto"/>
        <w:ind w:left="720"/>
      </w:pPr>
      <w:r/>
      <w:hyperlink r:id="rId10">
        <w:r>
          <w:rPr>
            <w:color w:val="0000EE"/>
            <w:u w:val="single"/>
          </w:rPr>
          <w:t>https://sligo.atusulife.ie/society/lgbt/events</w:t>
        </w:r>
      </w:hyperlink>
      <w:r>
        <w:t xml:space="preserve"> - The LGBT+ Society at ATU Sligo hosts various events, including Pink Friday Karaoke, a longstanding community event at Swagman Bar in Sligo. Pink Friday Karaoke provides a safe space for individuals to meet, sing, and have fun. The event is free to attend and has been a staple of the community for years, previously organised by OutWest and Sligo Pride, and now independently run. The event is scheduled for 10 October 2025 at 7:00 pm at Swagman Bar in Sligo.</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gcn.ie/sligo-pride-2026-programme/" TargetMode="External"/><Relationship Id="rId10" Type="http://schemas.openxmlformats.org/officeDocument/2006/relationships/hyperlink" Target="https://sligo.atusulife.ie/society/lgbt/events" TargetMode="External"/><Relationship Id="rId11" Type="http://schemas.openxmlformats.org/officeDocument/2006/relationships/hyperlink" Target="https://www.themodel.ie/?event=sligo-pride-blindr&amp;event_date=2026-09-13" TargetMode="External"/><Relationship Id="rId12" Type="http://schemas.openxmlformats.org/officeDocument/2006/relationships/hyperlink" Target="https://happeningnext.com/event/pride-paint-andamp-sl&#225;inte-with-lovesmoke-at-swagman-bar-sligo-eid1ef0l5wkg0qr" TargetMode="External"/><Relationship Id="rId13" Type="http://schemas.openxmlformats.org/officeDocument/2006/relationships/hyperlink" Target="https://www.eventbrite.ie/e/pride-paint-slainte-with-lovesmoke-at-swagman-bar-sligo-tickets-1999282031375" TargetMode="External"/><Relationship Id="rId14" Type="http://schemas.openxmlformats.org/officeDocument/2006/relationships/hyperlink" Target="https://www.foylepride.com/events/queercal-comhr-an-bhrid"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