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Houston This September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calendar is bursting with options from 10 to 13 September 2026, from intimate drag and cabaret shows to Pride festivals, ballet, political brunches and personal storytelling. Whether you want a lively night out, a thoughtful cultural event or a welcoming community gathering, there’s plenty to put in your diary.</w:t>
      </w:r>
      <w:r/>
    </w:p>
    <w:p>
      <w:pPr>
        <w:pStyle w:val="Heading2"/>
      </w:pPr>
      <w:r>
        <w:t>Essential Takeaways</w:t>
      </w:r>
      <w:r/>
      <w:r/>
    </w:p>
    <w:p>
      <w:pPr>
        <w:pStyle w:val="ListBullet"/>
        <w:spacing w:line="240" w:lineRule="auto"/>
        <w:ind w:left="720"/>
      </w:pPr>
      <w:r/>
      <w:r>
        <w:rPr>
          <w:b/>
        </w:rPr>
        <w:t>Drag and cabaret:</w:t>
      </w:r>
      <w:r>
        <w:t xml:space="preserve"> Michael’s Outpost offers comedy, lip-syncs and close-up live entertainment across two nights.</w:t>
      </w:r>
      <w:r/>
    </w:p>
    <w:p>
      <w:pPr>
        <w:pStyle w:val="ListBullet"/>
        <w:spacing w:line="240" w:lineRule="auto"/>
        <w:ind w:left="720"/>
      </w:pPr>
      <w:r/>
      <w:r>
        <w:rPr>
          <w:b/>
        </w:rPr>
        <w:t>Big-stage highlights:</w:t>
      </w:r>
      <w:r>
        <w:t xml:space="preserve"> Orfeh performs with Steven Jamail at the Hobby Center, while Houston Ballet opens its season with </w:t>
      </w:r>
      <w:r>
        <w:rPr>
          <w:i/>
        </w:rPr>
        <w:t>Pecos Bill</w:t>
      </w:r>
      <w:r>
        <w:t>.</w:t>
      </w:r>
      <w:r/>
    </w:p>
    <w:p>
      <w:pPr>
        <w:pStyle w:val="ListBullet"/>
        <w:spacing w:line="240" w:lineRule="auto"/>
        <w:ind w:left="720"/>
      </w:pPr>
      <w:r/>
      <w:r>
        <w:rPr>
          <w:b/>
        </w:rPr>
        <w:t>Community celebrations:</w:t>
      </w:r>
      <w:r>
        <w:t xml:space="preserve"> Fort Bend County Pride brings a futuristic theme to Rosenberg, with live entertainment, food and vendors.</w:t>
      </w:r>
      <w:r/>
    </w:p>
    <w:p>
      <w:pPr>
        <w:pStyle w:val="ListBullet"/>
        <w:spacing w:line="240" w:lineRule="auto"/>
        <w:ind w:left="720"/>
      </w:pPr>
      <w:r/>
      <w:r>
        <w:rPr>
          <w:b/>
        </w:rPr>
        <w:t>Free cultural events:</w:t>
      </w:r>
      <w:r>
        <w:t xml:space="preserve"> CAMH hosts an artist conversation, while The Ensemble Theatre presents queer monologues centred on African American voices.</w:t>
      </w:r>
      <w:r/>
    </w:p>
    <w:p>
      <w:pPr>
        <w:pStyle w:val="ListBullet"/>
        <w:spacing w:line="240" w:lineRule="auto"/>
        <w:ind w:left="720"/>
      </w:pPr>
      <w:r/>
      <w:r>
        <w:rPr>
          <w:b/>
        </w:rPr>
        <w:t>Sunday choices:</w:t>
      </w:r>
      <w:r>
        <w:t xml:space="preserve"> Equality Brunch, the Houston Women’s Group and the Pup Weekend finale offer very different ways to round off the weekend.</w:t>
      </w:r>
      <w:r/>
      <w:r/>
    </w:p>
    <w:p>
      <w:pPr>
        <w:pStyle w:val="Heading2"/>
      </w:pPr>
      <w:r>
        <w:t>Houston’s queer weekend starts with laughs and live music</w:t>
      </w:r>
      <w:r/>
    </w:p>
    <w:p>
      <w:r/>
      <w:r>
        <w:t xml:space="preserve">Thursday evening is made for a little sparkle and a lot of noise. Laugh Track at Michael’s Outpost mixes drag, comedy and lip-sync performance in the sort of intimate piano-bar setting where the audience feels close enough to catch every raised eyebrow. Michael’s Outpost lists the show from 9pm to 11.30pm, making it an easy late-evening plan. According to the venue, its programme continues to centre live entertainment and LGBTQ+ nightlife. </w:t>
      </w:r>
      <w:hyperlink r:id="rId9">
        <w:r>
          <w:rPr>
            <w:color w:val="0000EE"/>
            <w:u w:val="single"/>
          </w:rPr>
          <w:t>[2]</w:t>
        </w:r>
      </w:hyperlink>
      <w:r/>
    </w:p>
    <w:p>
      <w:r/>
      <w:r>
        <w:t xml:space="preserve">For something more theatrical, Orfeh brings </w:t>
      </w:r>
      <w:r>
        <w:rPr>
          <w:i/>
        </w:rPr>
        <w:t>Off the Record</w:t>
      </w:r>
      <w:r>
        <w:t xml:space="preserve"> to the Hobby Center’s Founders Club on Thursday and Friday. Performing with Houston musician Steven Jamail, the Tony and Grammy-nominated artist is set to combine songs, stories and plenty of personality in a smaller room than a traditional theatre auditorium. The Hobby Center lists tickets from $35, with Thursday’s performance followed by a talkback. </w:t>
      </w:r>
      <w:hyperlink r:id="rId10">
        <w:r>
          <w:rPr>
            <w:color w:val="0000EE"/>
            <w:u w:val="single"/>
          </w:rPr>
          <w:t>[4]</w:t>
        </w:r>
      </w:hyperlink>
      <w:r/>
    </w:p>
    <w:p>
      <w:r/>
      <w:r>
        <w:t xml:space="preserve">Friday also brings </w:t>
      </w:r>
      <w:r>
        <w:rPr>
          <w:i/>
        </w:rPr>
        <w:t>Modern Nostalgia</w:t>
      </w:r>
      <w:r>
        <w:t xml:space="preserve"> to Michael’s Outpost, a cabaret-style evening built around music and performer-led charm. It’s a good fit if you prefer your night out close-up and conversational rather than grand and formal. </w:t>
      </w:r>
      <w:hyperlink r:id="rId9">
        <w:r>
          <w:rPr>
            <w:color w:val="0000EE"/>
            <w:u w:val="single"/>
          </w:rPr>
          <w:t>[2]</w:t>
        </w:r>
      </w:hyperlink>
      <w:r/>
    </w:p>
    <w:p>
      <w:pPr>
        <w:pStyle w:val="Heading2"/>
      </w:pPr>
      <w:r>
        <w:t>Ballet brings Texas folklore to the Wortham stage</w:t>
      </w:r>
      <w:r/>
    </w:p>
    <w:p>
      <w:r/>
      <w:r>
        <w:t xml:space="preserve">Houston Ballet opens its 2026-27 season with a varied triple bill, pairing George Balanchine’s </w:t>
      </w:r>
      <w:r>
        <w:rPr>
          <w:i/>
        </w:rPr>
        <w:t>Symphonie Concertante</w:t>
      </w:r>
      <w:r>
        <w:t xml:space="preserve"> and Lar Lubovitch’s </w:t>
      </w:r>
      <w:r>
        <w:rPr>
          <w:i/>
        </w:rPr>
        <w:t>Meadow</w:t>
      </w:r>
      <w:r>
        <w:t xml:space="preserve"> with Stanton Welch’s </w:t>
      </w:r>
      <w:r>
        <w:rPr>
          <w:i/>
        </w:rPr>
        <w:t>Pecos Bill</w:t>
      </w:r>
      <w:r>
        <w:t xml:space="preserve">. The programme shifts from classical elegance to a more playful Western flavour, complete with folk movement, humour and tall-tale energy. Houston Ballet confirms that the production runs from 11 to 20 September. </w:t>
      </w:r>
      <w:hyperlink r:id="rId11">
        <w:r>
          <w:rPr>
            <w:color w:val="0000EE"/>
            <w:u w:val="single"/>
          </w:rPr>
          <w:t>[3]</w:t>
        </w:r>
      </w:hyperlink>
      <w:r/>
    </w:p>
    <w:p>
      <w:r/>
      <w:r>
        <w:t xml:space="preserve">That contrast is part of the appeal. One moment may feel polished and abstract; the next is full of cowboy mythology and broad Texas character. It’s the kind of programme that can please seasoned balletgoers while giving newcomers something colourful and recognisable to hold on to. </w:t>
      </w:r>
      <w:hyperlink r:id="rId11">
        <w:r>
          <w:rPr>
            <w:color w:val="0000EE"/>
            <w:u w:val="single"/>
          </w:rPr>
          <w:t>[3]</w:t>
        </w:r>
      </w:hyperlink>
      <w:r/>
    </w:p>
    <w:p>
      <w:r/>
      <w:r>
        <w:t xml:space="preserve">There’s also a dedicated LGBTQ+ evening on 18 September, with discounted orchestra seating, a drink voucher and a reserved gathering space. It’s worth flagging now, particularly if you like the idea of making a full social occasion of the theatre rather than simply taking your seat and heading home. </w:t>
      </w:r>
      <w:hyperlink r:id="rId11">
        <w:r>
          <w:rPr>
            <w:color w:val="0000EE"/>
            <w:u w:val="single"/>
          </w:rPr>
          <w:t>[3]</w:t>
        </w:r>
      </w:hyperlink>
      <w:r/>
    </w:p>
    <w:p>
      <w:pPr>
        <w:pStyle w:val="Heading2"/>
      </w:pPr>
      <w:r>
        <w:t>Free conversations and powerful queer storytelling</w:t>
      </w:r>
      <w:r/>
    </w:p>
    <w:p>
      <w:r/>
      <w:r>
        <w:t xml:space="preserve">At the Contemporary Arts Museum Houston, artists Nick Vaughan and Jake Margolin lead a lunchtime discussion about their creative practice and research. The conversation connects with Mary Ellen Carroll’s </w:t>
      </w:r>
      <w:r>
        <w:rPr>
          <w:i/>
        </w:rPr>
        <w:t>How To Talk Dirty and Influence People</w:t>
      </w:r>
      <w:r>
        <w:t xml:space="preserve">, and CAMH says the event includes a light lunch after the gallery talk. It runs from noon to 1pm and is free. </w:t>
      </w:r>
      <w:hyperlink r:id="rId12">
        <w:r>
          <w:rPr>
            <w:color w:val="0000EE"/>
            <w:u w:val="single"/>
          </w:rPr>
          <w:t>[5]</w:t>
        </w:r>
      </w:hyperlink>
      <w:r/>
    </w:p>
    <w:p>
      <w:r/>
      <w:r>
        <w:t xml:space="preserve">Saturday evening takes a more personal turn at The Ensemble Theatre with </w:t>
      </w:r>
      <w:r>
        <w:rPr>
          <w:i/>
        </w:rPr>
        <w:t>Queer Monologues: The Altar of Authenticity</w:t>
      </w:r>
      <w:r>
        <w:t xml:space="preserve">. The programme places African American queer voices at its centre, using first-person storytelling to explore identity, memory and lived experience. The Ensemble Theatre lists the 7pm event as free, although checking availability before travelling is sensible. </w:t>
      </w:r>
      <w:hyperlink r:id="rId13">
        <w:r>
          <w:rPr>
            <w:color w:val="0000EE"/>
            <w:u w:val="single"/>
          </w:rPr>
          <w:t>[7]</w:t>
        </w:r>
      </w:hyperlink>
      <w:r/>
    </w:p>
    <w:p>
      <w:r/>
      <w:r>
        <w:t xml:space="preserve">These events offer a useful reminder that Houston’s queer culture isn’t limited to nightlife. A gallery conversation or theatre monologue can leave you with just as much to discuss afterwards, only perhaps with fewer sequins involved. </w:t>
      </w:r>
      <w:hyperlink r:id="rId12">
        <w:r>
          <w:rPr>
            <w:color w:val="0000EE"/>
            <w:u w:val="single"/>
          </w:rPr>
          <w:t>[5]</w:t>
        </w:r>
      </w:hyperlink>
      <w:r>
        <w:t xml:space="preserve">, </w:t>
      </w:r>
      <w:hyperlink r:id="rId13">
        <w:r>
          <w:rPr>
            <w:color w:val="0000EE"/>
            <w:u w:val="single"/>
          </w:rPr>
          <w:t>[7]</w:t>
        </w:r>
      </w:hyperlink>
      <w:r/>
    </w:p>
    <w:p>
      <w:pPr>
        <w:pStyle w:val="Heading2"/>
      </w:pPr>
      <w:r>
        <w:t>Pride goes futuristic in Fort Bend County</w:t>
      </w:r>
      <w:r/>
    </w:p>
    <w:p>
      <w:r/>
      <w:r>
        <w:t xml:space="preserve">Fort Bend County Pride takes a trip beyond the ordinary with </w:t>
      </w:r>
      <w:r>
        <w:rPr>
          <w:i/>
        </w:rPr>
        <w:t>Futuristic Pride: A Celebration Beyond the Stars</w:t>
      </w:r>
      <w:r>
        <w:t xml:space="preserve"> at the Rosenberg Civic Center on Saturday. The festival is scheduled from noon to 5pm, with live entertainment, music, art, food, vendors, interactive attractions and themed photo opportunities. Organisers describe the event as a celebration with a distinctly space-age outlook. </w:t>
      </w:r>
      <w:hyperlink r:id="rId14">
        <w:r>
          <w:rPr>
            <w:color w:val="0000EE"/>
            <w:u w:val="single"/>
          </w:rPr>
          <w:t>[6]</w:t>
        </w:r>
      </w:hyperlink>
      <w:r/>
    </w:p>
    <w:p>
      <w:r/>
      <w:r>
        <w:t xml:space="preserve">The theme makes this an especially easy event to attend with friends or family. You can dress dramatically if you want to, but you won’t need a costume to enjoy the food stalls, performances and community atmosphere. Fort Bend County Pride provides the essential venue and event details, including the Rosenberg location. </w:t>
      </w:r>
      <w:hyperlink r:id="rId14">
        <w:r>
          <w:rPr>
            <w:color w:val="0000EE"/>
            <w:u w:val="single"/>
          </w:rPr>
          <w:t>[6]</w:t>
        </w:r>
      </w:hyperlink>
      <w:r/>
    </w:p>
    <w:p>
      <w:r/>
      <w:r>
        <w:t xml:space="preserve">Also on Saturday, Pearl Bar hosts Stonewall Summer Halftime, a playful end-of-season gathering featuring cheer squads, marching-band spirit, competitions and a parade honouring past Stonewall medal winners. Admission is free, while the water pong tournament costs $20 in advance or $25 on the door. </w:t>
      </w:r>
      <w:hyperlink r:id="rId15">
        <w:r>
          <w:rPr>
            <w:color w:val="0000EE"/>
            <w:u w:val="single"/>
          </w:rPr>
          <w:t>[1]</w:t>
        </w:r>
      </w:hyperlink>
      <w:r>
        <w:t xml:space="preserve">, </w:t>
      </w:r>
      <w:hyperlink r:id="rId9">
        <w:r>
          <w:rPr>
            <w:color w:val="0000EE"/>
            <w:u w:val="single"/>
          </w:rPr>
          <w:t>[2]</w:t>
        </w:r>
      </w:hyperlink>
      <w:r/>
    </w:p>
    <w:p>
      <w:pPr>
        <w:pStyle w:val="Heading2"/>
      </w:pPr>
      <w:r>
        <w:t>Sunday offers brunch, community and a pup finale</w:t>
      </w:r>
      <w:r/>
    </w:p>
    <w:p>
      <w:r/>
      <w:r>
        <w:t xml:space="preserve">Sunday morning starts gently with the Houston Women’s Group at First Unitarian Universalist Church. The long-running gathering focuses on feminism, community and women’s experiences, and welcomes participants from different generations and perspectives. It runs from 10am to 11.15am, with no admission charge. </w:t>
      </w:r>
      <w:hyperlink r:id="rId15">
        <w:r>
          <w:rPr>
            <w:color w:val="0000EE"/>
            <w:u w:val="single"/>
          </w:rPr>
          <w:t>[1]</w:t>
        </w:r>
      </w:hyperlink>
      <w:r/>
    </w:p>
    <w:p>
      <w:r/>
      <w:r>
        <w:t xml:space="preserve">At the other end of the morning, the Houston LGBTQ+ Political Caucus hosts its 17th Annual Equality Brunch at POST Houston. Running from 10am to 2pm, it combines food, conversation and political engagement in a striking downtown setting. It’s a natural choice for anyone who wants their weekend plans to include community organising as well as socialising. </w:t>
      </w:r>
      <w:hyperlink r:id="rId15">
        <w:r>
          <w:rPr>
            <w:color w:val="0000EE"/>
            <w:u w:val="single"/>
          </w:rPr>
          <w:t>[1]</w:t>
        </w:r>
      </w:hyperlink>
      <w:r/>
    </w:p>
    <w:p>
      <w:r/>
      <w:r>
        <w:t xml:space="preserve">Houston Pup Weekend closes at Ripcord with the Victory Drag Show, followed by the announcement of the 2026 Pup of Montrose. The noon event brings together drag performance and the local pup and leather community, giving the weekend a lively, suitably theatrical finish. </w:t>
      </w:r>
      <w:hyperlink r:id="rId15">
        <w:r>
          <w:rPr>
            <w:color w:val="0000EE"/>
            <w:u w:val="single"/>
          </w:rPr>
          <w:t>[1]</w:t>
        </w:r>
      </w:hyperlink>
      <w:r/>
    </w:p>
    <w:p>
      <w:r/>
      <w:r>
        <w:t xml:space="preserve">With so many events packed into four days, the practical trick is to choose a mood rather than chase everything. Go intimate for cabaret, bold for Pride, reflective for storytelling or sociable for brunch. Houston is offering plenty of ways to make the weekend feel like your own. </w:t>
      </w:r>
      <w:hyperlink r:id="rId15">
        <w:r>
          <w:rPr>
            <w:color w:val="0000EE"/>
            <w:u w:val="single"/>
          </w:rPr>
          <w:t>[1]</w:t>
        </w:r>
      </w:hyperlink>
      <w:r>
        <w:t xml:space="preserve">,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t xml:space="preserve">, </w:t>
      </w:r>
      <w:hyperlink r:id="rId13">
        <w:r>
          <w:rPr>
            <w:color w:val="0000EE"/>
            <w:u w:val="single"/>
          </w:rPr>
          <w:t>[7]</w:t>
        </w:r>
      </w:hyperlink>
      <w:r/>
    </w:p>
    <w:p>
      <w:r/>
      <w:r>
        <w:t>It's a busy weekend, so check timings and tickets before you set off, then choose the event that suits your energy best.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[4]</w:t>
        </w:r>
      </w:hyperlink>
      <w:r>
        <w:t xml:space="preserve">- Paragraph 3: </w:t>
      </w:r>
      <w:hyperlink r:id="rId9">
        <w:r>
          <w:rPr>
            <w:color w:val="0000EE"/>
            <w:u w:val="single"/>
          </w:rPr>
          <w:t>[2]</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Paragraph 7: </w:t>
      </w:r>
      <w:hyperlink r:id="rId12">
        <w:r>
          <w:rPr>
            <w:color w:val="0000EE"/>
            <w:u w:val="single"/>
          </w:rPr>
          <w:t>[5]</w:t>
        </w:r>
      </w:hyperlink>
      <w:r>
        <w:t xml:space="preserve">- Paragraph 8: </w:t>
      </w:r>
      <w:hyperlink r:id="rId13">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4">
        <w:r>
          <w:rPr>
            <w:color w:val="0000EE"/>
            <w:u w:val="single"/>
          </w:rPr>
          <w:t>[6]</w:t>
        </w:r>
      </w:hyperlink>
      <w:r>
        <w:t xml:space="preserve">- Paragraph 11: </w:t>
      </w:r>
      <w:hyperlink r:id="rId14">
        <w:r>
          <w:rPr>
            <w:color w:val="0000EE"/>
            <w:u w:val="single"/>
          </w:rPr>
          <w:t>[6]</w:t>
        </w:r>
      </w:hyperlink>
      <w:r>
        <w:t xml:space="preserve">- Paragraph 12: </w:t>
      </w:r>
      <w:hyperlink r:id="rId9">
        <w:r>
          <w:rPr>
            <w:color w:val="0000EE"/>
            <w:u w:val="single"/>
          </w:rPr>
          <w:t>[2]</w:t>
        </w:r>
      </w:hyperlink>
      <w:r>
        <w:t xml:space="preserve">- Paragraph 13: </w:t>
      </w:r>
      <w:hyperlink r:id="rId15">
        <w:r>
          <w:rPr>
            <w:color w:val="0000EE"/>
            <w:u w:val="single"/>
          </w:rPr>
          <w:t>[1]</w:t>
        </w:r>
      </w:hyperlink>
      <w:r>
        <w:t xml:space="preserve">- Paragraph 14: </w:t>
      </w:r>
      <w:hyperlink r:id="rId15">
        <w:r>
          <w:rPr>
            <w:color w:val="0000EE"/>
            <w:u w:val="single"/>
          </w:rPr>
          <w:t>[1]</w:t>
        </w:r>
      </w:hyperlink>
      <w:r>
        <w:t xml:space="preserve">- Paragraph 15: </w:t>
      </w:r>
      <w:hyperlink r:id="rId15">
        <w:r>
          <w:rPr>
            <w:color w:val="0000EE"/>
            <w:u w:val="single"/>
          </w:rPr>
          <w:t>[1]</w:t>
        </w:r>
      </w:hyperlink>
      <w:r>
        <w:t xml:space="preserve">- Paragraph 16: </w:t>
      </w:r>
      <w:hyperlink r:id="rId15">
        <w:r>
          <w:rPr>
            <w:color w:val="0000EE"/>
            <w:u w:val="single"/>
          </w:rPr>
          <w:t>[1]</w:t>
        </w:r>
      </w:hyperlink>
      <w:r>
        <w:t xml:space="preserve">,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https://www.outsmartmagazine.com/2026/09/queer-things-to-do-houston-september-10-13-2026/</w:t>
        </w:r>
      </w:hyperlink>
      <w:r>
        <w:t xml:space="preserve"> - Please view link - unable to able to access data</w:t>
      </w:r>
      <w:r/>
    </w:p>
    <w:p>
      <w:pPr>
        <w:pStyle w:val="ListNumber"/>
        <w:spacing w:line="240" w:lineRule="auto"/>
        <w:ind w:left="720"/>
      </w:pPr>
      <w:r/>
      <w:hyperlink r:id="rId9">
        <w:r>
          <w:rPr>
            <w:color w:val="0000EE"/>
            <w:u w:val="single"/>
          </w:rPr>
          <w:t>https://www.michaelsoutpost.com/</w:t>
        </w:r>
      </w:hyperlink>
      <w:r>
        <w:t xml:space="preserve"> - Michael's Outpost is Houston's premier LGBTQ+ friendly piano bar and cabaret, offering a welcoming atmosphere since 1998. Located at 1419 Richmond Ave, the venue hosts a variety of events, including the 'Laugh Track Drag Show' every Thursday night at 9:00 PM. This weekly event features a rotating lineup of Houston's sharpest drag performers, combining comedy, lip-syncs, and high-energy performances in an intimate setting. For more information or reservations, contact them at (713) 520-8446 or visit their website.</w:t>
      </w:r>
      <w:r/>
    </w:p>
    <w:p>
      <w:pPr>
        <w:pStyle w:val="ListNumber"/>
        <w:spacing w:line="240" w:lineRule="auto"/>
        <w:ind w:left="720"/>
      </w:pPr>
      <w:r/>
      <w:hyperlink r:id="rId11">
        <w:r>
          <w:rPr>
            <w:color w:val="0000EE"/>
            <w:u w:val="single"/>
          </w:rPr>
          <w:t>https://www.houstonballet.org/seasontickets/2026-2027-season/pecos-bill/</w:t>
        </w:r>
      </w:hyperlink>
      <w:r>
        <w:t xml:space="preserve"> - Houston Ballet's 2026–27 season opens with a triple bill featuring George Balanchine’s 'Symphonie Concertante', Lar Lubovitch’s 'Meadow', and Stanton Welch’s 'Pecos Bill'. The program runs from September 11 to September 20 at the Wortham Theater Center, 501 Texas Ave. 'Pecos Bill' is a vibrant ballet blending classical ballet with American folk and Western dance, exploring the romantic tale of the legendary cowboy and his beloved Slue-Foot Sue. Tickets and more information are available on the Houston Ballet's official website.</w:t>
      </w:r>
      <w:r/>
    </w:p>
    <w:p>
      <w:pPr>
        <w:pStyle w:val="ListNumber"/>
        <w:spacing w:line="240" w:lineRule="auto"/>
        <w:ind w:left="720"/>
      </w:pPr>
      <w:r/>
      <w:hyperlink r:id="rId10">
        <w:r>
          <w:rPr>
            <w:color w:val="0000EE"/>
            <w:u w:val="single"/>
          </w:rPr>
          <w:t>https://www.thehobbycenter.org/events/orfeh-off-record-steven-jamail</w:t>
        </w:r>
      </w:hyperlink>
      <w:r>
        <w:t xml:space="preserve"> - Broadway powerhouse Orfeh brings 'Off the Record' to the Hobby Center’s Founders Club on September 10 and 11, 2026. Accompanied by Houston musician Steven Jamail, the performance offers a mix of music, stories, and personality in an intimate club setting. The Thursday show includes a post-show talkback with Orfeh. Tickets start at $35 and are available through the Hobby Center's official website.</w:t>
      </w:r>
      <w:r/>
    </w:p>
    <w:p>
      <w:pPr>
        <w:pStyle w:val="ListNumber"/>
        <w:spacing w:line="240" w:lineRule="auto"/>
        <w:ind w:left="720"/>
      </w:pPr>
      <w:r/>
      <w:hyperlink r:id="rId12">
        <w:r>
          <w:rPr>
            <w:color w:val="0000EE"/>
            <w:u w:val="single"/>
          </w:rPr>
          <w:t>https://www.camh.org/event/art-noon-nick-vaughan-jake-margolin</w:t>
        </w:r>
      </w:hyperlink>
      <w:r>
        <w:t xml:space="preserve"> - Artists Nick Vaughan and Jake Margolin will discuss their queer creative practice in relation to Mary Ellen Carroll’s 'How To Talk Dirty and Influence People' at the Contemporary Arts Museum Houston (CAMH) on September 11, 2026. The lunchtime conversation, from noon to 1 p.m., is free and includes a light lunch. The event is part of CAMH's 'Art at Noon' series and is open to the public.</w:t>
      </w:r>
      <w:r/>
    </w:p>
    <w:p>
      <w:pPr>
        <w:pStyle w:val="ListNumber"/>
        <w:spacing w:line="240" w:lineRule="auto"/>
        <w:ind w:left="720"/>
      </w:pPr>
      <w:r/>
      <w:hyperlink r:id="rId14">
        <w:r>
          <w:rPr>
            <w:color w:val="0000EE"/>
            <w:u w:val="single"/>
          </w:rPr>
          <w:t>https://www.fortbendcountypride.org/festival-futuristic-pride</w:t>
        </w:r>
      </w:hyperlink>
      <w:r>
        <w:t xml:space="preserve"> - Fort Bend County Pride presents 'Futuristic Pride: A Celebration Beyond the Stars' on September 12, 2026, at the Rosenberg Civic Center, 3825 TX-36 S., Rosenberg. The festival features live entertainment, music, art, food, vendors, interactive attractions, and photo opportunities, all with a space-age theme. Attendees are encouraged to dress according to the theme. The event runs from noon to 5 p.m. and is free to attend.</w:t>
      </w:r>
      <w:r/>
    </w:p>
    <w:p>
      <w:pPr>
        <w:pStyle w:val="ListNumber"/>
        <w:spacing w:line="240" w:lineRule="auto"/>
        <w:ind w:left="720"/>
      </w:pPr>
      <w:r/>
      <w:hyperlink r:id="rId13">
        <w:r>
          <w:rPr>
            <w:color w:val="0000EE"/>
            <w:u w:val="single"/>
          </w:rPr>
          <w:t>https://www.theensembletheatre.com/queer-monologues-the-altar-of-authenticity</w:t>
        </w:r>
      </w:hyperlink>
      <w:r>
        <w:t xml:space="preserve"> - The Ensemble Theatre hosts 'Queer Monologues: The Altar of Authenticity' on September 12, 2026, at 7 p.m. The event showcases African American queer voices, focusing on storytelling and lived experiences. Admission is free, and the performance is open to the public. The Ensemble Theatre is located at 3535 Main St, Houston, TX.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chaelsoutpost.com/" TargetMode="External"/><Relationship Id="rId10" Type="http://schemas.openxmlformats.org/officeDocument/2006/relationships/hyperlink" Target="https://www.thehobbycenter.org/events/orfeh-off-record-steven-jamail" TargetMode="External"/><Relationship Id="rId11" Type="http://schemas.openxmlformats.org/officeDocument/2006/relationships/hyperlink" Target="https://www.houstonballet.org/seasontickets/2026-2027-season/pecos-bill/" TargetMode="External"/><Relationship Id="rId12" Type="http://schemas.openxmlformats.org/officeDocument/2006/relationships/hyperlink" Target="https://www.camh.org/event/art-noon-nick-vaughan-jake-margolin" TargetMode="External"/><Relationship Id="rId13" Type="http://schemas.openxmlformats.org/officeDocument/2006/relationships/hyperlink" Target="https://www.theensembletheatre.com/queer-monologues-the-altar-of-authenticity" TargetMode="External"/><Relationship Id="rId14" Type="http://schemas.openxmlformats.org/officeDocument/2006/relationships/hyperlink" Target="https://www.fortbendcountypride.org/festival-futuristic-pride" TargetMode="External"/><Relationship Id="rId15" Type="http://schemas.openxmlformats.org/officeDocument/2006/relationships/hyperlink" Target="https://www.outsmartmagazine.com/2026/09/queer-things-to-do-houston-september-10-13-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