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Fashion at dapperQ’s New York Fashion Week Show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Visitors to Brooklyn Museum saw queer fashion take centre stage as dapperQ’s latest New York Fashion Week show celebrated LGBTQ+ designers, models and makers. The event mattered because it offered more than striking clothes: it created a rare, affirming space where queer and trans talent shaped the runway, the backstage energy and the story being told.</w:t>
      </w:r>
      <w:r/>
    </w:p>
    <w:p>
      <w:pPr>
        <w:pStyle w:val="Heading2"/>
      </w:pPr>
      <w:r>
        <w:t>Essential Takeaways</w:t>
      </w:r>
      <w:r/>
      <w:r/>
    </w:p>
    <w:p>
      <w:pPr>
        <w:pStyle w:val="ListBullet"/>
        <w:spacing w:line="240" w:lineRule="auto"/>
        <w:ind w:left="720"/>
      </w:pPr>
      <w:r/>
      <w:r>
        <w:rPr>
          <w:b/>
        </w:rPr>
        <w:t>Community comes first:</w:t>
      </w:r>
      <w:r>
        <w:t xml:space="preserve"> dapperQ’s show is built by and for queer creatives.</w:t>
      </w:r>
      <w:r/>
    </w:p>
    <w:p>
      <w:pPr>
        <w:pStyle w:val="ListBullet"/>
        <w:spacing w:line="240" w:lineRule="auto"/>
        <w:ind w:left="720"/>
      </w:pPr>
      <w:r/>
      <w:r>
        <w:rPr>
          <w:b/>
        </w:rPr>
        <w:t>Backstage feels different:</w:t>
      </w:r>
      <w:r>
        <w:t xml:space="preserve"> Supportive fittings, styling and last-minute preparation replace much of fashion’s usual froideur.</w:t>
      </w:r>
      <w:r/>
    </w:p>
    <w:p>
      <w:pPr>
        <w:pStyle w:val="ListBullet"/>
        <w:spacing w:line="240" w:lineRule="auto"/>
        <w:ind w:left="720"/>
      </w:pPr>
      <w:r/>
      <w:r>
        <w:rPr>
          <w:b/>
        </w:rPr>
        <w:t>Designers push boundaries:</w:t>
      </w:r>
      <w:r>
        <w:t xml:space="preserve"> Handmade techniques, unexpected materials and sustainable ideas drive the looks.</w:t>
      </w:r>
      <w:r/>
    </w:p>
    <w:p>
      <w:pPr>
        <w:pStyle w:val="ListBullet"/>
        <w:spacing w:line="240" w:lineRule="auto"/>
        <w:ind w:left="720"/>
      </w:pPr>
      <w:r/>
      <w:r>
        <w:rPr>
          <w:b/>
        </w:rPr>
        <w:t>The Brooklyn Museum adds weight:</w:t>
      </w:r>
      <w:r>
        <w:t xml:space="preserve"> The historic setting turns a fashion show into a living cultural statement.</w:t>
      </w:r>
      <w:r/>
    </w:p>
    <w:p>
      <w:pPr>
        <w:pStyle w:val="ListBullet"/>
        <w:spacing w:line="240" w:lineRule="auto"/>
        <w:ind w:left="720"/>
      </w:pPr>
      <w:r/>
      <w:r>
        <w:rPr>
          <w:b/>
        </w:rPr>
        <w:t>Legacy is the message:</w:t>
      </w:r>
      <w:r>
        <w:t xml:space="preserve"> The event connects established artists with emerging LGBTQ+ talent.</w:t>
      </w:r>
      <w:r/>
      <w:r/>
    </w:p>
    <w:p>
      <w:pPr>
        <w:pStyle w:val="Heading2"/>
      </w:pPr>
      <w:r>
        <w:t>The runway is only half the story</w:t>
      </w:r>
      <w:r/>
    </w:p>
    <w:p>
      <w:r/>
      <w:r>
        <w:t>The most powerful thing at dapperQ’s New York Fashion Week show may not be the clothes. It’s the atmosphere around them: models cheering one another on, designers adjusting details by hand and stylists working with the calm focus of people who know the room is on their side.</w:t>
      </w:r>
      <w:r/>
    </w:p>
    <w:p>
      <w:r/>
      <w:r>
        <w:t>That sense of trust is unusual in an industry often associated with pressure and judgement. dapperQ’s annual Brooklyn Museum event has spent years offering an alternative, with queer and trans people not simply appearing in the imagery but making the creative decisions. The result feels less like a traditional fashion spectacle and more like a collective exhale.</w:t>
      </w:r>
      <w:r/>
    </w:p>
    <w:p>
      <w:pPr>
        <w:pStyle w:val="Heading2"/>
      </w:pPr>
      <w:r>
        <w:t>Why dapperQ’s queer fashion platform matters</w:t>
      </w:r>
      <w:r/>
    </w:p>
    <w:p>
      <w:r/>
      <w:r>
        <w:t>The show’s importance comes from its consistency. Across successive New York Fashion Week editions, dapperQ has made space for designers whose work can be overlooked by mainstream fashion, while giving newer voices a visible route into the industry.</w:t>
      </w:r>
      <w:r/>
    </w:p>
    <w:p>
      <w:r/>
      <w:r>
        <w:t>According to dapperQ’s event history, the Brooklyn Museum has hosted the platform through multiple annual shows, helping establish a recognisable home for queer fashion in New York. That continuity matters. One event can be inspiring, but a decade-plus of events begins to build an archive, a network and a genuine sense of belonging.</w:t>
      </w:r>
      <w:r/>
    </w:p>
    <w:p>
      <w:pPr>
        <w:pStyle w:val="Heading2"/>
      </w:pPr>
      <w:r>
        <w:t>Bold clothes, clever materials and plenty of personality</w:t>
      </w:r>
      <w:r/>
    </w:p>
    <w:p>
      <w:r/>
      <w:r>
        <w:t>The collections are united less by one aesthetic than by a willingness to experiment. Corsetry, knitwear, vivid colour, sculptural shapes and highly inventive styling sit side by side, creating a runway that feels playful without becoming disposable.</w:t>
      </w:r>
      <w:r/>
    </w:p>
    <w:p>
      <w:r/>
      <w:r>
        <w:t>Some looks also point towards more thoughtful production. Handmade construction, repurposed materials and unusual techniques give the work a tactile quality that fast fashion rarely manages. You can almost imagine the hours behind each garment: the pinning, stitching and problem-solving that happen long before the lights come up.</w:t>
      </w:r>
      <w:r/>
    </w:p>
    <w:p>
      <w:r/>
      <w:r>
        <w:t>That hands-on quality has been part of dapperQ’s visual language for years. Earlier editions, documented by the organisation, similarly highlighted independent designers and expressive collections rather than chasing a single commercial trend.</w:t>
      </w:r>
      <w:r/>
    </w:p>
    <w:p>
      <w:pPr>
        <w:pStyle w:val="Heading2"/>
      </w:pPr>
      <w:r>
        <w:t>Backstage, affirmation becomes part of the show</w:t>
      </w:r>
      <w:r/>
    </w:p>
    <w:p>
      <w:r/>
      <w:r>
        <w:t>Behind the curtains, the details are smaller but no less revealing. A model waits for hair and make-up, a designer checks a seam and a runway coordinator keeps the sequence moving. There’s nerves, naturally, but also laughter, encouragement and the kind of easy connection that helps people feel seen.</w:t>
      </w:r>
      <w:r/>
    </w:p>
    <w:p>
      <w:r/>
      <w:r>
        <w:t>The backstage images capture an important point: representation isn't complete when someone is placed in front of a camera. It also means creating conditions where people can work safely, creatively and confidently. In that sense, a fitting or a last-minute styling adjustment can be as meaningful as the final walk.</w:t>
      </w:r>
      <w:r/>
    </w:p>
    <w:p>
      <w:r/>
      <w:r>
        <w:t>The dapperQ archive shows this spirit isn't new. Previous Brooklyn Museum shows have similarly presented fashion as a shared effort, with designers, models and production teams contributing to one larger celebration.</w:t>
      </w:r>
      <w:r/>
    </w:p>
    <w:p>
      <w:pPr>
        <w:pStyle w:val="Heading2"/>
      </w:pPr>
      <w:r>
        <w:t>A living legacy for queer New York fashion</w:t>
      </w:r>
      <w:r/>
    </w:p>
    <w:p>
      <w:r/>
      <w:r>
        <w:t>Calling the latest show a legacy moment feels apt, but it shouldn't suggest that the work is finished. Queer fashion remains full of emerging talent, and platforms such as dapperQ help ensure those artists aren't reduced to trend references or moodboard inspiration.</w:t>
      </w:r>
      <w:r/>
    </w:p>
    <w:p>
      <w:r/>
      <w:r>
        <w:t>The Brooklyn Museum setting adds another layer. Clothes made by contemporary queer artists appear within a major cultural institution, allowing the community to write itself into the space rather than wait for an invitation from elsewhere. That's a quietly radical idea, even when the outfits are loud.</w:t>
      </w:r>
      <w:r/>
    </w:p>
    <w:p>
      <w:r/>
      <w:r>
        <w:t>For audiences, the appeal is immediate: beautiful clothes, high-energy styling and plenty of personality. For the people making the show, the value runs deeper. It's a chance to see their creativity treated as history in the making.</w:t>
      </w:r>
      <w:r/>
    </w:p>
    <w:p>
      <w:r/>
      <w:r>
        <w:t>Explore queer fashion through the designers, makers and communities shaping it now.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0">
        <w:r>
          <w:rPr>
            <w:color w:val="0000EE"/>
            <w:u w:val="single"/>
          </w:rPr>
          <w:t>[2]</w:t>
        </w:r>
      </w:hyperlink>
      <w:r>
        <w:t xml:space="preserve">- Paragraph 4: </w:t>
      </w:r>
      <w:hyperlink r:id="rId11">
        <w:r>
          <w:rPr>
            <w:color w:val="0000EE"/>
            <w:u w:val="single"/>
          </w:rPr>
          <w:t>[3]</w:t>
        </w:r>
      </w:hyperlink>
      <w:r>
        <w:t xml:space="preserve">, </w:t>
      </w:r>
      <w:hyperlink r:id="rId12">
        <w:r>
          <w:rPr>
            <w:color w:val="0000EE"/>
            <w:u w:val="single"/>
          </w:rPr>
          <w:t>[4]</w:t>
        </w:r>
      </w:hyperlink>
      <w:r>
        <w:t xml:space="preserve">- Paragraph 5: </w:t>
      </w:r>
      <w:hyperlink r:id="rId13">
        <w:r>
          <w:rPr>
            <w:color w:val="0000EE"/>
            <w:u w:val="single"/>
          </w:rPr>
          <w:t>[5]</w:t>
        </w:r>
      </w:hyperlink>
      <w:r>
        <w:t xml:space="preserve">, </w:t>
      </w:r>
      <w:hyperlink r:id="rId14">
        <w:r>
          <w:rPr>
            <w:color w:val="0000EE"/>
            <w:u w:val="single"/>
          </w:rPr>
          <w:t>[6]</w:t>
        </w:r>
      </w:hyperlink>
      <w:r>
        <w:t xml:space="preserve">- Paragraph 6: </w:t>
      </w:r>
      <w:hyperlink r:id="rId10">
        <w:r>
          <w:rPr>
            <w:color w:val="0000EE"/>
            <w:u w:val="single"/>
          </w:rPr>
          <w:t>[2]</w:t>
        </w:r>
      </w:hyperlink>
      <w:r>
        <w:t xml:space="preserve">, </w:t>
      </w:r>
      <w:hyperlink r:id="rId11">
        <w:r>
          <w:rPr>
            <w:color w:val="0000EE"/>
            <w:u w:val="single"/>
          </w:rPr>
          <w:t>[3]</w:t>
        </w:r>
      </w:hyperlink>
      <w:r>
        <w:t xml:space="preserve">- Paragraph 7: </w:t>
      </w:r>
      <w:hyperlink r:id="rId12">
        <w:r>
          <w:rPr>
            <w:color w:val="0000EE"/>
            <w:u w:val="single"/>
          </w:rPr>
          <w:t>[4]</w:t>
        </w:r>
      </w:hyperlink>
      <w:r>
        <w:t xml:space="preserve">, </w:t>
      </w:r>
      <w:hyperlink r:id="rId13">
        <w:r>
          <w:rPr>
            <w:color w:val="0000EE"/>
            <w:u w:val="single"/>
          </w:rPr>
          <w:t>[5]</w:t>
        </w:r>
      </w:hyperlink>
      <w:r>
        <w:t xml:space="preserve">- Paragraph 8: </w:t>
      </w:r>
      <w:hyperlink r:id="rId14">
        <w:r>
          <w:rPr>
            <w:color w:val="0000EE"/>
            <w:u w:val="single"/>
          </w:rPr>
          <w:t>[6]</w:t>
        </w:r>
      </w:hyperlink>
      <w:r>
        <w:t xml:space="preserve">, </w:t>
      </w:r>
      <w:hyperlink r:id="rId10">
        <w:r>
          <w:rPr>
            <w:color w:val="0000EE"/>
            <w:u w:val="single"/>
          </w:rPr>
          <w:t>[2]</w:t>
        </w:r>
      </w:hyperlink>
      <w:r>
        <w:t xml:space="preserve">- Paragraph 9: </w:t>
      </w:r>
      <w:hyperlink r:id="rId11">
        <w:r>
          <w:rPr>
            <w:color w:val="0000EE"/>
            <w:u w:val="single"/>
          </w:rPr>
          <w:t>[3]</w:t>
        </w:r>
      </w:hyperlink>
      <w:r>
        <w:t xml:space="preserve">, </w:t>
      </w:r>
      <w:hyperlink r:id="rId12">
        <w:r>
          <w:rPr>
            <w:color w:val="0000EE"/>
            <w:u w:val="single"/>
          </w:rPr>
          <w:t>[4]</w:t>
        </w:r>
      </w:hyperlink>
      <w:r>
        <w:t xml:space="preserve">- Paragraph 10: </w:t>
      </w:r>
      <w:hyperlink r:id="rId13">
        <w:r>
          <w:rPr>
            <w:color w:val="0000EE"/>
            <w:u w:val="single"/>
          </w:rPr>
          <w:t>[5]</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https://www.autostraddle.com/backstage-at-dapperq-queer-new-york-fashion-show-legacy/?utm_source=rss&amp;utm_medium=rss&amp;utm_campaign=backstage-at-dapperq-queer-new-york-fashion-show-legacy</w:t>
        </w:r>
      </w:hyperlink>
      <w:r>
        <w:t xml:space="preserve"> - Please view link - unable to able to access data</w:t>
      </w:r>
      <w:r/>
    </w:p>
    <w:p>
      <w:pPr>
        <w:pStyle w:val="ListNumber"/>
        <w:spacing w:line="240" w:lineRule="auto"/>
        <w:ind w:left="720"/>
      </w:pPr>
      <w:r/>
      <w:hyperlink r:id="rId10">
        <w:r>
          <w:rPr>
            <w:color w:val="0000EE"/>
            <w:u w:val="single"/>
          </w:rPr>
          <w:t>https://www.dapperq.com/2026/07/dapperqs-11th-annual-nyfw-show-at-brooklyn-museum/</w:t>
        </w:r>
      </w:hyperlink>
      <w:r>
        <w:t xml:space="preserve"> - dapperQ's 11th Annual Queer New York Fashion Week Show is scheduled for September 10, 2026, at the Brooklyn Museum. This milestone event celebrates a decade of bold creativity, radical visibility, and unapologetic queer joy, staged in direct resistance to the rising tide of censorship facing LGBTQ+ art in cultural institutions across the United States. The annual show continues to be one of the largest LGBTQ+ fashion shows in the world. (</w:t>
      </w:r>
      <w:hyperlink r:id="rId15">
        <w:r>
          <w:rPr>
            <w:color w:val="0000EE"/>
            <w:u w:val="single"/>
          </w:rPr>
          <w:t>dapperq.com</w:t>
        </w:r>
      </w:hyperlink>
      <w:r>
        <w:t>)</w:t>
      </w:r>
      <w:r/>
    </w:p>
    <w:p>
      <w:pPr>
        <w:pStyle w:val="ListNumber"/>
        <w:spacing w:line="240" w:lineRule="auto"/>
        <w:ind w:left="720"/>
      </w:pPr>
      <w:r/>
      <w:hyperlink r:id="rId11">
        <w:r>
          <w:rPr>
            <w:color w:val="0000EE"/>
            <w:u w:val="single"/>
          </w:rPr>
          <w:t>https://www.dapperq.com/2025/08/dapperq-10th-annual-nyfw-show-at-brooklyn-museum/</w:t>
        </w:r>
      </w:hyperlink>
      <w:r>
        <w:t xml:space="preserve"> - dapperQ's 10th Annual Queer New York Fashion Week Show took place on September 11, 2025, at the Brooklyn Museum. This milestone event celebrated a decade of bold creativity, radical visibility, and unapologetic queer joy, staged in direct resistance to the rising tide of censorship facing LGBTQ+ art in cultural institutions across the United States. The annual show continues to be one of the largest LGBTQ+ fashion shows in the world. (</w:t>
      </w:r>
      <w:hyperlink r:id="rId16">
        <w:r>
          <w:rPr>
            <w:color w:val="0000EE"/>
            <w:u w:val="single"/>
          </w:rPr>
          <w:t>dapperq.com</w:t>
        </w:r>
      </w:hyperlink>
      <w:r>
        <w:t>)</w:t>
      </w:r>
      <w:r/>
    </w:p>
    <w:p>
      <w:pPr>
        <w:pStyle w:val="ListNumber"/>
        <w:spacing w:line="240" w:lineRule="auto"/>
        <w:ind w:left="720"/>
      </w:pPr>
      <w:r/>
      <w:hyperlink r:id="rId12">
        <w:r>
          <w:rPr>
            <w:color w:val="0000EE"/>
            <w:u w:val="single"/>
          </w:rPr>
          <w:t>https://www.dapperq.com/2023/08/dapperqs-eighth-annual-new-york-fashion-week-show-at-brooklyn-museum/</w:t>
        </w:r>
      </w:hyperlink>
      <w:r>
        <w:t xml:space="preserve"> - dapperQ's Eighth Annual New York Fashion Week Show was held at the Brooklyn Museum, featuring designers such as Buckethead Productions, DANITHREADS, FreeMen by Mickey, Hesta by Project Runway’s Hester Sunshine, Kirrin Finch, LLESSUR NYC, Soid Studios New York by José González, and SUN SUN. The event included a happy hour hosted by Henrietta Hudson and pop-up shops showcasing the evening’s designers before the runway showcase. (</w:t>
      </w:r>
      <w:hyperlink r:id="rId17">
        <w:r>
          <w:rPr>
            <w:color w:val="0000EE"/>
            <w:u w:val="single"/>
          </w:rPr>
          <w:t>dapperq.com</w:t>
        </w:r>
      </w:hyperlink>
      <w:r>
        <w:t>)</w:t>
      </w:r>
      <w:r/>
    </w:p>
    <w:p>
      <w:pPr>
        <w:pStyle w:val="ListNumber"/>
        <w:spacing w:line="240" w:lineRule="auto"/>
        <w:ind w:left="720"/>
      </w:pPr>
      <w:r/>
      <w:hyperlink r:id="rId13">
        <w:r>
          <w:rPr>
            <w:color w:val="0000EE"/>
            <w:u w:val="single"/>
          </w:rPr>
          <w:t>https://www.dapperq.com/2022/08/dapperqs-seventh-annual-new-york-fashion-week-show-at-brooklyn-museum/</w:t>
        </w:r>
      </w:hyperlink>
      <w:r>
        <w:t xml:space="preserve"> - dapperQ's Seventh Annual New York Fashion Week Show at the Brooklyn Museum featured designers such as DEVONATION, FreeMen by Mickey, Hesta, LANDEROS NEW YORK, LLESSUR NYC, Stuzo Clothing, THÚY Custom Clothier, and Transguy Supply. The event included a happy hour hosted by Henrietta Hudson and pop-up shops showcasing the evening’s designers before the runway showcase. (</w:t>
      </w:r>
      <w:hyperlink r:id="rId18">
        <w:r>
          <w:rPr>
            <w:color w:val="0000EE"/>
            <w:u w:val="single"/>
          </w:rPr>
          <w:t>dapperq.com</w:t>
        </w:r>
      </w:hyperlink>
      <w:r>
        <w:t>)</w:t>
      </w:r>
      <w:r/>
    </w:p>
    <w:p>
      <w:pPr>
        <w:pStyle w:val="ListNumber"/>
        <w:spacing w:line="240" w:lineRule="auto"/>
        <w:ind w:left="720"/>
      </w:pPr>
      <w:r/>
      <w:hyperlink r:id="rId14">
        <w:r>
          <w:rPr>
            <w:color w:val="0000EE"/>
            <w:u w:val="single"/>
          </w:rPr>
          <w:t>https://www.dapperq.com/2018/09/dapperq-wraps-5th-annual-brooklyn-museum-nyfw-show/</w:t>
        </w:r>
      </w:hyperlink>
      <w:r>
        <w:t xml:space="preserve"> - dapperQ's Fifth Annual New York Fashion Week Show at the Brooklyn Museum, titled 'Dress Code', was sponsored by INTO and continued to be one of the most widely attended LGBTQ NYFW events in history with over 2000 models, designers, and guests in attendance. (</w:t>
      </w:r>
      <w:hyperlink r:id="rId19">
        <w:r>
          <w:rPr>
            <w:color w:val="0000EE"/>
            <w:u w:val="single"/>
          </w:rPr>
          <w:t>dapperq.com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utostraddle.com/backstage-at-dapperq-queer-new-york-fashion-show-legacy/?utm_source=rss&amp;utm_medium=rss&amp;utm_campaign=backstage-at-dapperq-queer-new-york-fashion-show-legacy" TargetMode="External"/><Relationship Id="rId10" Type="http://schemas.openxmlformats.org/officeDocument/2006/relationships/hyperlink" Target="https://www.dapperq.com/2026/07/dapperqs-11th-annual-nyfw-show-at-brooklyn-museum/" TargetMode="External"/><Relationship Id="rId11" Type="http://schemas.openxmlformats.org/officeDocument/2006/relationships/hyperlink" Target="https://www.dapperq.com/2025/08/dapperq-10th-annual-nyfw-show-at-brooklyn-museum/" TargetMode="External"/><Relationship Id="rId12" Type="http://schemas.openxmlformats.org/officeDocument/2006/relationships/hyperlink" Target="https://www.dapperq.com/2023/08/dapperqs-eighth-annual-new-york-fashion-week-show-at-brooklyn-museum/" TargetMode="External"/><Relationship Id="rId13" Type="http://schemas.openxmlformats.org/officeDocument/2006/relationships/hyperlink" Target="https://www.dapperq.com/2022/08/dapperqs-seventh-annual-new-york-fashion-week-show-at-brooklyn-museum/" TargetMode="External"/><Relationship Id="rId14" Type="http://schemas.openxmlformats.org/officeDocument/2006/relationships/hyperlink" Target="https://www.dapperq.com/2018/09/dapperq-wraps-5th-annual-brooklyn-museum-nyfw-show/" TargetMode="External"/><Relationship Id="rId15" Type="http://schemas.openxmlformats.org/officeDocument/2006/relationships/hyperlink" Target="https://www.dapperq.com/2026/07/dapperqs-11th-annual-nyfw-show-at-brooklyn-museum/?utm_source=openai" TargetMode="External"/><Relationship Id="rId16" Type="http://schemas.openxmlformats.org/officeDocument/2006/relationships/hyperlink" Target="https://www.dapperq.com/2025/08/dapperq-10th-annual-nyfw-show-at-brooklyn-museum/?utm_source=openai" TargetMode="External"/><Relationship Id="rId17" Type="http://schemas.openxmlformats.org/officeDocument/2006/relationships/hyperlink" Target="https://www.dapperq.com/2023/08/dapperqs-eighth-annual-new-york-fashion-week-show-at-brooklyn-museum/?utm_source=openai" TargetMode="External"/><Relationship Id="rId18" Type="http://schemas.openxmlformats.org/officeDocument/2006/relationships/hyperlink" Target="https://www.dapperq.com/2022/08/dapperqs-seventh-annual-new-york-fashion-week-show-at-brooklyn-museum/?utm_source=openai" TargetMode="External"/><Relationship Id="rId19" Type="http://schemas.openxmlformats.org/officeDocument/2006/relationships/hyperlink" Target="https://www.dapperq.com/2018/09/dapperq-wraps-5th-annual-brooklyn-museum-nyfw-show/?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