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Festival in Dallas Adds Vodka and Live Podcasts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of Unleashed LGBTQ+ will find more than panels and star power when the Dallas festival returns. Wesley Smoot's expanding event now combines community conversations, entertainment, a home-grown vodka brand and live podcast recordings, giving queer audiences a lively space to connect, laugh and feel seen.</w:t>
      </w:r>
      <w:r/>
    </w:p>
    <w:p>
      <w:pPr>
        <w:pStyle w:val="Heading2"/>
      </w:pPr>
      <w:r>
        <w:t>Essential Takeaways</w:t>
      </w:r>
      <w:r/>
      <w:r/>
    </w:p>
    <w:p>
      <w:pPr>
        <w:pStyle w:val="ListBullet"/>
        <w:spacing w:line="240" w:lineRule="auto"/>
        <w:ind w:left="720"/>
      </w:pPr>
      <w:r/>
      <w:r>
        <w:rPr>
          <w:b/>
        </w:rPr>
        <w:t>A growing Dallas event:</w:t>
      </w:r>
      <w:r>
        <w:t xml:space="preserve"> Unleashed LGBTQ+ launched in 2023 and has quickly built a high-profile programme.</w:t>
      </w:r>
      <w:r/>
    </w:p>
    <w:p>
      <w:pPr>
        <w:pStyle w:val="ListBullet"/>
        <w:spacing w:line="240" w:lineRule="auto"/>
        <w:ind w:left="720"/>
      </w:pPr>
      <w:r/>
      <w:r>
        <w:rPr>
          <w:b/>
        </w:rPr>
        <w:t>Big-name appeal:</w:t>
      </w:r>
      <w:r>
        <w:t xml:space="preserve"> John Waters has been one of the festival's strongest audience draws, according to its founder.</w:t>
      </w:r>
      <w:r/>
    </w:p>
    <w:p>
      <w:pPr>
        <w:pStyle w:val="ListBullet"/>
        <w:spacing w:line="240" w:lineRule="auto"/>
        <w:ind w:left="720"/>
      </w:pPr>
      <w:r/>
      <w:r>
        <w:rPr>
          <w:b/>
        </w:rPr>
        <w:t>A new festival face:</w:t>
      </w:r>
      <w:r>
        <w:t xml:space="preserve"> TS Madison is scheduled to record three live podcast episodes at Station 4.</w:t>
      </w:r>
      <w:r/>
    </w:p>
    <w:p>
      <w:pPr>
        <w:pStyle w:val="ListBullet"/>
        <w:spacing w:line="240" w:lineRule="auto"/>
        <w:ind w:left="720"/>
      </w:pPr>
      <w:r/>
      <w:r>
        <w:rPr>
          <w:b/>
        </w:rPr>
        <w:t>More than a conference:</w:t>
      </w:r>
      <w:r>
        <w:t xml:space="preserve"> The wider Unleashed project now includes vodka and three podcasts.</w:t>
      </w:r>
      <w:r/>
    </w:p>
    <w:p>
      <w:pPr>
        <w:pStyle w:val="ListBullet"/>
        <w:spacing w:line="240" w:lineRule="auto"/>
        <w:ind w:left="720"/>
      </w:pPr>
      <w:r/>
      <w:r>
        <w:rPr>
          <w:b/>
        </w:rPr>
        <w:t>Community remains central:</w:t>
      </w:r>
      <w:r>
        <w:t xml:space="preserve"> The festival's most meaningful moments often involve welcoming people who might otherwise feel isolated.</w:t>
      </w:r>
      <w:r/>
      <w:r/>
    </w:p>
    <w:p>
      <w:pPr>
        <w:pStyle w:val="Heading2"/>
      </w:pPr>
      <w:r>
        <w:t>Unleashed LGBTQ+ is thinking bigger than a festival</w:t>
      </w:r>
      <w:r/>
    </w:p>
    <w:p>
      <w:r/>
      <w:r>
        <w:t>The most striking thing about Unleashed LGBTQ+ isn't simply the celebrity guest list. It's the way Wesley Smoot has treated a gap in Dallas's queer calendar as an invitation to build something broader, louder and more welcoming.</w:t>
      </w:r>
      <w:r/>
    </w:p>
    <w:p>
      <w:r/>
      <w:r>
        <w:t>The event began in 2023 as an LGBTQ+ conference and festival, bringing together entertainers, activists and community leaders. The official Unleashed LGBTQ+ site presents it as a space for conversation and connection, while the festival's programme has helped turn that ambition into a recognisable annual gathering.</w:t>
      </w:r>
      <w:r/>
    </w:p>
    <w:p>
      <w:r/>
      <w:r>
        <w:t>That mix matters. A polished stage and a serious discussion can sit side by side, followed by a drink and a chance to meet someone new. It feels less like a formal conference with a few parties attached and more like a full weekend designed around queer community life.</w:t>
      </w:r>
      <w:r/>
    </w:p>
    <w:p>
      <w:pPr>
        <w:pStyle w:val="Heading2"/>
      </w:pPr>
      <w:r>
        <w:t>Star power helped put Unleashed on the map</w:t>
      </w:r>
      <w:r/>
    </w:p>
    <w:p>
      <w:r/>
      <w:r>
        <w:t>John Waters appears to have been the major crowd magnet so far. Dallas Voice reported that Smoot regarded Waters as the event's biggest draw, a useful sign of how quickly Unleashed has moved into the orbit of established LGBTQ+ cultural figures.</w:t>
      </w:r>
      <w:r/>
    </w:p>
    <w:p>
      <w:r/>
      <w:r>
        <w:t>Billy Eichner has also featured among the notable guests, alongside figures connected with The Trevor Project and the Human Rights Campaign. Kelley Robinson, HRC's president, has taken part in conversations about the challenges facing LGBTQ+ people, bringing national advocacy into a distinctly local setting.</w:t>
      </w:r>
      <w:r/>
    </w:p>
    <w:p>
      <w:r/>
      <w:r>
        <w:t>That combination of entertainment and activism is one of the festival's strengths. People may arrive for a famous filmmaker or comedian, but they can leave with a clearer sense of the issues affecting the community. According to KERA, Waters brought his famously mischievous humour to Dallas, proving that serious visibility doesn't have to arrive in a solemn package.</w:t>
      </w:r>
      <w:r/>
    </w:p>
    <w:p>
      <w:pPr>
        <w:pStyle w:val="Heading2"/>
      </w:pPr>
      <w:r>
        <w:t>TS Madison brings a podcast-first twist</w:t>
      </w:r>
      <w:r/>
    </w:p>
    <w:p>
      <w:r/>
      <w:r>
        <w:t>The next edition adds another layer of live entertainment with TS Madison. The transgender activist, recording artist and presenter is set to record three episodes of her podcast in front of a Dallas audience at Station 4, according to Dallas Voice.</w:t>
      </w:r>
      <w:r/>
    </w:p>
    <w:p>
      <w:r/>
      <w:r>
        <w:t>Her podcast, Outlaws with TS Madison, gives the festival a particularly current feel. Live podcasting turns a familiar digital format into a shared room experience, where the audience isn't just listening in but becoming part of the atmosphere.</w:t>
      </w:r>
      <w:r/>
    </w:p>
    <w:p>
      <w:r/>
      <w:r>
        <w:t>It's also a smart programming choice. Podcasts have become one of the easiest ways for audiences to follow personalities between events, and a live recording can make that relationship feel more immediate. Expect big reactions, quick wit and plenty of moments that sound even better with a crowd behind them.</w:t>
      </w:r>
      <w:r/>
    </w:p>
    <w:p>
      <w:pPr>
        <w:pStyle w:val="Heading2"/>
      </w:pPr>
      <w:r>
        <w:t>The vodka brand grew from a practical problem</w:t>
      </w:r>
      <w:r/>
    </w:p>
    <w:p>
      <w:r/>
      <w:r>
        <w:t>Smoot's expansion into spirits reportedly came from a straightforward difficulty: securing liquor sponsors became harder in an increasingly tense political climate. Rather than allow that obstacle to shrink the festival, he created his own vodka brand.</w:t>
      </w:r>
      <w:r/>
    </w:p>
    <w:p>
      <w:r/>
      <w:r>
        <w:t>The move says something about the economics of independent community events. Sponsorship can bring essential support, but it can also leave organisers exposed when companies become cautious about association with LGBTQ+ causes. Owning part of the offering gives Unleashed more control, even if it also adds another business to manage.</w:t>
      </w:r>
      <w:r/>
    </w:p>
    <w:p>
      <w:r/>
      <w:r>
        <w:t>There is a certain entrepreneurial logic to it. The same audience that wants conversation and entertainment may also appreciate a festival drink with a clear connection to the event. Just don't mistake a themed bottle for the main attraction: the community, not the cocktail, is what gives Unleashed its staying power.</w:t>
      </w:r>
      <w:r/>
    </w:p>
    <w:p>
      <w:pPr>
        <w:pStyle w:val="Heading2"/>
      </w:pPr>
      <w:r>
        <w:t>Why the personal moments matter most</w:t>
      </w:r>
      <w:r/>
    </w:p>
    <w:p>
      <w:r/>
      <w:r>
        <w:t>Smoot's most moving festival memory involves a young man he met in a Dallas bar. He sensed that the visitor seemed alone and unsettled, so he offered him a free pass to the three-day event. Seeing him return the next day, where he encountered a talk from Trevor Project leader Jaymes Black, made a lasting impression.</w:t>
      </w:r>
      <w:r/>
    </w:p>
    <w:p>
      <w:r/>
      <w:r>
        <w:t>That story captures something a celebrity headline can't. A festival can be successful because a famous guest fills a room, but it becomes meaningful when someone who feels lost finds a reason to come back the following morning.</w:t>
      </w:r>
      <w:r/>
    </w:p>
    <w:p>
      <w:r/>
      <w:r>
        <w:t>The wider Unleashed programme reflects that balance, with high-profile appearances sitting alongside conversations about LGBTQ+ rights and safety. HRC has highlighted the importance of visible, informed dialogue in confronting anti-LGBTQ+ hate, and events such as this give those discussions a human setting rather than leaving them as distant headlines.</w:t>
      </w:r>
      <w:r/>
    </w:p>
    <w:p>
      <w:r/>
      <w:r>
        <w:t>For visitors planning their first queer festival in Dallas, the practical takeaway is simple: check the timetable early, book the sessions and live recordings you most want to see, and leave room for the unplanned moments. Often, the best conversation happens between the headline acts.</w:t>
      </w:r>
      <w:r/>
    </w:p>
    <w:p>
      <w:r/>
      <w:r>
        <w:t>Unleashed LGBTQ+ is becoming a reminder that community events don't have to choose between substance and sparkle.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2">
        <w:r>
          <w:rPr>
            <w:color w:val="0000EE"/>
            <w:u w:val="single"/>
          </w:rPr>
          <w:t>[5]</w:t>
        </w:r>
      </w:hyperlink>
      <w:r>
        <w:t xml:space="preserve">- Paragraph 5: </w:t>
      </w:r>
      <w:hyperlink r:id="rId15">
        <w:r>
          <w:rPr>
            <w:color w:val="0000EE"/>
            <w:u w:val="single"/>
          </w:rPr>
          <w:t>[6]</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https://meaws.com/news/superstar-status/105233</w:t>
        </w:r>
      </w:hyperlink>
      <w:r>
        <w:t xml:space="preserve"> - Please view link - unable to able to access data</w:t>
      </w:r>
      <w:r/>
    </w:p>
    <w:p>
      <w:pPr>
        <w:pStyle w:val="ListNumber"/>
        <w:spacing w:line="240" w:lineRule="auto"/>
        <w:ind w:left="720"/>
      </w:pPr>
      <w:r/>
      <w:hyperlink r:id="rId10">
        <w:r>
          <w:rPr>
            <w:color w:val="0000EE"/>
            <w:u w:val="single"/>
          </w:rPr>
          <w:t>https://www.unleashedlgbtq.com/</w:t>
        </w:r>
      </w:hyperlink>
      <w:r>
        <w:t xml:space="preserve"> - Unleashed LGBTQ+ is a pioneering live queer business conference and festival founded by Wesley Smoot. The event aims to create a space for brands, entertainers, and LGBTQ+ professionals to connect. The 2025 guest speakers and panelists include John Waters, Kelley Robinson, Daniel Franzese, Carmen Carrera, Kennedy Davenport, and Brad Pritchett. The conference focuses on the latest in business, entertainment, and culture, with plans for Unleashed LGBTQ+ 2026. Past speakers and performers have featured notable figures such as Unleashed founder Wesley Smoot and John Waters, Jaymes Black (CEO of The Trevor Project), Billy Eichner (actor from 'Bros'), Dyllón Burnside (actor from 'Pose'), and others. The event also highlights the Unleashed Vodka brand and offers a range of merchandise.</w:t>
      </w:r>
      <w:r/>
    </w:p>
    <w:p>
      <w:pPr>
        <w:pStyle w:val="ListNumber"/>
        <w:spacing w:line="240" w:lineRule="auto"/>
        <w:ind w:left="720"/>
      </w:pPr>
      <w:r/>
      <w:hyperlink r:id="rId14">
        <w:r>
          <w:rPr>
            <w:color w:val="0000EE"/>
            <w:u w:val="single"/>
          </w:rPr>
          <w:t>https://podcasts.apple.com/us/podcast/outlaws-with-ts-madison/id1812599204</w:t>
        </w:r>
      </w:hyperlink>
      <w:r>
        <w:t xml:space="preserve"> - Outlaws with TS Madison is a podcast hosted by the outspoken and influential TS Madison. Each week, Madison sits down with living legends and rising stars who share their stories, turning side-eyes into sermons, pain into punchlines, and grief into galaxies. The podcast is part of the Outspoken Network from iHeartPodcasts, co-produced by Turtle Run Entertainment. The latest episode features VINCINT, a nonbinary singer-songwriter known for his work on Drag Race's Rusicals. The podcast is available on the iHeartRadio app and all major podcast platforms.</w:t>
      </w:r>
      <w:r/>
    </w:p>
    <w:p>
      <w:pPr>
        <w:pStyle w:val="ListNumber"/>
        <w:spacing w:line="240" w:lineRule="auto"/>
        <w:ind w:left="720"/>
      </w:pPr>
      <w:r/>
      <w:hyperlink r:id="rId11">
        <w:r>
          <w:rPr>
            <w:color w:val="0000EE"/>
            <w:u w:val="single"/>
          </w:rPr>
          <w:t>https://dallasvoice.com/unleashed-lgbtq-launching-coffins-cocktails-podcast/</w:t>
        </w:r>
      </w:hyperlink>
      <w:r>
        <w:t xml:space="preserve"> - Unleashed LGBTQ+ is expanding its media footprint with the launch of a new podcast initiative, debuting with the original series 'Coffins and Cocktails'. The podcast, currently in production, will premiere weekly episodes beginning May 11, on National Funeral Director and Mortician Recognition Day. Hosted by Todd Interiano-Shifflett, a licensed funeral director and embalmer, the podcast offers a bold, sometimes eerie, often funny, and always entertaining exploration of what happens when we die. The first episode will include Season 13 RuPaul's Drag Race star Elliott with 2 Ts. The podcast is part of Unleashed LGBTQ+'s expansion into digital entertainment while continuing its mission of community connection, storytelling, and visibility.</w:t>
      </w:r>
      <w:r/>
    </w:p>
    <w:p>
      <w:pPr>
        <w:pStyle w:val="ListNumber"/>
        <w:spacing w:line="240" w:lineRule="auto"/>
        <w:ind w:left="720"/>
      </w:pPr>
      <w:r/>
      <w:hyperlink r:id="rId12">
        <w:r>
          <w:rPr>
            <w:color w:val="0000EE"/>
            <w:u w:val="single"/>
          </w:rPr>
          <w:t>https://dallasvoice.com/unleashed-lgbtq-announces-special-event-with-ts-madison/</w:t>
        </w:r>
      </w:hyperlink>
      <w:r>
        <w:t xml:space="preserve"> - Unleashed LGBTQ+ is hosting a special live event featuring TS Madison on September 19, at The Rose Room inside S4, 3911 Cedar Springs Road. Madison will record live in front of an audience, accompanied by special guests to be announced in the weeks leading up to the event. The event aims to create an environment where media can connect with personalities, interview them, and walk away with incredible content. Unleashed LGBTQ+ began as a conference featuring LGBTQ+ entertainers and newsmakers discussing their own projects and the LGBTQ+ news of the day, and has since expanded into podcasts, consumer products, and more.</w:t>
      </w:r>
      <w:r/>
    </w:p>
    <w:p>
      <w:pPr>
        <w:pStyle w:val="ListNumber"/>
        <w:spacing w:line="240" w:lineRule="auto"/>
        <w:ind w:left="720"/>
      </w:pPr>
      <w:r/>
      <w:hyperlink r:id="rId15">
        <w:r>
          <w:rPr>
            <w:color w:val="0000EE"/>
            <w:u w:val="single"/>
          </w:rPr>
          <w:t>https://www.hrc.org/press-releases/icymi-human-rights-campaign-president-kelley-robinson-influencer-dylan-mulvaney-advertising-ceo-aaron-walton-and-nbc-reporter-jo-yurcaba-in-2024-sxsw-featured-session-on-combating-lgtbq-hate</w:t>
        </w:r>
      </w:hyperlink>
      <w:r>
        <w:t xml:space="preserve"> - At the 2024 South By Southwest (SXSW) Conference and Festivals, Human Rights Campaign President Kelley Robinson, transgender influencer Dylan Mulvaney, advertising CEO Aaron Walton, and NBC Reporter Jo Yurcaba participated in a featured session titled 'When Beer Goes Viral: The Role of Brands and Media in Fighting Hate'. The panel discussed the responsibility of brands and the media to reject misinformation and discrimination, and instead allow the full spectrum of LGBTQ+ stories to be shared. Robinson emphasized the need for bold public support from corporations and allies in response to the staggering number of anti-LGBTQ+ bills across the country.</w:t>
      </w:r>
      <w:r/>
    </w:p>
    <w:p>
      <w:pPr>
        <w:pStyle w:val="ListNumber"/>
        <w:spacing w:line="240" w:lineRule="auto"/>
        <w:ind w:left="720"/>
      </w:pPr>
      <w:r/>
      <w:hyperlink r:id="rId13">
        <w:r>
          <w:rPr>
            <w:color w:val="0000EE"/>
            <w:u w:val="single"/>
          </w:rPr>
          <w:t>https://www.keranews.org/arts-culture/2025-09-11/legendary-film-director-john-waters-brings-his-unleashed-sense-of-humor-to-dallas</w:t>
        </w:r>
      </w:hyperlink>
      <w:r>
        <w:t xml:space="preserve"> - Legendary film director John Waters brought his unique sense of humor to Dallas as part of the Unleashed LGBTQ+ Festival. The event, founded by Wesley Smoot in 2021, has held one virtual and three live editions. Waters' participation highlights the festival's commitment to bringing renowned figures to Dallas, creating opportunities for artists, brands, media professionals, businesses, and nonprofit organizations to exchange ideas and build meaningful relationships in an environment designed to be both substantive and entertaining.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superstar-status/105233" TargetMode="External"/><Relationship Id="rId10" Type="http://schemas.openxmlformats.org/officeDocument/2006/relationships/hyperlink" Target="https://www.unleashedlgbtq.com/" TargetMode="External"/><Relationship Id="rId11" Type="http://schemas.openxmlformats.org/officeDocument/2006/relationships/hyperlink" Target="https://dallasvoice.com/unleashed-lgbtq-launching-coffins-cocktails-podcast/" TargetMode="External"/><Relationship Id="rId12" Type="http://schemas.openxmlformats.org/officeDocument/2006/relationships/hyperlink" Target="https://dallasvoice.com/unleashed-lgbtq-announces-special-event-with-ts-madison/" TargetMode="External"/><Relationship Id="rId13" Type="http://schemas.openxmlformats.org/officeDocument/2006/relationships/hyperlink" Target="https://www.keranews.org/arts-culture/2025-09-11/legendary-film-director-john-waters-brings-his-unleashed-sense-of-humor-to-dallas" TargetMode="External"/><Relationship Id="rId14" Type="http://schemas.openxmlformats.org/officeDocument/2006/relationships/hyperlink" Target="https://podcasts.apple.com/us/podcast/outlaws-with-ts-madison/id1812599204" TargetMode="External"/><Relationship Id="rId15" Type="http://schemas.openxmlformats.org/officeDocument/2006/relationships/hyperlink" Target="https://www.hrc.org/press-releases/icymi-human-rights-campaign-president-kelley-robinson-influencer-dylan-mulvaney-advertising-ceo-aaron-walton-and-nbc-reporter-jo-yurcaba-in-2024-sxsw-featured-session-on-combating-lgtbq-h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