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Events in Washington DC for 11-17 September</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Washington DC's LGBTQ+ events calendar is packed with easy-going socials, brunches, films and online discussion groups from 11 to 17 September. Whether you're new to the city, catching up with friends or looking for a quieter community space, there's something inviting on the schedule.</w:t>
      </w:r>
      <w:r/>
    </w:p>
    <w:p>
      <w:pPr>
        <w:pStyle w:val="Heading2"/>
      </w:pPr>
      <w:r>
        <w:t>This week's LGBTQ+ calendar starts with a friendly night out</w:t>
      </w:r>
      <w:r/>
    </w:p>
    <w:p>
      <w:r/>
      <w:r>
        <w:t>Friday opens with the Out in DC LGBTQ+ Community Social at Hotel Zena, where guests can unwind, meet new people and make the most of happy-hour offers. The retro-inspired setting gives the evening a relaxed, colourful backdrop, while free entry keeps it pleasantly low-pressure. Event details are listed on Eventbrite.</w:t>
      </w:r>
      <w:r/>
    </w:p>
    <w:p>
      <w:r/>
      <w:r>
        <w:t>There is also a Zoom gathering for queer women in their twenties and thirties later that evening. It offers a more intimate alternative to a venue-based event, with space for conversation and connection from home. The DC Center and local community listings regularly promote similar online meet-ups, reflecting how much LGBTQ+ social life now happens both on screen and in person.</w:t>
      </w:r>
      <w:r/>
    </w:p>
    <w:p>
      <w:pPr>
        <w:pStyle w:val="Heading2"/>
      </w:pPr>
      <w:r>
        <w:t>Saturday brings brunch, films and plenty of conversation</w:t>
      </w:r>
      <w:r/>
    </w:p>
    <w:p>
      <w:r/>
      <w:r>
        <w:t>Saturday's LGBTQ+ community brunch at Freddie's Beach Bar &amp; Restaurant is designed for the wider DMV community, including allies. Food helps, of course, but the real draw is the chance to sit down, chat and meet people without the formality of a structured programme. For anyone attending alone, a regular brunch can be an easier first step than a busy evening party.</w:t>
      </w:r>
      <w:r/>
    </w:p>
    <w:p>
      <w:r/>
      <w:r>
        <w:t>The DC LGBTQ+ Community Center's afternoon screenings add a creative note to the weekend. Kiloran Bay brings a short musical story set in Scotland's Hebrides, while Princess Sparkles takes a mischievous, surreal route involving a pet-sitting mix-up and a very unexpected animal. The varied programme feels like a reminder that queer community events don't have to follow one familiar template.</w:t>
      </w:r>
      <w:r/>
    </w:p>
    <w:p>
      <w:pPr>
        <w:pStyle w:val="Heading2"/>
      </w:pPr>
      <w:r>
        <w:t>Drag brunch turns Sunday into a main event</w:t>
      </w:r>
      <w:r/>
    </w:p>
    <w:p>
      <w:r/>
      <w:r>
        <w:t>Sunday's drag brunch at Nellie's Sports Bar promises a louder, more theatrical finish to the weekend. Sapphire Blue, Deja Diamond and fellow performers are scheduled to lead the show, with guests treated to food, drinks and plenty of audience energy. Tickets are listed at $58.51 through Eventbrite, so it's worth checking what's included before booking.</w:t>
      </w:r>
      <w:r/>
    </w:p>
    <w:p>
      <w:r/>
      <w:r>
        <w:t>Arrive with time to spare, especially if you're going with friends and want a good table. Drag brunches are social by nature, but they can also become busy and noisy, so anyone looking for a calmer meal may prefer the Saturday community brunch instead. That simple choice can make the difference between a dazzling afternoon and an overwhelming one.</w:t>
      </w:r>
      <w:r/>
    </w:p>
    <w:p>
      <w:pPr>
        <w:pStyle w:val="Heading2"/>
      </w:pPr>
      <w:r>
        <w:t>Online groups keep the calendar moving during the week</w:t>
      </w:r>
      <w:r/>
    </w:p>
    <w:p>
      <w:r/>
      <w:r>
        <w:t>Monday's Center Aging Coffee Klatch offers an online social hour for older LGBTQ+ adults. Guests are invited to bring their own drink, making the gathering feel informal and familiar rather than like a formal support session. A mug of tea, a quiet corner and a reliable internet connection are pretty much the only essentials.</w:t>
      </w:r>
      <w:r/>
    </w:p>
    <w:p>
      <w:r/>
      <w:r>
        <w:t>On Tuesday, the Center Bi Pan+ Roundtable provides a private setting for discussion around bisexuality and bi identities. Online roundtables can be especially useful for people who aren't ready for a large public event, or who live too far away to attend in person. Community listings and Meetup groups show how these smaller, recurring conversations remain an important part of Washington DC's LGBTQ+ network.</w:t>
      </w:r>
      <w:r/>
    </w:p>
    <w:p>
      <w:pPr>
        <w:pStyle w:val="Heading2"/>
      </w:pPr>
      <w:r>
        <w:t>How to choose the right event for you</w:t>
      </w:r>
      <w:r/>
    </w:p>
    <w:p>
      <w:r/>
      <w:r>
        <w:t>If you're seeking new faces and lively atmosphere, the Hotel Zena social or Sunday drag brunch should suit. Those events have a clear sense of occasion, and they're easy choices for friends wanting a night or afternoon out. For a lower-key introduction, brunch or the Zoom groups may feel more comfortable.</w:t>
      </w:r>
      <w:r/>
    </w:p>
    <w:p>
      <w:r/>
      <w:r>
        <w:t>Check the latest listing before travelling, as times, ticket details and online access can change. For virtual events, register early and test your camera or audio if needed. And if you're attending solo, remember that many people arrive in exactly the same position, which is often how the best conversations begin.</w:t>
      </w:r>
      <w:r/>
    </w:p>
    <w:p>
      <w:r/>
      <w:r>
        <w:t>Washington DC's LGBTQ+ events calendar mixes spectacle with quieter spaces, giving the week a welcoming rhythm rather than one single big occasion.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[6]</w:t>
        </w:r>
      </w:hyperlink>
      <w:r>
        <w:t xml:space="preserve">- Paragraph 3: </w:t>
      </w:r>
      <w:hyperlink r:id="rId14">
        <w:r>
          <w:rPr>
            <w:color w:val="0000EE"/>
            <w:u w:val="single"/>
          </w:rPr>
          <w:t>[5]</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[3]</w:t>
        </w:r>
      </w:hyperlink>
      <w:r>
        <w:t xml:space="preserve">- Paragraph 5: </w:t>
      </w:r>
      <w:hyperlink r:id="rId11">
        <w:r>
          <w:rPr>
            <w:color w:val="0000EE"/>
            <w:u w:val="single"/>
          </w:rPr>
          <w:t>[4]</w:t>
        </w:r>
      </w:hyperlink>
      <w:r>
        <w:t xml:space="preserve">, </w:t>
      </w:r>
      <w:hyperlink r:id="rId13">
        <w:r>
          <w:rPr>
            <w:color w:val="0000EE"/>
            <w:u w:val="single"/>
          </w:rPr>
          <w:t>[6]</w:t>
        </w:r>
      </w:hyperlink>
      <w:r>
        <w:t xml:space="preserve">- Paragraph 6: </w:t>
      </w:r>
      <w:hyperlink r:id="rId14">
        <w:r>
          <w:rPr>
            <w:color w:val="0000EE"/>
            <w:u w:val="single"/>
          </w:rPr>
          <w:t>[5]</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[4]</w:t>
        </w:r>
      </w:hyperlink>
      <w:r>
        <w:t xml:space="preserve">- Paragraph 8: </w:t>
      </w:r>
      <w:hyperlink r:id="rId12">
        <w:r>
          <w:rPr>
            <w:color w:val="0000EE"/>
            <w:u w:val="single"/>
          </w:rPr>
          <w:t>[3]</w:t>
        </w:r>
      </w:hyperlink>
      <w:r>
        <w:t xml:space="preserve">, </w:t>
      </w:r>
      <w:hyperlink r:id="rId13">
        <w:r>
          <w:rPr>
            <w:color w:val="0000EE"/>
            <w:u w:val="single"/>
          </w:rPr>
          <w:t>[6]</w:t>
        </w:r>
      </w:hyperlink>
      <w:r>
        <w:t xml:space="preserve">- Paragraph 9: </w:t>
      </w:r>
      <w:hyperlink r:id="rId14">
        <w:r>
          <w:rPr>
            <w:color w:val="0000EE"/>
            <w:u w:val="single"/>
          </w:rPr>
          <w:t>[5]</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2">
        <w:r>
          <w:rPr>
            <w:color w:val="0000EE"/>
            <w:u w:val="single"/>
          </w:rPr>
          <w:t>[3]</w:t>
        </w:r>
      </w:hyperlink>
      <w:r>
        <w:t xml:space="preserve">- Paragraph 11: </w:t>
      </w:r>
      <w:hyperlink r:id="rId11">
        <w:r>
          <w:rPr>
            <w:color w:val="0000EE"/>
            <w:u w:val="single"/>
          </w:rPr>
          <w:t>[4]</w:t>
        </w:r>
      </w:hyperlink>
      <w:r>
        <w:t xml:space="preserve">, </w:t>
      </w:r>
      <w:hyperlink r:id="rId13">
        <w:r>
          <w:rPr>
            <w:color w:val="0000EE"/>
            <w:u w:val="single"/>
          </w:rPr>
          <w:t>[6]</w:t>
        </w:r>
      </w:hyperlink>
      <w:r>
        <w:t xml:space="preserve">- Paragraph 12: </w:t>
      </w:r>
      <w:hyperlink r:id="rId14">
        <w:r>
          <w:rPr>
            <w:color w:val="0000EE"/>
            <w:u w:val="single"/>
          </w:rPr>
          <w:t>[5]</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https://meaws.com/news/calendar-september-11-17/105243</w:t>
        </w:r>
      </w:hyperlink>
      <w:r>
        <w:t xml:space="preserve"> - Please view link - unable to able to access data</w:t>
      </w:r>
      <w:r/>
    </w:p>
    <w:p>
      <w:pPr>
        <w:pStyle w:val="ListNumber"/>
        <w:spacing w:line="240" w:lineRule="auto"/>
        <w:ind w:left="720"/>
      </w:pPr>
      <w:r/>
      <w:hyperlink r:id="rId10">
        <w:r>
          <w:rPr>
            <w:color w:val="0000EE"/>
            <w:u w:val="single"/>
          </w:rPr>
          <w:t>https://www.eventbrite.com/e/out-in-dc-lgbtq-community-social-hotel-zena-tickets-1998660234564</w:t>
        </w:r>
      </w:hyperlink>
      <w:r>
        <w:t xml:space="preserve"> - Go Gay DC is hosting the 'Out in DC LGBTQ+ Community Social' at Hotel Zena on Friday, September 11, 2026, from 7 PM to 9 PM. This free event aims to bring together members of the LGBTQ+ community for socialising and networking. Attendees can enjoy extended happy hour specials in a relaxed setting. The event is open to everyone, regardless of location, and encourages bringing friends to meet new people. Hotel Zena is located at 1155 14th Street Northwest, Washington, D.C. 20005. Registration is recommended to secure a spot.</w:t>
      </w:r>
      <w:r/>
    </w:p>
    <w:p>
      <w:pPr>
        <w:pStyle w:val="ListNumber"/>
        <w:spacing w:line="240" w:lineRule="auto"/>
        <w:ind w:left="720"/>
      </w:pPr>
      <w:r/>
      <w:hyperlink r:id="rId12">
        <w:r>
          <w:rPr>
            <w:color w:val="0000EE"/>
            <w:u w:val="single"/>
          </w:rPr>
          <w:t>https://thedccenter.org/events/women-in-their-twenties-and-thirties-witt-3-2026-08-14/</w:t>
        </w:r>
      </w:hyperlink>
      <w:r>
        <w:t xml:space="preserve"> - The DC LGBTQ+ Community Center is hosting the 'Women in their Twenties and Thirties (WiTT)' social discussion group via Zoom on August 14, 2026, from 8:00 PM to 9:00 PM. This group is designed for queer women in the Washington, D.C. area to make new friends and connect in a friendly setting. WiTT also organises various community events, including happy hours, picnics, and outings to queer dance parties. For more information or to join, interested individuals can email [email protected] or visit their closed Facebook group for updates.</w:t>
      </w:r>
      <w:r/>
    </w:p>
    <w:p>
      <w:pPr>
        <w:pStyle w:val="ListNumber"/>
        <w:spacing w:line="240" w:lineRule="auto"/>
        <w:ind w:left="720"/>
      </w:pPr>
      <w:r/>
      <w:hyperlink r:id="rId11">
        <w:r>
          <w:rPr>
            <w:color w:val="0000EE"/>
            <w:u w:val="single"/>
          </w:rPr>
          <w:t>https://www.downtowndc.org/events/lgbtq-pride-welcome-social-in-the-city-hotel-zena/</w:t>
        </w:r>
      </w:hyperlink>
      <w:r>
        <w:t xml:space="preserve"> - On May 16, 2025, from 7:00 PM to 9:00 PM, Go Gay DC hosted the 'LGBTQ+ Pride Welcome Social in the City' at Hotel Zena. This free event provided an opportunity for the LGBTQ+ community and allies to socialise, network, and share community spirit in a welcoming environment. Hotel Zena is located at 1155 14th Street Northwest, Washington, D.C. 20005. The event was open to everyone, regardless of location, and encouraged attendees to bring friends to meet new people. Registration was available through Eventbrite.</w:t>
      </w:r>
      <w:r/>
    </w:p>
    <w:p>
      <w:pPr>
        <w:pStyle w:val="ListNumber"/>
        <w:spacing w:line="240" w:lineRule="auto"/>
        <w:ind w:left="720"/>
      </w:pPr>
      <w:r/>
      <w:hyperlink r:id="rId14">
        <w:r>
          <w:rPr>
            <w:color w:val="0000EE"/>
            <w:u w:val="single"/>
          </w:rPr>
          <w:t>https://www.downtowndc.org/events/lgbtq-social-in-the-city-hotel-zena/</w:t>
        </w:r>
      </w:hyperlink>
      <w:r>
        <w:t xml:space="preserve"> - Go Gay DC hosted the 'LGBTQ+ Social in the City' at Hotel Zena on June 20, 2025, from 7:00 PM to 9:00 PM. This free event aimed to bring together members of the LGBTQ+ community and allies for socialising, networking, and sharing community spirit in a splendid setting. Hotel Zena is located at 1155 14th Street Northwest, Washington, D.C. 20005. The event was open to everyone, regardless of location, and encouraged attendees to bring friends to meet new people. Registration was available through Eventbrite.</w:t>
      </w:r>
      <w:r/>
    </w:p>
    <w:p>
      <w:pPr>
        <w:pStyle w:val="ListNumber"/>
        <w:spacing w:line="240" w:lineRule="auto"/>
        <w:ind w:left="720"/>
      </w:pPr>
      <w:r/>
      <w:hyperlink r:id="rId13">
        <w:r>
          <w:rPr>
            <w:color w:val="0000EE"/>
            <w:u w:val="single"/>
          </w:rPr>
          <w:t>https://www.meetup.com/dclgbtqpros/events/316236435/?eventOrigin=group_upcoming_events</w:t>
        </w:r>
      </w:hyperlink>
      <w:r>
        <w:t xml:space="preserve"> - The 'Out in DC LGBTQ+ Community Social' at Hotel Zena is scheduled for Friday, September 11, 2026, from 7:00 PM to 9:00 PM. Hosted by TJ F., this event is designed for individuals looking to make new friends and meaningful connections in the DC area. Attendees can enjoy community building, unwind, and enjoy extended happy hour specials. The gathering will take place in the Figleaf lounge located to the left of the main entrance, near the pool table. Hotel Zena is located at 1155 14th Street Northwest, Washington, D.C. 20005. Registration is recommended to secure a spot.</w:t>
      </w:r>
      <w:r/>
    </w:p>
    <w:p>
      <w:pPr>
        <w:pStyle w:val="ListNumber"/>
        <w:spacing w:line="240" w:lineRule="auto"/>
        <w:ind w:left="720"/>
      </w:pPr>
      <w:r/>
      <w:hyperlink r:id="rId15">
        <w:r>
          <w:rPr>
            <w:color w:val="0000EE"/>
            <w:u w:val="single"/>
          </w:rPr>
          <w:t>https://www.meetup.com/outinnova/events/314707275/</w:t>
        </w:r>
      </w:hyperlink>
      <w:r>
        <w:t xml:space="preserve"> - The 'LGBTQ+ Social in the City' at Hotel Zena is scheduled for Friday, July 17, 2026, from 7:00 PM to 9:00 PM. Hosted by TJ F., this event is designed for individuals looking to make new friends and meaningful connections in the DC area. Attendees can enjoy community building, unwind, and enjoy extended happy hour specials. The gathering will take place in the Figleaf lounge located to the left of the main entrance, near the pool table. Hotel Zena is located at 1155 14th Street Northwest, Washington, D.C. 20005. Registration is recommended to secure a spot.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meaws.com/news/calendar-september-11-17/105243" TargetMode="External"/><Relationship Id="rId10" Type="http://schemas.openxmlformats.org/officeDocument/2006/relationships/hyperlink" Target="https://www.eventbrite.com/e/out-in-dc-lgbtq-community-social-hotel-zena-tickets-1998660234564" TargetMode="External"/><Relationship Id="rId11" Type="http://schemas.openxmlformats.org/officeDocument/2006/relationships/hyperlink" Target="https://www.downtowndc.org/events/lgbtq-pride-welcome-social-in-the-city-hotel-zena/" TargetMode="External"/><Relationship Id="rId12" Type="http://schemas.openxmlformats.org/officeDocument/2006/relationships/hyperlink" Target="https://thedccenter.org/events/women-in-their-twenties-and-thirties-witt-3-2026-08-14/" TargetMode="External"/><Relationship Id="rId13" Type="http://schemas.openxmlformats.org/officeDocument/2006/relationships/hyperlink" Target="https://www.meetup.com/dclgbtqpros/events/316236435/?eventOrigin=group_upcoming_events" TargetMode="External"/><Relationship Id="rId14" Type="http://schemas.openxmlformats.org/officeDocument/2006/relationships/hyperlink" Target="https://www.downtowndc.org/events/lgbtq-social-in-the-city-hotel-zena/" TargetMode="External"/><Relationship Id="rId15" Type="http://schemas.openxmlformats.org/officeDocument/2006/relationships/hyperlink" Target="https://www.meetup.com/outinnova/events/31470727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