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Dallas Events for Pride, Performance and Pop Culture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Dallas is heading into a lively September weekend, with artists, fans and music lovers converging across the city. From Texas Latino Pride and Fan Expo Dallas to Elvis classics, drag fundraising and a moving 9/11 tribute, these events offer plenty of ways to make the most of the season.</w:t>
      </w:r>
      <w:r/>
    </w:p>
    <w:p>
      <w:pPr>
        <w:pStyle w:val="Heading2"/>
      </w:pPr>
      <w:r>
        <w:t>Essential Takeaways</w:t>
      </w:r>
      <w:r/>
      <w:r/>
    </w:p>
    <w:p>
      <w:pPr>
        <w:pStyle w:val="ListBullet"/>
        <w:spacing w:line="240" w:lineRule="auto"/>
        <w:ind w:left="720"/>
      </w:pPr>
      <w:r/>
      <w:r>
        <w:rPr>
          <w:b/>
        </w:rPr>
        <w:t>A packed city calendar:</w:t>
      </w:r>
      <w:r>
        <w:t xml:space="preserve"> Dallas hosts exhibitions, conventions, concerts and fundraisers across the weekend.</w:t>
      </w:r>
      <w:r/>
    </w:p>
    <w:p>
      <w:pPr>
        <w:pStyle w:val="ListBullet"/>
        <w:spacing w:line="240" w:lineRule="auto"/>
        <w:ind w:left="720"/>
      </w:pPr>
      <w:r/>
      <w:r>
        <w:rPr>
          <w:b/>
        </w:rPr>
        <w:t>Free cultural programming:</w:t>
      </w:r>
      <w:r>
        <w:t xml:space="preserve"> The Unmanifest Destinies exhibition at Oak Cliff Cultural Center has no admission charge.</w:t>
      </w:r>
      <w:r/>
    </w:p>
    <w:p>
      <w:pPr>
        <w:pStyle w:val="ListBullet"/>
        <w:spacing w:line="240" w:lineRule="auto"/>
        <w:ind w:left="720"/>
      </w:pPr>
      <w:r/>
      <w:r>
        <w:rPr>
          <w:b/>
        </w:rPr>
        <w:t>Fan favourite:</w:t>
      </w:r>
      <w:r>
        <w:t xml:space="preserve"> Fan Expo Dallas returns with single-day tickets, multi-day passes and premium packages.</w:t>
      </w:r>
      <w:r/>
    </w:p>
    <w:p>
      <w:pPr>
        <w:pStyle w:val="ListBullet"/>
        <w:spacing w:line="240" w:lineRule="auto"/>
        <w:ind w:left="720"/>
      </w:pPr>
      <w:r/>
      <w:r>
        <w:rPr>
          <w:b/>
        </w:rPr>
        <w:t>Music with a twist:</w:t>
      </w:r>
      <w:r>
        <w:t xml:space="preserve"> Frankie Moreno combines an Elvis tribute with the Dallas Symphony Orchestra.</w:t>
      </w:r>
      <w:r/>
    </w:p>
    <w:p>
      <w:pPr>
        <w:pStyle w:val="ListBullet"/>
        <w:spacing w:line="240" w:lineRule="auto"/>
        <w:ind w:left="720"/>
      </w:pPr>
      <w:r/>
      <w:r>
        <w:rPr>
          <w:b/>
        </w:rPr>
        <w:t>A meaningful finale:</w:t>
      </w:r>
      <w:r>
        <w:t xml:space="preserve"> Turtle Creek Chorale's 9/11 concert uses song and dance to reflect on peace and remembrance.</w:t>
      </w:r>
      <w:r/>
      <w:r/>
    </w:p>
    <w:p>
      <w:pPr>
        <w:pStyle w:val="Heading2"/>
      </w:pPr>
      <w:r>
        <w:t>Dallas has a full weekend of culture ahead</w:t>
      </w:r>
      <w:r/>
    </w:p>
    <w:p>
      <w:r/>
      <w:r>
        <w:t>The strongest impression from this calendar is variety. One moment, visitors can be browsing contemporary art focused on identity and resistance; the next, they can be watching costumed fans fill the Kay Bailey Hutchison Convention Center or hearing Elvis songs swell through the Meyerson.</w:t>
      </w:r>
      <w:r/>
    </w:p>
    <w:p>
      <w:r/>
      <w:r>
        <w:t>That broad mix is part of Dallas's appeal. The city's September listings move comfortably between queer culture, Latino pride, pop fandom, classical performance and community fundraising, giving locals and visitors plenty of reasons to leave the sofa. The organisers' official listings confirm a particularly busy run of events across the city.</w:t>
      </w:r>
      <w:r/>
    </w:p>
    <w:p>
      <w:pPr>
        <w:pStyle w:val="Heading2"/>
      </w:pPr>
      <w:r>
        <w:t>Texas Latino Pride puts artists and identity centre stage</w:t>
      </w:r>
      <w:r/>
    </w:p>
    <w:p>
      <w:r/>
      <w:r>
        <w:t>The exhibition Unmanifest Destinies opens as part of Texas Latino Pride 2026 at Oak Cliff Cultural Center. Running on the evening of 11 September, it brings together artists whose work considers memory, survival, liberation and the complicated ways identity is shaped and remembered.</w:t>
      </w:r>
      <w:r/>
    </w:p>
    <w:p>
      <w:r/>
      <w:r>
        <w:t>Admission is free, which makes this one of the easiest events to add to an evening itinerary. Texas Latino Pride provides further information, while Oak Cliff Cultural Center offers the venue details. Expect a thoughtful, potentially emotional experience rather than a quick browse and dash.</w:t>
      </w:r>
      <w:r/>
    </w:p>
    <w:p>
      <w:r/>
      <w:r>
        <w:t>The Texas Latino Pride Festival follows on 12 September, extending the celebration beyond the gallery. For anyone keen to support local artists, community groups and LGBTQ+ programming, this is a natural weekend pairing.</w:t>
      </w:r>
      <w:r/>
    </w:p>
    <w:p>
      <w:pPr>
        <w:pStyle w:val="Heading2"/>
      </w:pPr>
      <w:r>
        <w:t>Fan Expo Dallas brings the costumes and fandom</w:t>
      </w:r>
      <w:r/>
    </w:p>
    <w:p>
      <w:r/>
      <w:r>
        <w:t>Fan Expo Dallas returns from 11 to 13 September at the Kay Bailey Hutchison Convention Center. The schedule stretches from Friday evening through Sunday afternoon, giving visitors several ways to fit the convention around other plans.</w:t>
      </w:r>
      <w:r/>
    </w:p>
    <w:p>
      <w:r/>
      <w:r>
        <w:t>Advance prices begin at $33 for a one-day ticket, while three-day passes start at $99. There are also ultimate and VIP packages, although the most expensive options are aimed at visitors who want a more immersive convention experience.</w:t>
      </w:r>
      <w:r/>
    </w:p>
    <w:p>
      <w:r/>
      <w:r>
        <w:t>If you're new to fan conventions, arrive with a simple plan. Pick the panels or guests you most want to see, wear comfortable shoes, and leave time for the show floor, where the crowds, costumes and colourful displays can easily absorb an entire afternoon. The official Fan Expo Dallas site has the latest ticket and schedule information.</w:t>
      </w:r>
      <w:r/>
    </w:p>
    <w:p>
      <w:pPr>
        <w:pStyle w:val="Heading2"/>
      </w:pPr>
      <w:r>
        <w:t>Elvis, orchestral drama and one glamorous fundraiser</w:t>
      </w:r>
      <w:r/>
    </w:p>
    <w:p>
      <w:r/>
      <w:r>
        <w:t>Frankie Moreno brings his tribute to Elvis Presley to the Morton H. Meyerson Symphony Center from 11 to 13 September. His family band will perform alongside the Dallas Symphony Orchestra, creating a fuller, more polished sound than a standard tribute show.</w:t>
      </w:r>
      <w:r/>
    </w:p>
    <w:p>
      <w:r/>
      <w:r>
        <w:t>Tickets start at $29, with evening and Sunday matinee performances available. The Dallas Symphony Orchestra's official information is the best place to check current availability, especially for the weekend performances, which may appeal to both longtime Elvis fans and curious newcomers.</w:t>
      </w:r>
      <w:r/>
    </w:p>
    <w:p>
      <w:r/>
      <w:r>
        <w:t>On 12 September, the Greg Dollgener Memorial AIDS Fund hosts Night of Stars at The Rose Room. Alyssa Edwards headlines a bill featuring a wide selection of performers, with general admission from $32.83 and VIP tickets from $53.88. It's a lively night out with a clear community purpose, and the mix of drag, fundraising and familiar local talent gives the event extra sparkle.</w:t>
      </w:r>
      <w:r/>
    </w:p>
    <w:p>
      <w:pPr>
        <w:pStyle w:val="Heading2"/>
      </w:pPr>
      <w:r>
        <w:t>A reflective concert closes the week</w:t>
      </w:r>
      <w:r/>
    </w:p>
    <w:p>
      <w:r/>
      <w:r>
        <w:t>Turtle Creek Chorale marks the 25th anniversary of 9/11 with Better Is Peace: 9/11 Remembered Through Song and Dance on 16 September at the Morton H. Meyerson Symphony Center.</w:t>
      </w:r>
      <w:r/>
    </w:p>
    <w:p>
      <w:r/>
      <w:r>
        <w:t>The title sets a reflective tone, with music and movement used to remember lives lost while looking towards peace. Turtle Creek Chorale's concert information provides the latest details, and the Meyerson remains one of Dallas's most atmospheric settings for a large-scale choral performance.</w:t>
      </w:r>
      <w:r/>
    </w:p>
    <w:p>
      <w:r/>
      <w:r>
        <w:t>It also offers a useful pause after a high-energy weekend. Between the convention crowds, festival atmosphere and stage glamour, a concert built around remembrance gives the city's September programme a quieter emotional centre.</w:t>
      </w:r>
      <w:r/>
    </w:p>
    <w:p>
      <w:pPr>
        <w:pStyle w:val="Heading2"/>
      </w:pPr>
      <w:r>
        <w:t>How to choose the right Dallas event</w:t>
      </w:r>
      <w:r/>
    </w:p>
    <w:p>
      <w:r/>
      <w:r>
        <w:t>For free cultural programming, start with Unmanifest Destinies. If you're looking for a social day out, Fan Expo Dallas and the Texas Latino Pride Festival offer more movement, colour and people-watching. Music fans have two very different choices: familiar rock-and-roll spectacle with Frankie Moreno, or the more contemplative choral setting of Better Is Peace.</w:t>
      </w:r>
      <w:r/>
    </w:p>
    <w:p>
      <w:r/>
      <w:r>
        <w:t>Planning matters, particularly when several events fall across the same weekend. Check official ticket pages before travelling, allow extra time around downtown venues, and think about whether you want a single headline experience or a full itinerary. Dallas is offering enough choice to make either approach work.</w:t>
      </w:r>
      <w:r/>
    </w:p>
    <w:p>
      <w:r/>
      <w:r>
        <w:t>For many attendees, the best event may simply be the one that matches the mood they're in. Sometimes that's a loud convention hall; sometimes it's a gallery with room to think.</w:t>
      </w:r>
      <w:r/>
    </w:p>
    <w:p>
      <w:r/>
      <w:r>
        <w:t>It's a busy September line-up, so choose your mood, check the details and make a day of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Paragraph 3: </w:t>
      </w:r>
      <w:hyperlink r:id="rId13">
        <w:r>
          <w:rPr>
            <w:color w:val="0000EE"/>
            <w:u w:val="single"/>
          </w:rPr>
          <w:t>[7]</w:t>
        </w:r>
      </w:hyperlink>
      <w:r>
        <w:t xml:space="preserve">- Paragraph 4: </w:t>
      </w:r>
      <w:hyperlink r:id="rId14">
        <w:r>
          <w:rPr>
            <w:color w:val="0000EE"/>
            <w:u w:val="single"/>
          </w:rPr>
          <w:t>[2]</w:t>
        </w:r>
      </w:hyperlink>
      <w:r>
        <w:t xml:space="preserve">, </w:t>
      </w:r>
      <w:hyperlink r:id="rId15">
        <w:r>
          <w:rPr>
            <w:color w:val="0000EE"/>
            <w:u w:val="single"/>
          </w:rPr>
          <w:t>[3]</w:t>
        </w:r>
      </w:hyperlink>
      <w:r>
        <w:t xml:space="preserve">- Paragraph 5: </w:t>
      </w:r>
      <w:hyperlink r:id="rId14">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https://meaws.com/news/best-bets-09-11-26/105227</w:t>
        </w:r>
      </w:hyperlink>
      <w:r>
        <w:t xml:space="preserve"> - Please view link - unable to able to access data</w:t>
      </w:r>
      <w:r/>
    </w:p>
    <w:p>
      <w:pPr>
        <w:pStyle w:val="ListNumber"/>
        <w:spacing w:line="240" w:lineRule="auto"/>
        <w:ind w:left="720"/>
      </w:pPr>
      <w:r/>
      <w:hyperlink r:id="rId14">
        <w:r>
          <w:rPr>
            <w:color w:val="0000EE"/>
            <w:u w:val="single"/>
          </w:rPr>
          <w:t>https://www.turtlecreekchorale.com/concerts</w:t>
        </w:r>
      </w:hyperlink>
      <w:r>
        <w:t xml:space="preserve"> - The Turtle Creek Chorale, a prominent men's chorus based in Dallas, Texas, is set to commemorate the 25th anniversary of the September 11 attacks with a special performance titled 'Better Is Peace: 9/11 Remembered Through Song and Dance'. This one-night-only concert is scheduled for Wednesday, September 16, 2026, at 7:30 PM at the Morton H. Meyerson Symphony Center. The event will feature the world premiere of the men's chorus arrangement of Karl Jenkins' 'The Armed Man: A Mass for Peace'. The performance will unite over 400 artists, including the Turtle Creek Chorale, Barack Obama Male Leadership Academy, Bruce Wood Dance, and the Dallas Chamber Symphony, to honor and remember through the power of sound, movement, and storytelling. Tickets are available for purchase on the Turtle Creek Chorale's official website. (</w:t>
      </w:r>
      <w:hyperlink r:id="rId16">
        <w:r>
          <w:rPr>
            <w:color w:val="0000EE"/>
            <w:u w:val="single"/>
          </w:rPr>
          <w:t>turtlecreekchorale.com</w:t>
        </w:r>
      </w:hyperlink>
      <w:r>
        <w:t>)</w:t>
      </w:r>
      <w:r/>
    </w:p>
    <w:p>
      <w:pPr>
        <w:pStyle w:val="ListNumber"/>
        <w:spacing w:line="240" w:lineRule="auto"/>
        <w:ind w:left="720"/>
      </w:pPr>
      <w:r/>
      <w:hyperlink r:id="rId15">
        <w:r>
          <w:rPr>
            <w:color w:val="0000EE"/>
            <w:u w:val="single"/>
          </w:rPr>
          <w:t>https://www.meyerson.com/</w:t>
        </w:r>
      </w:hyperlink>
      <w:r>
        <w:t xml:space="preserve"> - The Morton H. Meyerson Symphony Center, located in the Arts District of downtown Dallas, Texas, is a renowned concert hall designed by architect I. M. Pei. Opened in September 1989, it serves as the permanent home for the Dallas Symphony Orchestra and the Dallas Symphony Chorus. The center is also the primary performing venue for the Dallas Wind Symphony and several other Dallas-based musical organizations. The Meyerson Symphony Center is owned by the City of Dallas and operated by the Dallas Symphony Association. (</w:t>
      </w:r>
      <w:hyperlink r:id="rId17">
        <w:r>
          <w:rPr>
            <w:color w:val="0000EE"/>
            <w:u w:val="single"/>
          </w:rPr>
          <w:t>en.wikipedia.org</w:t>
        </w:r>
      </w:hyperlink>
      <w:r>
        <w:t>)</w:t>
      </w:r>
      <w:r/>
    </w:p>
    <w:p>
      <w:pPr>
        <w:pStyle w:val="ListNumber"/>
        <w:spacing w:line="240" w:lineRule="auto"/>
        <w:ind w:left="720"/>
      </w:pPr>
      <w:r/>
      <w:hyperlink r:id="rId10">
        <w:r>
          <w:rPr>
            <w:color w:val="0000EE"/>
            <w:u w:val="single"/>
          </w:rPr>
          <w:t>https://texaslatinopride.org/</w:t>
        </w:r>
      </w:hyperlink>
      <w:r>
        <w:t xml:space="preserve"> - Texas Latino Pride is a non-profit organization dedicated to celebrating the cultural heritage, diversity, and achievements of the Hispanic/Latinx and LGBTQIA communities in Texas. Established in 2014, the organization aims to foster unity and solidarity among these communities by celebrating shared experiences and identities. Texas Latino Pride hosts various events and initiatives throughout the year, including the annual Texas Latino Pride Festival, which is scheduled for Saturday, September 12, 2026, at Reverchon Park in Dallas. The festival features music, drag performances, food, and community pride, bringing together the Latino and LGBTQ communities in Texas. (</w:t>
      </w:r>
      <w:hyperlink r:id="rId18">
        <w:r>
          <w:rPr>
            <w:color w:val="0000EE"/>
            <w:u w:val="single"/>
          </w:rPr>
          <w:t>texaslatinopride.org</w:t>
        </w:r>
      </w:hyperlink>
      <w:r>
        <w:t>)</w:t>
      </w:r>
      <w:r/>
    </w:p>
    <w:p>
      <w:pPr>
        <w:pStyle w:val="ListNumber"/>
        <w:spacing w:line="240" w:lineRule="auto"/>
        <w:ind w:left="720"/>
      </w:pPr>
      <w:r/>
      <w:hyperlink r:id="rId11">
        <w:r>
          <w:rPr>
            <w:color w:val="0000EE"/>
            <w:u w:val="single"/>
          </w:rPr>
          <w:t>https://www.oakcliffcc.org/</w:t>
        </w:r>
      </w:hyperlink>
      <w:r>
        <w:t xml:space="preserve"> - The Oak Cliff Cultural Center, located at 223 Jefferson Blvd in Dallas, Texas, is a community hub that offers a variety of cultural and artistic programs. The center aims to provide a space for the community to engage with diverse cultural expressions and artistic endeavors. As part of Texas Latino Pride 2026, the Oak Cliff Cultural Center is hosting the exhibit 'Unmanifest Destinies' on September 11, 2026, from 7-9 p.m. The exhibit brings together artists whose work explores themes of identity, memory, survival, resistance, and liberation. Admission to the exhibit is free, and more information is available at TexasLatinoPride.org. (</w:t>
      </w:r>
      <w:hyperlink r:id="rId18">
        <w:r>
          <w:rPr>
            <w:color w:val="0000EE"/>
            <w:u w:val="single"/>
          </w:rPr>
          <w:t>texaslatinopride.org</w:t>
        </w:r>
      </w:hyperlink>
      <w:r>
        <w:t>)</w:t>
      </w:r>
      <w:r/>
    </w:p>
    <w:p>
      <w:pPr>
        <w:pStyle w:val="ListNumber"/>
        <w:spacing w:line="240" w:lineRule="auto"/>
        <w:ind w:left="720"/>
      </w:pPr>
      <w:r/>
      <w:hyperlink r:id="rId12">
        <w:r>
          <w:rPr>
            <w:color w:val="0000EE"/>
            <w:u w:val="single"/>
          </w:rPr>
          <w:t>https://www.fanexpodallas.com/</w:t>
        </w:r>
      </w:hyperlink>
      <w:r>
        <w:t xml:space="preserve"> - Fan Expo Dallas is a popular annual event that celebrates pop culture, comics, and entertainment. The 2026 edition is scheduled to take place from September 11 to 13 at the Kay Bailey Hutchison Convention Center in Dallas, Texas. The event will feature a variety of activities, including panels, workshops, and appearances by celebrities from the worlds of film, television, and comics. The convention will be open from 4-9 p.m. on Friday, 10 a.m.-7 p.m. on Saturday, and 10 a.m.-5 p.m. on Sunday. Tickets are available for purchase on the official Fan Expo Dallas website. (</w:t>
      </w:r>
      <w:hyperlink r:id="rId18">
        <w:r>
          <w:rPr>
            <w:color w:val="0000EE"/>
            <w:u w:val="single"/>
          </w:rPr>
          <w:t>texaslatinopride.org</w:t>
        </w:r>
      </w:hyperlink>
      <w:r>
        <w:t>)</w:t>
      </w:r>
      <w:r/>
    </w:p>
    <w:p>
      <w:pPr>
        <w:pStyle w:val="ListNumber"/>
        <w:spacing w:line="240" w:lineRule="auto"/>
        <w:ind w:left="720"/>
      </w:pPr>
      <w:r/>
      <w:hyperlink r:id="rId13">
        <w:r>
          <w:rPr>
            <w:color w:val="0000EE"/>
            <w:u w:val="single"/>
          </w:rPr>
          <w:t>https://www.dallassymphony.org/</w:t>
        </w:r>
      </w:hyperlink>
      <w:r>
        <w:t xml:space="preserve"> - The Dallas Symphony Orchestra is a leading musical institution based in Dallas, Texas. The orchestra performs a wide range of classical and contemporary works and collaborates with various artists and ensembles. As part of the 25th anniversary commemoration of the September 11 attacks, the Dallas Symphony Orchestra is collaborating with the Turtle Creek Chorale for the 'Better Is Peace: 9/11 Remembered Through Song and Dance' concert. The event is scheduled for Wednesday, September 16, 2026, at 7:30 PM at the Morton H. Meyerson Symphony Center. Tickets for the concert are available on the Dallas Symphony Orchestra's official website. (</w:t>
      </w:r>
      <w:hyperlink r:id="rId16">
        <w:r>
          <w:rPr>
            <w:color w:val="0000EE"/>
            <w:u w:val="single"/>
          </w:rPr>
          <w:t>turtlecreekchorale.com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best-bets-09-11-26/105227" TargetMode="External"/><Relationship Id="rId10" Type="http://schemas.openxmlformats.org/officeDocument/2006/relationships/hyperlink" Target="https://texaslatinopride.org/" TargetMode="External"/><Relationship Id="rId11" Type="http://schemas.openxmlformats.org/officeDocument/2006/relationships/hyperlink" Target="https://www.oakcliffcc.org/" TargetMode="External"/><Relationship Id="rId12" Type="http://schemas.openxmlformats.org/officeDocument/2006/relationships/hyperlink" Target="https://www.fanexpodallas.com/" TargetMode="External"/><Relationship Id="rId13" Type="http://schemas.openxmlformats.org/officeDocument/2006/relationships/hyperlink" Target="https://www.dallassymphony.org/" TargetMode="External"/><Relationship Id="rId14" Type="http://schemas.openxmlformats.org/officeDocument/2006/relationships/hyperlink" Target="https://www.turtlecreekchorale.com/concerts" TargetMode="External"/><Relationship Id="rId15" Type="http://schemas.openxmlformats.org/officeDocument/2006/relationships/hyperlink" Target="https://www.meyerson.com/" TargetMode="External"/><Relationship Id="rId16" Type="http://schemas.openxmlformats.org/officeDocument/2006/relationships/hyperlink" Target="https://www.turtlecreekchorale.com/concerts?utm_source=openai" TargetMode="External"/><Relationship Id="rId17" Type="http://schemas.openxmlformats.org/officeDocument/2006/relationships/hyperlink" Target="https://en.wikipedia.org/wiki/Morton_H._Meyerson_Symphony_Center?utm_source=openai" TargetMode="External"/><Relationship Id="rId18" Type="http://schemas.openxmlformats.org/officeDocument/2006/relationships/hyperlink" Target="https://texaslatinopride.or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