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Brisbane Pride Fair Day 2026 guide for LGBTQIA+ visitors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Brisbane Pride is bringing its 2026 Fair Day back to New Farm Park, with dance-pop star Joanne, Drag Race Down Under favourites Vybe and Coco Jumbo, plus a full day of music, drag, food and community celebration. The event matters beyond the stage, pairing joyful visibility with a rally and march focused on LGBTQIA+ rights.</w:t>
      </w:r>
      <w:r/>
    </w:p>
    <w:p>
      <w:pPr>
        <w:pStyle w:val="Heading2"/>
      </w:pPr>
      <w:r>
        <w:t>Essential Takeaways</w:t>
      </w:r>
      <w:r/>
      <w:r/>
    </w:p>
    <w:p>
      <w:pPr>
        <w:pStyle w:val="ListBullet"/>
        <w:spacing w:line="240" w:lineRule="auto"/>
        <w:ind w:left="720"/>
      </w:pPr>
      <w:r/>
      <w:r>
        <w:rPr>
          <w:b/>
        </w:rPr>
        <w:t>Date and location:</w:t>
      </w:r>
      <w:r>
        <w:t xml:space="preserve"> Fair Day takes place on Saturday 24 October 2026 at New Farm Park, Brisbane.</w:t>
      </w:r>
      <w:r/>
    </w:p>
    <w:p>
      <w:pPr>
        <w:pStyle w:val="ListBullet"/>
        <w:spacing w:line="240" w:lineRule="auto"/>
        <w:ind w:left="720"/>
      </w:pPr>
      <w:r/>
      <w:r>
        <w:rPr>
          <w:b/>
        </w:rPr>
        <w:t>Headline entertainment:</w:t>
      </w:r>
      <w:r>
        <w:t xml:space="preserve"> ARIA Award-winning singer Joanne will appear alongside Vybe and Coco Jumbo from Drag Race Down Under.</w:t>
      </w:r>
      <w:r/>
    </w:p>
    <w:p>
      <w:pPr>
        <w:pStyle w:val="ListBullet"/>
        <w:spacing w:line="240" w:lineRule="auto"/>
        <w:ind w:left="720"/>
      </w:pPr>
      <w:r/>
      <w:r>
        <w:rPr>
          <w:b/>
        </w:rPr>
        <w:t>Local favourites:</w:t>
      </w:r>
      <w:r>
        <w:t xml:space="preserve"> Miss Synthetique and host Paul Wheeler will help lead the day’s entertainment.</w:t>
      </w:r>
      <w:r/>
    </w:p>
    <w:p>
      <w:pPr>
        <w:pStyle w:val="ListBullet"/>
        <w:spacing w:line="240" w:lineRule="auto"/>
        <w:ind w:left="720"/>
      </w:pPr>
      <w:r/>
      <w:r>
        <w:rPr>
          <w:b/>
        </w:rPr>
        <w:t>Rally and march:</w:t>
      </w:r>
      <w:r>
        <w:t xml:space="preserve"> The Pride Rally begins at the Empire Hotel in Fortitude Valley at 9.30am before heading to New Farm Park.</w:t>
      </w:r>
      <w:r/>
    </w:p>
    <w:p>
      <w:pPr>
        <w:pStyle w:val="ListBullet"/>
        <w:spacing w:line="240" w:lineRule="auto"/>
        <w:ind w:left="720"/>
      </w:pPr>
      <w:r/>
      <w:r>
        <w:rPr>
          <w:b/>
        </w:rPr>
        <w:t>What to expect:</w:t>
      </w:r>
      <w:r>
        <w:t xml:space="preserve"> Live music, drag, community performances, food, markets and stalls create a lively, all-day atmosphere.</w:t>
      </w:r>
      <w:r/>
      <w:r/>
    </w:p>
    <w:p>
      <w:pPr>
        <w:pStyle w:val="Heading2"/>
      </w:pPr>
      <w:r>
        <w:t>Joanne leads a starry Fair Day line-up</w:t>
      </w:r>
      <w:r/>
    </w:p>
    <w:p>
      <w:r/>
      <w:r>
        <w:t>Brisbane Pride Fair Day 2026 already has the kind of line-up that should keep the main stage buzzing. Joanne, best known for the enduring dance-pop hit Jackie, will headline alongside Vybe and Coco Jumbo, two performers who have built fresh momentum through Drag Race Down Under.</w:t>
      </w:r>
      <w:r/>
    </w:p>
    <w:p>
      <w:r/>
      <w:r>
        <w:t>There’s a pleasing mix of pop nostalgia and newer drag energy here. Joanne brings a familiar club-ready sound, while Vybe and Coco Jumbo offer the theatrical flair and quick-fire personality that make drag festivals so much fun.</w:t>
      </w:r>
      <w:r/>
    </w:p>
    <w:p>
      <w:r/>
      <w:r>
        <w:t>The programme will also feature Brisbane drag legend Miss Synthetique, with Paul Wheeler hosting. According to Brisbane Pride’s event information, the wider day will include performances, stalls, markets and food, so visitors can dip in and out rather than treating the stage as the only destination.</w:t>
      </w:r>
      <w:r/>
    </w:p>
    <w:p>
      <w:pPr>
        <w:pStyle w:val="Heading2"/>
      </w:pPr>
      <w:r>
        <w:t>Why Fair Day is more than a party</w:t>
      </w:r>
      <w:r/>
    </w:p>
    <w:p>
      <w:r/>
      <w:r>
        <w:t>The glitter is important, but it isn’t the whole story. Brisbane Pride describes Fair Day as a gathering where LGBTQIA+ people and allies can reconnect, meet new people and be visible in a public space.</w:t>
      </w:r>
      <w:r/>
    </w:p>
    <w:p>
      <w:r/>
      <w:r>
        <w:t>That visibility carries extra weight because the celebration follows a rally and march. Brisbane Pride’s festival material positions the event within a broader programme of advocacy, community activity and cultural expression, rather than presenting it as a standalone concert.</w:t>
      </w:r>
      <w:r/>
    </w:p>
    <w:p>
      <w:r/>
      <w:r>
        <w:t>It’s a useful reminder that Pride events can hold two moods at once. There’s the bright, noisy joy of a dancefloor, but also the serious purpose of showing up together when rights, safety and recognition remain contested.</w:t>
      </w:r>
      <w:r/>
    </w:p>
    <w:p>
      <w:pPr>
        <w:pStyle w:val="Heading2"/>
      </w:pPr>
      <w:r>
        <w:t>Start in Fortitude Valley, then follow the crowd</w:t>
      </w:r>
      <w:r/>
    </w:p>
    <w:p>
      <w:r/>
      <w:r>
        <w:t>The day begins before the Fair Day gates and performances take over New Farm Park. The official rally is scheduled for 9.30am outside the Empire Hotel in Fortitude Valley, followed by a march to the park.</w:t>
      </w:r>
      <w:r/>
    </w:p>
    <w:p>
      <w:r/>
      <w:r>
        <w:t>For first-time visitors, that route offers a simple way to experience the event in full. Wear comfortable shoes, bring water and allow extra time for crowds, road changes and the inevitable stop when a friend spots someone they haven’t seen in years.</w:t>
      </w:r>
      <w:r/>
    </w:p>
    <w:p>
      <w:r/>
      <w:r>
        <w:t>Brisbane Pride’s event listings place the rally, march and Fair Day within the same connected programme. In practical terms, that means planning the morning as one continuous outing rather than arriving at New Farm Park just before the headline performances.</w:t>
      </w:r>
      <w:r/>
    </w:p>
    <w:p>
      <w:pPr>
        <w:pStyle w:val="Heading2"/>
      </w:pPr>
      <w:r>
        <w:t>What visitors can expect at New Farm Park</w:t>
      </w:r>
      <w:r/>
    </w:p>
    <w:p>
      <w:r/>
      <w:r>
        <w:t>New Farm Park is set to become a colourful village of entertainment, community stalls and casual food stops. The official Brisbane Pride listings highlight live acts, drag, markets and organisations representing different parts of the LGBTQIA+ community.</w:t>
      </w:r>
      <w:r/>
    </w:p>
    <w:p>
      <w:r/>
      <w:r>
        <w:t>That variety is part of the appeal. You might arrive for Joanne and end up browsing a local stall, catching a community performance or settling under a tree with something to eat while the music carries across the park.</w:t>
      </w:r>
      <w:r/>
    </w:p>
    <w:p>
      <w:r/>
      <w:r>
        <w:t>Brisbane’s wider Pride and queer arts calendar has also been expanding, with festival programming stretching across performance, nightlife and public events. Coverage from Time Out and Melt Festival points to a city increasingly comfortable making queer culture visible in big, accessible spaces.</w:t>
      </w:r>
      <w:r/>
    </w:p>
    <w:p>
      <w:pPr>
        <w:pStyle w:val="Heading2"/>
      </w:pPr>
      <w:r>
        <w:t>How to make the most of Brisbane Pride Fair Day 2026</w:t>
      </w:r>
      <w:r/>
    </w:p>
    <w:p>
      <w:r/>
      <w:r>
        <w:t>Check the Brisbane Pride website for ticket details, access information and any timetable updates before travelling. Event pages can change as performers, transport arrangements and weather plans are confirmed.</w:t>
      </w:r>
      <w:r/>
    </w:p>
    <w:p>
      <w:r/>
      <w:r>
        <w:t>It’s also worth deciding what sort of day you want. Families and community groups may prefer a relaxed arrival and market wander, while music fans will want to keep an eye on stage timings. If you’re marching, arrive early enough to find the rally point without rushing.</w:t>
      </w:r>
      <w:r/>
    </w:p>
    <w:p>
      <w:r/>
      <w:r>
        <w:t>Most importantly, leave room for the unplanned moments. The best Pride days rarely unfold as neatly as an itinerary, and a spontaneous conversation or unexpected performance can be more memorable than the act you came to see.</w:t>
      </w:r>
      <w:r/>
    </w:p>
    <w:p>
      <w:pPr>
        <w:pStyle w:val="Heading2"/>
      </w:pPr>
      <w:r>
        <w:t>A celebration with a clear point of view</w:t>
      </w:r>
      <w:r/>
    </w:p>
    <w:p>
      <w:r/>
      <w:r>
        <w:t>Brisbane Pride President James McCarthy said the event would combine celebration with collective visibility, according to the announcement carried by Star Observer. That balance is reflected in the structure of the day, moving from rally to march and then into music, drag and community celebration.</w:t>
      </w:r>
      <w:r/>
    </w:p>
    <w:p>
      <w:r/>
      <w:r>
        <w:t>With Joanne at the top of the bill and a strong local presence around her, Fair Day should have plenty of entertainment value. But its deeper draw is the sense of belonging created when thousands of people gather in one public place and refuse to make themselves smaller.</w:t>
      </w:r>
      <w:r/>
    </w:p>
    <w:p>
      <w:r/>
      <w:r>
        <w:t>Fair Day tickets and event information are available through the Brisbane Pride website, with further programme details expected as the festival approaches.</w:t>
      </w:r>
      <w:r/>
    </w:p>
    <w:p>
      <w:r/>
      <w:r>
        <w:t>It’s a bright day out, but one with something meaningful underneath the glitter.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[4]</w:t>
        </w:r>
      </w:hyperlink>
      <w:r>
        <w:t xml:space="preserve">, </w:t>
      </w:r>
      <w:hyperlink r:id="rId13">
        <w:r>
          <w:rPr>
            <w:color w:val="0000EE"/>
            <w:u w:val="single"/>
          </w:rPr>
          <w:t>[5]</w:t>
        </w:r>
      </w:hyperlink>
      <w:r>
        <w:t xml:space="preserve">- Paragraph 3: </w:t>
      </w:r>
      <w:hyperlink r:id="rId10">
        <w:r>
          <w:rPr>
            <w:color w:val="0000EE"/>
            <w:u w:val="single"/>
          </w:rPr>
          <w:t>[2]</w:t>
        </w:r>
      </w:hyperlink>
      <w:r>
        <w:t xml:space="preserve">, </w:t>
      </w:r>
      <w:hyperlink r:id="rId11">
        <w:r>
          <w:rPr>
            <w:color w:val="0000EE"/>
            <w:u w:val="single"/>
          </w:rPr>
          <w:t>[3]</w:t>
        </w:r>
      </w:hyperlink>
      <w:r>
        <w:t xml:space="preserve">- Paragraph 4: </w:t>
      </w:r>
      <w:hyperlink r:id="rId14">
        <w:r>
          <w:rPr>
            <w:color w:val="0000EE"/>
            <w:u w:val="single"/>
          </w:rPr>
          <w:t>[6]</w:t>
        </w:r>
      </w:hyperlink>
      <w:r>
        <w:t xml:space="preserve">, </w:t>
      </w:r>
      <w:hyperlink r:id="rId15">
        <w:r>
          <w:rPr>
            <w:color w:val="0000EE"/>
            <w:u w:val="single"/>
          </w:rPr>
          <w:t>[7]</w:t>
        </w:r>
      </w:hyperlink>
      <w:r>
        <w:t xml:space="preserve">- Paragraph 5: </w:t>
      </w:r>
      <w:hyperlink r:id="rId10">
        <w:r>
          <w:rPr>
            <w:color w:val="0000EE"/>
            <w:u w:val="single"/>
          </w:rPr>
          <w:t>[2]</w:t>
        </w:r>
      </w:hyperlink>
      <w:r>
        <w:t xml:space="preserve">, </w:t>
      </w:r>
      <w:hyperlink r:id="rId12">
        <w:r>
          <w:rPr>
            <w:color w:val="0000EE"/>
            <w:u w:val="single"/>
          </w:rPr>
          <w:t>[4]</w:t>
        </w:r>
      </w:hyperlink>
      <w:r>
        <w:t xml:space="preserve">- Paragraph 6: </w:t>
      </w:r>
      <w:hyperlink r:id="rId11">
        <w:r>
          <w:rPr>
            <w:color w:val="0000EE"/>
            <w:u w:val="single"/>
          </w:rPr>
          <w:t>[3]</w:t>
        </w:r>
      </w:hyperlink>
      <w:r>
        <w:t xml:space="preserve">, </w:t>
      </w:r>
      <w:hyperlink r:id="rId13">
        <w:r>
          <w:rPr>
            <w:color w:val="0000EE"/>
            <w:u w:val="single"/>
          </w:rPr>
          <w:t>[5]</w:t>
        </w:r>
      </w:hyperlink>
      <w:r>
        <w:t xml:space="preserve">- Paragraph 7: </w:t>
      </w:r>
      <w:hyperlink r:id="rId14">
        <w:r>
          <w:rPr>
            <w:color w:val="0000EE"/>
            <w:u w:val="single"/>
          </w:rPr>
          <w:t>[6]</w:t>
        </w:r>
      </w:hyperlink>
      <w:r>
        <w:t xml:space="preserve">, </w:t>
      </w:r>
      <w:hyperlink r:id="rId15">
        <w:r>
          <w:rPr>
            <w:color w:val="0000EE"/>
            <w:u w:val="single"/>
          </w:rPr>
          <w:t>[7]</w:t>
        </w:r>
      </w:hyperlink>
      <w:r>
        <w:t xml:space="preserve">- Paragraph 8: </w:t>
      </w:r>
      <w:hyperlink r:id="rId10">
        <w:r>
          <w:rPr>
            <w:color w:val="0000EE"/>
            <w:u w:val="single"/>
          </w:rPr>
          <w:t>[2]</w:t>
        </w:r>
      </w:hyperlink>
      <w:r>
        <w:t xml:space="preserve">, </w:t>
      </w:r>
      <w:hyperlink r:id="rId11">
        <w:r>
          <w:rPr>
            <w:color w:val="0000EE"/>
            <w:u w:val="single"/>
          </w:rPr>
          <w:t>[3]</w:t>
        </w:r>
      </w:hyperlink>
      <w:r>
        <w:t xml:space="preserve">- Paragraph 9: </w:t>
      </w:r>
      <w:hyperlink r:id="rId12">
        <w:r>
          <w:rPr>
            <w:color w:val="0000EE"/>
            <w:u w:val="single"/>
          </w:rPr>
          <w:t>[4]</w:t>
        </w:r>
      </w:hyperlink>
      <w:r>
        <w:t xml:space="preserve">, </w:t>
      </w:r>
      <w:hyperlink r:id="rId13">
        <w:r>
          <w:rPr>
            <w:color w:val="0000EE"/>
            <w:u w:val="single"/>
          </w:rPr>
          <w:t>[5]</w:t>
        </w:r>
      </w:hyperlink>
      <w:r>
        <w:t xml:space="preserve">- Paragraph 10: </w:t>
      </w:r>
      <w:hyperlink r:id="rId10">
        <w:r>
          <w:rPr>
            <w:color w:val="0000EE"/>
            <w:u w:val="single"/>
          </w:rPr>
          <w:t>[2]</w:t>
        </w:r>
      </w:hyperlink>
      <w:r>
        <w:t xml:space="preserve">, </w:t>
      </w:r>
      <w:hyperlink r:id="rId11">
        <w:r>
          <w:rPr>
            <w:color w:val="0000EE"/>
            <w:u w:val="single"/>
          </w:rPr>
          <w:t>[3]</w:t>
        </w:r>
      </w:hyperlink>
      <w:r>
        <w:t xml:space="preserve">- Paragraph 11: </w:t>
      </w:r>
      <w:hyperlink r:id="rId14">
        <w:r>
          <w:rPr>
            <w:color w:val="0000EE"/>
            <w:u w:val="single"/>
          </w:rPr>
          <w:t>[6]</w:t>
        </w:r>
      </w:hyperlink>
      <w:r>
        <w:t xml:space="preserve">, </w:t>
      </w:r>
      <w:hyperlink r:id="rId15">
        <w:r>
          <w:rPr>
            <w:color w:val="0000EE"/>
            <w:u w:val="single"/>
          </w:rPr>
          <w:t>[7]</w:t>
        </w:r>
      </w:hyperlink>
      <w:r>
        <w:t xml:space="preserve">- Paragraph 12: </w:t>
      </w:r>
      <w:hyperlink r:id="rId10">
        <w:r>
          <w:rPr>
            <w:color w:val="0000EE"/>
            <w:u w:val="single"/>
          </w:rPr>
          <w:t>[2]</w:t>
        </w:r>
      </w:hyperlink>
      <w:r>
        <w:t xml:space="preserve">, </w:t>
      </w:r>
      <w:hyperlink r:id="rId12">
        <w:r>
          <w:rPr>
            <w:color w:val="0000EE"/>
            <w:u w:val="single"/>
          </w:rPr>
          <w:t>[4]</w:t>
        </w:r>
      </w:hyperlink>
      <w:r>
        <w:t xml:space="preserve">- Paragraph 13: </w:t>
      </w:r>
      <w:hyperlink r:id="rId11">
        <w:r>
          <w:rPr>
            <w:color w:val="0000EE"/>
            <w:u w:val="single"/>
          </w:rPr>
          <w:t>[3]</w:t>
        </w:r>
      </w:hyperlink>
      <w:r>
        <w:t xml:space="preserve">, </w:t>
      </w:r>
      <w:hyperlink r:id="rId13">
        <w:r>
          <w:rPr>
            <w:color w:val="0000EE"/>
            <w:u w:val="single"/>
          </w:rPr>
          <w:t>[5]</w:t>
        </w:r>
      </w:hyperlink>
      <w:r>
        <w:t xml:space="preserve">- Paragraph 14: </w:t>
      </w:r>
      <w:hyperlink r:id="rId10">
        <w:r>
          <w:rPr>
            <w:color w:val="0000EE"/>
            <w:u w:val="single"/>
          </w:rPr>
          <w:t>[2]</w:t>
        </w:r>
      </w:hyperlink>
      <w:r>
        <w:t xml:space="preserve">, </w:t>
      </w:r>
      <w:hyperlink r:id="rId11">
        <w:r>
          <w:rPr>
            <w:color w:val="0000EE"/>
            <w:u w:val="single"/>
          </w:rPr>
          <w:t>[3]</w:t>
        </w:r>
      </w:hyperlink>
      <w:r>
        <w:t xml:space="preserve">- Paragraph 15: </w:t>
      </w:r>
      <w:hyperlink r:id="rId14">
        <w:r>
          <w:rPr>
            <w:color w:val="0000EE"/>
            <w:u w:val="single"/>
          </w:rPr>
          <w:t>[6]</w:t>
        </w:r>
      </w:hyperlink>
      <w:r>
        <w:t xml:space="preserve">, </w:t>
      </w:r>
      <w:hyperlink r:id="rId15">
        <w:r>
          <w:rPr>
            <w:color w:val="0000EE"/>
            <w:u w:val="single"/>
          </w:rPr>
          <w:t>[7]</w:t>
        </w:r>
      </w:hyperlink>
      <w:r>
        <w:t xml:space="preserve">- Paragraph 16: </w:t>
      </w:r>
      <w:hyperlink r:id="rId10">
        <w:r>
          <w:rPr>
            <w:color w:val="0000EE"/>
            <w:u w:val="single"/>
          </w:rPr>
          <w:t>[2]</w:t>
        </w:r>
      </w:hyperlink>
      <w:r>
        <w:t xml:space="preserve">, </w:t>
      </w:r>
      <w:hyperlink r:id="rId12">
        <w:r>
          <w:rPr>
            <w:color w:val="0000EE"/>
            <w:u w:val="single"/>
          </w:rPr>
          <w:t>[4]</w:t>
        </w:r>
      </w:hyperlink>
      <w:r>
        <w:t xml:space="preserve">- Paragraph 17: </w:t>
      </w:r>
      <w:hyperlink r:id="rId11">
        <w:r>
          <w:rPr>
            <w:color w:val="0000EE"/>
            <w:u w:val="single"/>
          </w:rPr>
          <w:t>[3]</w:t>
        </w:r>
      </w:hyperlink>
      <w:r>
        <w:t xml:space="preserve">, </w:t>
      </w:r>
      <w:hyperlink r:id="rId13">
        <w:r>
          <w:rPr>
            <w:color w:val="0000EE"/>
            <w:u w:val="single"/>
          </w:rPr>
          <w:t>[5]</w:t>
        </w:r>
      </w:hyperlink>
      <w:r>
        <w:t xml:space="preserve">- Paragraph 18: </w:t>
      </w:r>
      <w:hyperlink r:id="rId10">
        <w:r>
          <w:rPr>
            <w:color w:val="0000EE"/>
            <w:u w:val="single"/>
          </w:rPr>
          <w:t>[2]</w:t>
        </w:r>
      </w:hyperlink>
      <w:r>
        <w:t xml:space="preserve">, </w:t>
      </w:r>
      <w:hyperlink r:id="rId11">
        <w:r>
          <w:rPr>
            <w:color w:val="0000EE"/>
            <w:u w:val="single"/>
          </w:rPr>
          <w:t>[3]</w:t>
        </w:r>
      </w:hyperlink>
      <w:r>
        <w:t xml:space="preserve">- Paragraph 19: </w:t>
      </w:r>
      <w:hyperlink r:id="rId12">
        <w:r>
          <w:rPr>
            <w:color w:val="0000EE"/>
            <w:u w:val="single"/>
          </w:rPr>
          <w:t>[4]</w:t>
        </w:r>
      </w:hyperlink>
      <w:r>
        <w:t xml:space="preserve">, </w:t>
      </w:r>
      <w:hyperlink r:id="rId14">
        <w:r>
          <w:rPr>
            <w:color w:val="0000EE"/>
            <w:u w:val="single"/>
          </w:rPr>
          <w:t>[6]</w:t>
        </w:r>
      </w:hyperlink>
      <w:r>
        <w:t xml:space="preserve">- Paragraph 20: </w:t>
      </w:r>
      <w:hyperlink r:id="rId10">
        <w:r>
          <w:rPr>
            <w:color w:val="0000EE"/>
            <w:u w:val="single"/>
          </w:rPr>
          <w:t>[2]</w:t>
        </w:r>
      </w:hyperlink>
      <w:r>
        <w:t xml:space="preserve">, </w:t>
      </w:r>
      <w:hyperlink r:id="rId11">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https://www.starobserver.com.au/news/brisbane-pride-announces-froth-worthy-2026-fair-day-headliners/243879</w:t>
        </w:r>
      </w:hyperlink>
      <w:r>
        <w:t xml:space="preserve"> - Please view link - unable to able to access data</w:t>
      </w:r>
      <w:r/>
    </w:p>
    <w:p>
      <w:pPr>
        <w:pStyle w:val="ListNumber"/>
        <w:spacing w:line="240" w:lineRule="auto"/>
        <w:ind w:left="720"/>
      </w:pPr>
      <w:r/>
      <w:hyperlink r:id="rId10">
        <w:r>
          <w:rPr>
            <w:color w:val="0000EE"/>
            <w:u w:val="single"/>
          </w:rPr>
          <w:t>https://www.brisbanepride.org.au/events/fair-day/</w:t>
        </w:r>
      </w:hyperlink>
      <w:r>
        <w:t xml:space="preserve"> - Brisbane Pride's Fair Day is a community event held annually at New Farm Park, featuring live performances, markets, food stalls, and community activities. The 2026 Fair Day is scheduled for Saturday, 24 October, from 10 am to 5 pm. Attendees can enjoy a variety of entertainment, including drag shows, live music, and dance performances. The event also hosts the Rainbow Markets, showcasing LGBTIQA+ organisations, services, and small businesses. Tickets are available through the Brisbane Pride website, and the event is accessible to all, including families and pets on leads.</w:t>
      </w:r>
      <w:r/>
    </w:p>
    <w:p>
      <w:pPr>
        <w:pStyle w:val="ListNumber"/>
        <w:spacing w:line="240" w:lineRule="auto"/>
        <w:ind w:left="720"/>
      </w:pPr>
      <w:r/>
      <w:hyperlink r:id="rId11">
        <w:r>
          <w:rPr>
            <w:color w:val="0000EE"/>
            <w:u w:val="single"/>
          </w:rPr>
          <w:t>https://www.brisbanepride.org.au/</w:t>
        </w:r>
      </w:hyperlink>
      <w:r>
        <w:t xml:space="preserve"> - Brisbane Pride is an organisation dedicated to celebrating and advocating for the LGBTQIA+ community in Brisbane, Queensland. The 2026 Brisbane Pride Festival runs from 26 September to 31 October, featuring events such as the Queens Ball, Rally and March, and Fair Day. The festival aims to honour queer culture, history, and community connection, providing a platform for celebration and protest. Brisbane Pride has been a cornerstone of the community for over 30 years, promoting inclusivity and equality through various cultural and political events.</w:t>
      </w:r>
      <w:r/>
    </w:p>
    <w:p>
      <w:pPr>
        <w:pStyle w:val="ListNumber"/>
        <w:spacing w:line="240" w:lineRule="auto"/>
        <w:ind w:left="720"/>
      </w:pPr>
      <w:r/>
      <w:hyperlink r:id="rId12">
        <w:r>
          <w:rPr>
            <w:color w:val="0000EE"/>
            <w:u w:val="single"/>
          </w:rPr>
          <w:t>https://www.brisbanepride.org.au/events/</w:t>
        </w:r>
      </w:hyperlink>
      <w:r>
        <w:t xml:space="preserve"> - The Brisbane Pride Festival 2026 includes a series of events from 26 September to 31 October. Key events are the Queens Ball, Rally and March, and Fair Day, all taking place on Saturday, 24 October. The festival celebrates LGBTQIA+ culture and community through arts, sporting, and political events, aiming to bring together people of diverse sexual orientations and gender identities. The Rally and March gather in Fortitude Valley and march to New Farm Park, where Fair Day continues until 5 pm.</w:t>
      </w:r>
      <w:r/>
    </w:p>
    <w:p>
      <w:pPr>
        <w:pStyle w:val="ListNumber"/>
        <w:spacing w:line="240" w:lineRule="auto"/>
        <w:ind w:left="720"/>
      </w:pPr>
      <w:r/>
      <w:hyperlink r:id="rId13">
        <w:r>
          <w:rPr>
            <w:color w:val="0000EE"/>
            <w:u w:val="single"/>
          </w:rPr>
          <w:t>https://www.thepinktimes.com/article/brisbane-pride-publishes-its-official-2026-festival-guide/</w:t>
        </w:r>
      </w:hyperlink>
      <w:r>
        <w:t xml:space="preserve"> - QNews, in partnership with Brisbane Pride, has released a 32-page official guide to the Brisbane Pride Festival 2026. The guide covers events from 26 September to 31 October, highlighting the festival's focus on queer culture, history, and community connection. Brisbane Pride describes the festival as a space for celebration and protest for Queensland’s LGBTQIA+SB communities. The publication notes that Brisbane Pride has been celebrating over 35 years of pride, showcasing the rich diversity, history, creativity, and resilience of Queensland’s LGBTQIA+ communities.</w:t>
      </w:r>
      <w:r/>
    </w:p>
    <w:p>
      <w:pPr>
        <w:pStyle w:val="ListNumber"/>
        <w:spacing w:line="240" w:lineRule="auto"/>
        <w:ind w:left="720"/>
      </w:pPr>
      <w:r/>
      <w:hyperlink r:id="rId14">
        <w:r>
          <w:rPr>
            <w:color w:val="0000EE"/>
            <w:u w:val="single"/>
          </w:rPr>
          <w:t>https://www.melt.org.au/brisbane-pride-festival-returns-to-new-farm-coinciding-with-melt-festivals-river-pride-parade/</w:t>
        </w:r>
      </w:hyperlink>
      <w:r>
        <w:t xml:space="preserve"> - Brisbane Pride has announced its 2026 Festival program, with an expanded celebration running throughout September before culminating in the Brisbane Pride Rally, March, and Fair Day on Saturday, 24 October 2026. This year’s Rally, March, and Fair Day will return to New Farm, coinciding with Melt Festival’s River Pride Parade and Melt Opening Night Party at Brisbane Powerhouse, creating an unforgettable day celebrating diversity, inclusion, joy, and community across the city. The Brisbane Pride Festival Launch event will take place on Saturday, 26 September, celebrating two months of events that highlight the rich diversity, history, creativity, and resilience of Queensland’s LGBTQIA+ communities.</w:t>
      </w:r>
      <w:r/>
    </w:p>
    <w:p>
      <w:pPr>
        <w:pStyle w:val="ListNumber"/>
        <w:spacing w:line="240" w:lineRule="auto"/>
        <w:ind w:left="720"/>
      </w:pPr>
      <w:r/>
      <w:hyperlink r:id="rId15">
        <w:r>
          <w:rPr>
            <w:color w:val="0000EE"/>
            <w:u w:val="single"/>
          </w:rPr>
          <w:t>https://www.timeout.com/australia/news/brisbanes-biggest-queer-arts-festival-returns-with-100-events-party-boats-and-a-15-metre-floating-duck-081126</w:t>
        </w:r>
      </w:hyperlink>
      <w:r>
        <w:t xml:space="preserve"> - Melt Festival will celebrate Australia’s LGBTQIA+ community with a city-wide takeover from October 21 to November 8. The 2026 lineup features over 100 events, including the popular Pride Rally and Fair Day, the inaugural Mr First Nation drag king contest, and headlining sets by Melanie C and Jude York. For the first time, Brisbane Pride’s Rally and March and Fair Day will align with the twilight River Pride Parade on Saturday, October 24, creating a landmark day of Pride celebrations across the city.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starobserver.com.au/news/brisbane-pride-announces-froth-worthy-2026-fair-day-headliners/243879" TargetMode="External"/><Relationship Id="rId10" Type="http://schemas.openxmlformats.org/officeDocument/2006/relationships/hyperlink" Target="https://www.brisbanepride.org.au/events/fair-day/" TargetMode="External"/><Relationship Id="rId11" Type="http://schemas.openxmlformats.org/officeDocument/2006/relationships/hyperlink" Target="https://www.brisbanepride.org.au/" TargetMode="External"/><Relationship Id="rId12" Type="http://schemas.openxmlformats.org/officeDocument/2006/relationships/hyperlink" Target="https://www.brisbanepride.org.au/events/" TargetMode="External"/><Relationship Id="rId13" Type="http://schemas.openxmlformats.org/officeDocument/2006/relationships/hyperlink" Target="https://www.thepinktimes.com/article/brisbane-pride-publishes-its-official-2026-festival-guide/" TargetMode="External"/><Relationship Id="rId14" Type="http://schemas.openxmlformats.org/officeDocument/2006/relationships/hyperlink" Target="https://www.melt.org.au/brisbane-pride-festival-returns-to-new-farm-coinciding-with-melt-festivals-river-pride-parade/" TargetMode="External"/><Relationship Id="rId15" Type="http://schemas.openxmlformats.org/officeDocument/2006/relationships/hyperlink" Target="https://www.timeout.com/australia/news/brisbanes-biggest-queer-arts-festival-returns-with-100-events-party-boats-and-a-15-metre-floating-duck-0811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