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Bi+ Visibility Week Events in West Hollywood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West Hollywood is turning Santa Monica Boulevard into a vivid public celebration of bisexual and bi+ identity from 16 to 23 September 2026, with pride flags, illuminated lanterns and two headline events. The programme combines creative storytelling, live music, comedy and community connection, giving visitors a warm, welcoming reason to show up and be seen.</w:t>
      </w:r>
      <w:r/>
    </w:p>
    <w:p>
      <w:pPr>
        <w:pStyle w:val="Heading2"/>
      </w:pPr>
      <w:r>
        <w:t>Essential Takeaways</w:t>
      </w:r>
      <w:r/>
      <w:r/>
    </w:p>
    <w:p>
      <w:pPr>
        <w:pStyle w:val="ListBullet"/>
        <w:spacing w:line="240" w:lineRule="auto"/>
        <w:ind w:left="720"/>
      </w:pPr>
      <w:r/>
      <w:r>
        <w:rPr>
          <w:b/>
        </w:rPr>
        <w:t>Public display:</w:t>
      </w:r>
      <w:r>
        <w:t xml:space="preserve"> Bisexual+ Pride flags will line medians along Santa Monica Boulevard, while City Hall and the boulevard lanterns join the visual celebration.</w:t>
      </w:r>
      <w:r/>
    </w:p>
    <w:p>
      <w:pPr>
        <w:pStyle w:val="ListBullet"/>
        <w:spacing w:line="240" w:lineRule="auto"/>
        <w:ind w:left="720"/>
      </w:pPr>
      <w:r/>
      <w:r>
        <w:rPr>
          <w:b/>
        </w:rPr>
        <w:t>Storytelling summit:</w:t>
      </w:r>
      <w:r>
        <w:t xml:space="preserve"> The free Write Us In Summit takes place on 19 September, with an RSVP required because space is limited.</w:t>
      </w:r>
      <w:r/>
    </w:p>
    <w:p>
      <w:pPr>
        <w:pStyle w:val="ListBullet"/>
        <w:spacing w:line="240" w:lineRule="auto"/>
        <w:ind w:left="720"/>
      </w:pPr>
      <w:r/>
      <w:r>
        <w:rPr>
          <w:b/>
        </w:rPr>
        <w:t>Starry line-up:</w:t>
      </w:r>
      <w:r>
        <w:t xml:space="preserve"> Musician Lucy &amp; La Mer opens the summit, hosted by Rose Montoya and featuring speakers from film, television, activism and comedy.</w:t>
      </w:r>
      <w:r/>
    </w:p>
    <w:p>
      <w:pPr>
        <w:pStyle w:val="ListBullet"/>
        <w:spacing w:line="240" w:lineRule="auto"/>
        <w:ind w:left="720"/>
      </w:pPr>
      <w:r/>
      <w:r>
        <w:rPr>
          <w:b/>
        </w:rPr>
        <w:t>Comedy finale:</w:t>
      </w:r>
      <w:r>
        <w:t xml:space="preserve"> The Bi+ Pride Week Comedy Show follows on 26 September at Hotel Ziggy, with tickets available through the Los Angeles Bi+ Task Force.</w:t>
      </w:r>
      <w:r/>
    </w:p>
    <w:p>
      <w:pPr>
        <w:pStyle w:val="ListBullet"/>
        <w:spacing w:line="240" w:lineRule="auto"/>
        <w:ind w:left="720"/>
      </w:pPr>
      <w:r/>
      <w:r>
        <w:rPr>
          <w:b/>
        </w:rPr>
        <w:t>A broader welcome:</w:t>
      </w:r>
      <w:r>
        <w:t xml:space="preserve"> The events sit within West Hollywood's wider calendar of LGBTQ+ visibility, culture and community programming.</w:t>
      </w:r>
      <w:r/>
      <w:r/>
    </w:p>
    <w:p>
      <w:pPr>
        <w:pStyle w:val="Heading2"/>
      </w:pPr>
      <w:r>
        <w:t>Santa Monica Boulevard gets a bi+ pride makeover</w:t>
      </w:r>
      <w:r/>
    </w:p>
    <w:p>
      <w:r/>
      <w:r>
        <w:t>For one week, West Hollywood's streets will carry more than their usual neon glow. From 16 to 23 September, Bisexual+ Pride flags will appear in the medians along Santa Monica Boulevard, while City Hall raises the flag and the boulevard lanterns shine in its distinctive pink, purple and blue palette.</w:t>
      </w:r>
      <w:r/>
    </w:p>
    <w:p>
      <w:r/>
      <w:r>
        <w:t xml:space="preserve">It's a simple visual gesture, but it matters. Public displays can make identity feel less hidden and more comfortably part of everyday city life, especially for visitors and residents who don't always see themselves reflected in mainstream LGBTQ+ celebrations. The city's announcement confirms that the display is part of an official Bi+ Visibility Week programme. </w:t>
      </w:r>
      <w:r/>
    </w:p>
    <w:p>
      <w:r/>
      <w:r>
        <w:t xml:space="preserve">West Hollywood has long used public art, lighting and civic events to underline its LGBTQ+ identity. The approach also echoes the city's broader Pride calendar, where street-level decoration and live events turn familiar spaces into gathering points rather than merely backdrops. </w:t>
      </w:r>
      <w:r/>
    </w:p>
    <w:p>
      <w:pPr>
        <w:pStyle w:val="Heading2"/>
      </w:pPr>
      <w:r>
        <w:t>A free summit puts bi+ stories centre stage</w:t>
      </w:r>
      <w:r/>
    </w:p>
    <w:p>
      <w:r/>
      <w:r>
        <w:t>The centrepiece is the Write Us In Summit, scheduled for Saturday 19 September from 4pm to 7pm at the City of West Hollywood's Council Chambers and Public Meeting Room on North San Vicente Boulevard. Admission is free, but organisers are asking people to RSVP, as seating is limited.</w:t>
      </w:r>
      <w:r/>
    </w:p>
    <w:p>
      <w:r/>
      <w:r>
        <w:t>Hosted by Rewrite the BiLine, the event focuses on bi+ and polyamorous storytelling across film, television, music and the arts. That focus feels timely: representation isn't only about who appears on screen, but also who gets to shape the stories, write the characters and decide which experiences deserve a proper ending.</w:t>
      </w:r>
      <w:r/>
    </w:p>
    <w:p>
      <w:r/>
      <w:r>
        <w:t>Lucy &amp; La Mer will open the programme with a live performance, bringing an energetic musical start before Rose Montoya takes the emcee role. The summit will also include a keynote from Christina Fialho, founder and president of Rewrite the BiLine, who helped create an industry guide on bi+ representation.</w:t>
      </w:r>
      <w:r/>
    </w:p>
    <w:p>
      <w:pPr>
        <w:pStyle w:val="Heading2"/>
      </w:pPr>
      <w:r>
        <w:t>Expect big conversations and an award reveal</w:t>
      </w:r>
      <w:r/>
    </w:p>
    <w:p>
      <w:r/>
      <w:r>
        <w:t>The speaker list stretches well beyond entertainment. Patrisse Cullors, Capri Campeau, Aaron Hammersley and Tracy E. Gilchrist are all scheduled to contribute perspectives spanning activism, performance, production, journalism and creative advocacy.</w:t>
      </w:r>
      <w:r/>
    </w:p>
    <w:p>
      <w:r/>
      <w:r>
        <w:t>That mixture should give the afternoon a useful sense of range. Bi+ visibility isn't one neat topic, and a conversation that moves between comedy, publishing, activism and screen culture is more likely to reflect how people actually experience identity in public life.</w:t>
      </w:r>
      <w:r/>
    </w:p>
    <w:p>
      <w:r/>
      <w:r>
        <w:t>The summit will close with the first Write Us In Award. West Hollywood City Councilmember Chelsea Lee Byers, Christina Fialho and Aaron Hammersley will present the honour to a special recipient, although the winner is still due to be announced. A little mystery never hurts an awards moment.</w:t>
      </w:r>
      <w:r/>
    </w:p>
    <w:p>
      <w:pPr>
        <w:pStyle w:val="Heading2"/>
      </w:pPr>
      <w:r>
        <w:t>Comedy brings a lighter finish to the week</w:t>
      </w:r>
      <w:r/>
    </w:p>
    <w:p>
      <w:r/>
      <w:r>
        <w:t>The second major event arrives the following Saturday, 26 September, when the Los Angeles Bi+ Task Force and amBi Los Angeles present the Bi+ Pride Week Comedy Show. It starts at 7pm at Hotel Ziggy on West Sunset Boulevard.</w:t>
      </w:r>
      <w:r/>
    </w:p>
    <w:p>
      <w:r/>
      <w:r>
        <w:t>The bill includes Rob Cohen, Miho Fuji, Luis Galilei, Ever Mainard, Audrey Stewart, Laurie Lynn and Caleb Zeringue. Expect a more relaxed, late-evening atmosphere than the summit, with comedy offering a way to explore identity through recognition, awkwardness and the occasional beautifully timed punchline.</w:t>
      </w:r>
      <w:r/>
    </w:p>
    <w:p>
      <w:r/>
      <w:r>
        <w:t>Tickets and further information are available through the Los Angeles Bi+ Task Force. Visitors should check the latest event details before travelling, particularly if they want to combine the show with dinner or a night out nearby.</w:t>
      </w:r>
      <w:r/>
    </w:p>
    <w:p>
      <w:pPr>
        <w:pStyle w:val="Heading2"/>
      </w:pPr>
      <w:r>
        <w:t>How to plan your West Hollywood visit</w:t>
      </w:r>
      <w:r/>
    </w:p>
    <w:p>
      <w:r/>
      <w:r>
        <w:t>If you're attending the summit, register early and allow time to find the Council Chambers on North San Vicente Boulevard. The event is free, but limited space means an RSVP is more than a formality.</w:t>
      </w:r>
      <w:r/>
    </w:p>
    <w:p>
      <w:r/>
      <w:r>
        <w:t>For the comedy show, plan around a 7pm start at Hotel Ziggy and check ticket information in advance. The public flag displays and illuminated lanterns offer an easy, no-ticket way to take part too, whether you're visiting for the events or simply passing through the neighbourhood.</w:t>
      </w:r>
      <w:r/>
    </w:p>
    <w:p>
      <w:r/>
      <w:r>
        <w:t>Together, the programme offers a pleasing balance: visible civic recognition, serious discussion, live performance and plenty of laughter. As West Hollywood's wider Pride programming shows, the strongest celebrations don't rely on one spectacular day; they build a sense of welcome across streets, venues and shared experiences.</w:t>
      </w:r>
      <w:r/>
    </w:p>
    <w:p>
      <w:r/>
      <w:r>
        <w:t>It's a colourful, thoughtful reminder that being seen can be both meaningful and fun.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[6]</w:t>
        </w:r>
      </w:hyperlink>
      <w:r>
        <w:t xml:space="preserve">- Paragraph 2: </w:t>
      </w:r>
      <w:hyperlink r:id="rId12">
        <w:r>
          <w:rPr>
            <w:color w:val="0000EE"/>
            <w:u w:val="single"/>
          </w:rPr>
          <w:t>[2]</w:t>
        </w:r>
      </w:hyperlink>
      <w:r>
        <w:t xml:space="preserve">, </w:t>
      </w:r>
      <w:hyperlink r:id="rId13">
        <w:r>
          <w:rPr>
            <w:color w:val="0000EE"/>
            <w:u w:val="single"/>
          </w:rPr>
          <w:t>[3]</w:t>
        </w:r>
      </w:hyperlink>
      <w:r>
        <w:t xml:space="preserve">- Paragraph 3: </w:t>
      </w:r>
      <w:hyperlink r:id="rId10">
        <w:r>
          <w:rPr>
            <w:color w:val="0000EE"/>
            <w:u w:val="single"/>
          </w:rPr>
          <w:t>[4]</w:t>
        </w:r>
      </w:hyperlink>
      <w:r>
        <w:t xml:space="preserve">, </w:t>
      </w:r>
      <w:hyperlink r:id="rId14">
        <w:r>
          <w:rPr>
            <w:color w:val="0000EE"/>
            <w:u w:val="single"/>
          </w:rPr>
          <w:t>[7]</w:t>
        </w:r>
      </w:hyperlink>
      <w:r>
        <w:t xml:space="preserve">- Paragraph 4: </w:t>
      </w:r>
      <w:hyperlink r:id="rId15">
        <w:r>
          <w:rPr>
            <w:color w:val="0000EE"/>
            <w:u w:val="single"/>
          </w:rPr>
          <w:t>[5]</w:t>
        </w:r>
      </w:hyperlink>
      <w:r>
        <w:t xml:space="preserve">, </w:t>
      </w:r>
      <w:hyperlink r:id="rId11">
        <w:r>
          <w:rPr>
            <w:color w:val="0000EE"/>
            <w:u w:val="single"/>
          </w:rPr>
          <w:t>[6]</w:t>
        </w:r>
      </w:hyperlink>
      <w:r>
        <w:t xml:space="preserve">- Paragraph 5: </w:t>
      </w:r>
      <w:hyperlink r:id="rId12">
        <w:r>
          <w:rPr>
            <w:color w:val="0000EE"/>
            <w:u w:val="single"/>
          </w:rPr>
          <w:t>[2]</w:t>
        </w:r>
      </w:hyperlink>
      <w:r>
        <w:t xml:space="preserve">, </w:t>
      </w:r>
      <w:hyperlink r:id="rId13">
        <w:r>
          <w:rPr>
            <w:color w:val="0000EE"/>
            <w:u w:val="single"/>
          </w:rPr>
          <w:t>[3]</w:t>
        </w:r>
      </w:hyperlink>
      <w:r>
        <w:t xml:space="preserve">- Paragraph 6: </w:t>
      </w:r>
      <w:hyperlink r:id="rId10">
        <w:r>
          <w:rPr>
            <w:color w:val="0000EE"/>
            <w:u w:val="single"/>
          </w:rPr>
          <w:t>[4]</w:t>
        </w:r>
      </w:hyperlink>
      <w:r>
        <w:t xml:space="preserve">, </w:t>
      </w:r>
      <w:hyperlink r:id="rId15">
        <w:r>
          <w:rPr>
            <w:color w:val="0000EE"/>
            <w:u w:val="single"/>
          </w:rPr>
          <w:t>[5]</w:t>
        </w:r>
      </w:hyperlink>
      <w:r>
        <w:t xml:space="preserve">- Paragraph 7: </w:t>
      </w:r>
      <w:hyperlink r:id="rId12">
        <w:r>
          <w:rPr>
            <w:color w:val="0000EE"/>
            <w:u w:val="single"/>
          </w:rPr>
          <w:t>[2]</w:t>
        </w:r>
      </w:hyperlink>
      <w:r>
        <w:t xml:space="preserve">, </w:t>
      </w:r>
      <w:hyperlink r:id="rId10">
        <w:r>
          <w:rPr>
            <w:color w:val="0000EE"/>
            <w:u w:val="single"/>
          </w:rPr>
          <w:t>[4]</w:t>
        </w:r>
      </w:hyperlink>
      <w:r>
        <w:t xml:space="preserve">- Paragraph 8: </w:t>
      </w:r>
      <w:hyperlink r:id="rId13">
        <w:r>
          <w:rPr>
            <w:color w:val="0000EE"/>
            <w:u w:val="single"/>
          </w:rPr>
          <w:t>[3]</w:t>
        </w:r>
      </w:hyperlink>
      <w:r>
        <w:t xml:space="preserve">, </w:t>
      </w:r>
      <w:hyperlink r:id="rId11">
        <w:r>
          <w:rPr>
            <w:color w:val="0000EE"/>
            <w:u w:val="single"/>
          </w:rPr>
          <w:t>[6]</w:t>
        </w:r>
      </w:hyperlink>
      <w:r>
        <w:t xml:space="preserve">- Paragraph 9: </w:t>
      </w:r>
      <w:hyperlink r:id="rId10">
        <w:r>
          <w:rPr>
            <w:color w:val="0000EE"/>
            <w:u w:val="single"/>
          </w:rPr>
          <w:t>[4]</w:t>
        </w:r>
      </w:hyperlink>
      <w:r>
        <w:t xml:space="preserve">, </w:t>
      </w:r>
      <w:hyperlink r:id="rId14">
        <w:r>
          <w:rPr>
            <w:color w:val="0000EE"/>
            <w:u w:val="single"/>
          </w:rPr>
          <w:t>[7]</w:t>
        </w:r>
      </w:hyperlink>
      <w:r>
        <w:t xml:space="preserve">- Paragraph 10: </w:t>
      </w:r>
      <w:hyperlink r:id="rId12">
        <w:r>
          <w:rPr>
            <w:color w:val="0000EE"/>
            <w:u w:val="single"/>
          </w:rPr>
          <w:t>[2]</w:t>
        </w:r>
      </w:hyperlink>
      <w:r>
        <w:t xml:space="preserve">, </w:t>
      </w:r>
      <w:hyperlink r:id="rId13">
        <w:r>
          <w:rPr>
            <w:color w:val="0000EE"/>
            <w:u w:val="single"/>
          </w:rPr>
          <w:t>[3]</w:t>
        </w:r>
      </w:hyperlink>
      <w:r>
        <w:t xml:space="preserve">- Paragraph 11: </w:t>
      </w:r>
      <w:hyperlink r:id="rId15">
        <w:r>
          <w:rPr>
            <w:color w:val="0000EE"/>
            <w:u w:val="single"/>
          </w:rPr>
          <w:t>[5]</w:t>
        </w:r>
      </w:hyperlink>
      <w:r>
        <w:t xml:space="preserve">, </w:t>
      </w:r>
      <w:hyperlink r:id="rId11">
        <w:r>
          <w:rPr>
            <w:color w:val="0000EE"/>
            <w:u w:val="single"/>
          </w:rPr>
          <w:t>[6]</w:t>
        </w:r>
      </w:hyperlink>
      <w:r>
        <w:t xml:space="preserve">- Paragraph 12: </w:t>
      </w:r>
      <w:hyperlink r:id="rId10">
        <w:r>
          <w:rPr>
            <w:color w:val="0000EE"/>
            <w:u w:val="single"/>
          </w:rPr>
          <w:t>[4]</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https://wehotimes.com/the-city-of-west-hollywood-is-celebrating-bi-visibility-week/</w:t>
        </w:r>
      </w:hyperlink>
      <w:r>
        <w:t xml:space="preserve"> - Please view link - unable to able to access data</w:t>
      </w:r>
      <w:r/>
    </w:p>
    <w:p>
      <w:pPr>
        <w:pStyle w:val="ListNumber"/>
        <w:spacing w:line="240" w:lineRule="auto"/>
        <w:ind w:left="720"/>
      </w:pPr>
      <w:r/>
      <w:hyperlink r:id="rId12">
        <w:r>
          <w:rPr>
            <w:color w:val="0000EE"/>
            <w:u w:val="single"/>
          </w:rPr>
          <w:t>https://happeningnext.com/event/bi-visibility-month-celebration-write-us-in-summit-eid1ef0l3lp14qr</w:t>
        </w:r>
      </w:hyperlink>
      <w:r>
        <w:t xml:space="preserve"> - The 'Bi+ Visibility Month Celebration - Write Us In Summit' is scheduled for Saturday, September 19, 2026, from 4 p.m. to 7 p.m. at the West Hollywood City Council Chambers. This free event, co-hosted by Rewrite the BiLine and the City of West Hollywood, aims to celebrate bi+ and polyamorous storytelling in film, television, music, and the arts. The summit will feature a live performance by Lucy &amp; La Mer, emceed by Rose Montoya, and a keynote address from Christina Fialho. An afterparty will follow at a local West Hollywood bar. Tickets are free but space is limited, with RSVPs requested at writeusin.eventbrite.com.</w:t>
      </w:r>
      <w:r/>
    </w:p>
    <w:p>
      <w:pPr>
        <w:pStyle w:val="ListNumber"/>
        <w:spacing w:line="240" w:lineRule="auto"/>
        <w:ind w:left="720"/>
      </w:pPr>
      <w:r/>
      <w:hyperlink r:id="rId13">
        <w:r>
          <w:rPr>
            <w:color w:val="0000EE"/>
            <w:u w:val="single"/>
          </w:rPr>
          <w:t>https://stayhappening.com/e/write-us-in-summit-E118SB31YT4KN</w:t>
        </w:r>
      </w:hyperlink>
      <w:r>
        <w:t xml:space="preserve"> - The 'Write Us In Summit' is set for Friday, September 19, 2026, from 4 p.m. to 7:30 p.m., with an afterparty at a local West Hollywood bar. Hosted by Rewrite the BiLine and the City of West Hollywood, this inaugural event brings together actors, writers, producers, directors, musicians, advocates, and creative professionals to explore the future of bi+ and polyamorous representation in media. The summit will be emceed by Rose Montoya, with a live performance by Lucy &amp; La Mer and a keynote address from Christina Fialho. Free tickets are available with RSVP through August 20, and space is limited.</w:t>
      </w:r>
      <w:r/>
    </w:p>
    <w:p>
      <w:pPr>
        <w:pStyle w:val="ListNumber"/>
        <w:spacing w:line="240" w:lineRule="auto"/>
        <w:ind w:left="720"/>
      </w:pPr>
      <w:r/>
      <w:hyperlink r:id="rId10">
        <w:r>
          <w:rPr>
            <w:color w:val="0000EE"/>
            <w:u w:val="single"/>
          </w:rPr>
          <w:t>https://www.weho.org/Home/Components/News/News/12016/</w:t>
        </w:r>
      </w:hyperlink>
      <w:r>
        <w:t xml:space="preserve"> - The City of West Hollywood has opened application portals for its WeHo Pride 2026 celebration, scheduled for June 5-7, 2026. The weekend will include a free WeHo Pride Street Fair, the Women's Freedom Festival, the Dyke March, the WeHo Pride Parade, and the ticketed OUTLOUD Music Festival at WeHo Pride and Friday Night at OUTLOUD. Organizations and individuals interested in participating in the WeHo Pride Parade can apply by April 15, 2026. The WeHo Pride Parade welcomes floats, bands, drill teams, dance teams, entertainment entries, marchers, and more.</w:t>
      </w:r>
      <w:r/>
    </w:p>
    <w:p>
      <w:pPr>
        <w:pStyle w:val="ListNumber"/>
        <w:spacing w:line="240" w:lineRule="auto"/>
        <w:ind w:left="720"/>
      </w:pPr>
      <w:r/>
      <w:hyperlink r:id="rId15">
        <w:r>
          <w:rPr>
            <w:color w:val="0000EE"/>
            <w:u w:val="single"/>
          </w:rPr>
          <w:t>https://thepridela.com/2026/04/west-hollywood-celebrates-lesbian-and-queer-womens-visibility-week-with-a-film-festival/</w:t>
        </w:r>
      </w:hyperlink>
      <w:r>
        <w:t xml:space="preserve"> - The City of West Hollywood has officially designated the week of April 20 through April 26 as Lesbian and Queer Women's Visibility Week, launching a citywide tribute featuring public art displays and a marquee film festival. Throughout the week, the Lesbian Pride flag will fly along Santa Monica Boulevard medians and at City Hall. In a coordinated nightly display, the iconic lanterns stretching over Santa Monica Boulevard will be illuminated in pink, orange, white, and red to mirror the colours of the flag. Central to the week's observance is a collaboration with the West Hollywood-based June L. Mazer Lesbian Archives. The city will co-sponsor a short film festival on Saturday, April 25, at the Pacific Design Center's Silver Screen Theatre. Running from 12 p.m. to 9 p.m., the festival features a slate of 26 films that bridge the gap between emerging queer cinema and historic archival works. The festival program includes archival shorts from influential filmmakers such as Jenni Olsen and Rosser Goodman, the latter of whom previously programmed the city's historic 'Film Fatale' series. Tickets for the festival range from $10 to $25, though organisers emphasised a 'no one turned away for lack of funds' policy. The initiative highlights West Hollywood's long-standing identity as a national advocate for LGBTQ issues. Since its 1984 incorporation, the city has maintained a council where four of five members identify as LGBTQ, representing a resident population that is more than 40% queer.</w:t>
      </w:r>
      <w:r/>
    </w:p>
    <w:p>
      <w:pPr>
        <w:pStyle w:val="ListNumber"/>
        <w:spacing w:line="240" w:lineRule="auto"/>
        <w:ind w:left="720"/>
      </w:pPr>
      <w:r/>
      <w:hyperlink r:id="rId11">
        <w:r>
          <w:rPr>
            <w:color w:val="0000EE"/>
            <w:u w:val="single"/>
          </w:rPr>
          <w:t>https://hollywoodtimes.net/weho-pride-2026-a-weekend-of-music-visibility-community-and-celebration/</w:t>
        </w:r>
      </w:hyperlink>
      <w:r>
        <w:t xml:space="preserve"> - WeHo Pride 2026, held from June 5 to June 7, 2026, transformed West Hollywood into a vibrant celebration of LGBTQ+ pride, visibility, and community. The weekend featured a free WeHo Pride Street Fair, the Women's Freedom Festival, the Dyke March, the WeHo Pride Parade, and the ticketed OUTLOUD Music Festival at WeHo Pride and Friday Night at OUTLOUD. The event attracted tens of thousands of attendees, with programming taking place along Santa Monica Boulevard, from 12:00 PM to 8:00 PM on both days. The WeHo Pride Street Fair is an inclusive, vibrant, and welcoming community space that celebrates LGBTQ+ pride, culture, and visibility. The event aims to engage the WeHo community through interactive activities, educational resources, and opportunities that support LGBTQ+ individuals, community organizations, businesses, and artists. By fostering connection, creativity, and empowerment, the WeHo Pride Street Fair enhances LGBTQ+ community pride and promotes a safe and fun environment for all participants.</w:t>
      </w:r>
      <w:r/>
    </w:p>
    <w:p>
      <w:pPr>
        <w:pStyle w:val="ListNumber"/>
        <w:spacing w:line="240" w:lineRule="auto"/>
        <w:ind w:left="720"/>
      </w:pPr>
      <w:r/>
      <w:hyperlink r:id="rId14">
        <w:r>
          <w:rPr>
            <w:color w:val="0000EE"/>
            <w:u w:val="single"/>
          </w:rPr>
          <w:t>https://www.wehopride.com/event/weho-pride-parade</w:t>
        </w:r>
      </w:hyperlink>
      <w:r>
        <w:t xml:space="preserve"> - The WeHo Pride Parade, held on June 7, 2026, along Santa Monica Boulevard between Crescent Heights Boulevard and San Vicente Boulevard, was a free and open-to-the-public event embracing LGBTQ+ representation, inclusion, and progress. The parade celebrated diversity, love, and resilience in the heart of West Hollywood. Each year, Parade Icons are selected for their significant contributions to the LGBTQ+ community, visibility, community involvement, and advocacy. Trailblazer Icons Quinton Peron, Napoleon Jinnies, and the current Los Angeles Rams Cheerleaders joined the 2026 WeHo Pride Parade, celebrated for making history as the first male cheerleaders in the NFL.</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ehotimes.com/the-city-of-west-hollywood-is-celebrating-bi-visibility-week/" TargetMode="External"/><Relationship Id="rId10" Type="http://schemas.openxmlformats.org/officeDocument/2006/relationships/hyperlink" Target="https://www.weho.org/Home/Components/News/News/12016/" TargetMode="External"/><Relationship Id="rId11" Type="http://schemas.openxmlformats.org/officeDocument/2006/relationships/hyperlink" Target="https://hollywoodtimes.net/weho-pride-2026-a-weekend-of-music-visibility-community-and-celebration/" TargetMode="External"/><Relationship Id="rId12" Type="http://schemas.openxmlformats.org/officeDocument/2006/relationships/hyperlink" Target="https://happeningnext.com/event/bi-visibility-month-celebration-write-us-in-summit-eid1ef0l3lp14qr" TargetMode="External"/><Relationship Id="rId13" Type="http://schemas.openxmlformats.org/officeDocument/2006/relationships/hyperlink" Target="https://stayhappening.com/e/write-us-in-summit-E118SB31YT4KN" TargetMode="External"/><Relationship Id="rId14" Type="http://schemas.openxmlformats.org/officeDocument/2006/relationships/hyperlink" Target="https://www.wehopride.com/event/weho-pride-parade" TargetMode="External"/><Relationship Id="rId15" Type="http://schemas.openxmlformats.org/officeDocument/2006/relationships/hyperlink" Target="https://thepridela.com/2026/04/west-hollywood-celebrates-lesbian-and-queer-womens-visibility-week-with-a-film-festiv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