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Atlanta Black Pride Weekend 2026 Events Celebrate 20 Years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Thousands gathered across Atlanta for the 2026 Atlanta Black Pride Weekend, where culture, community and health education shared the spotlight. With Gilead Sciences supporting key events, the anniversary programme paired lively parties and performances with leadership conversations, HIV prevention resources and a major Pure Heat festival at Piedmont Park.</w:t>
      </w:r>
      <w:r/>
    </w:p>
    <w:p>
      <w:pPr>
        <w:pStyle w:val="Heading2"/>
      </w:pPr>
      <w:r>
        <w:t>Essential Takeaways</w:t>
      </w:r>
      <w:r/>
      <w:r/>
    </w:p>
    <w:p>
      <w:pPr>
        <w:pStyle w:val="ListBullet"/>
        <w:spacing w:line="240" w:lineRule="auto"/>
        <w:ind w:left="720"/>
      </w:pPr>
      <w:r/>
      <w:r>
        <w:rPr>
          <w:b/>
        </w:rPr>
        <w:t>A major milestone:</w:t>
      </w:r>
      <w:r>
        <w:t xml:space="preserve"> Atlanta Black Pride Weekend marked its 20th anniversary with events across the city.</w:t>
      </w:r>
      <w:r/>
    </w:p>
    <w:p>
      <w:pPr>
        <w:pStyle w:val="ListBullet"/>
        <w:spacing w:line="240" w:lineRule="auto"/>
        <w:ind w:left="720"/>
      </w:pPr>
      <w:r/>
      <w:r>
        <w:rPr>
          <w:b/>
        </w:rPr>
        <w:t>Culture took centre stage:</w:t>
      </w:r>
      <w:r>
        <w:t xml:space="preserve"> Programming ranged from poetry and leadership forums to live music and outdoor celebrations.</w:t>
      </w:r>
      <w:r/>
    </w:p>
    <w:p>
      <w:pPr>
        <w:pStyle w:val="ListBullet"/>
        <w:spacing w:line="240" w:lineRule="auto"/>
        <w:ind w:left="720"/>
      </w:pPr>
      <w:r/>
      <w:r>
        <w:rPr>
          <w:b/>
        </w:rPr>
        <w:t>Health was part of the party:</w:t>
      </w:r>
      <w:r>
        <w:t xml:space="preserve"> PrEP and HIV prevention information appeared in relaxed, community-friendly settings.</w:t>
      </w:r>
      <w:r/>
    </w:p>
    <w:p>
      <w:pPr>
        <w:pStyle w:val="ListBullet"/>
        <w:spacing w:line="240" w:lineRule="auto"/>
        <w:ind w:left="720"/>
      </w:pPr>
      <w:r/>
      <w:r>
        <w:rPr>
          <w:b/>
        </w:rPr>
        <w:t>Pure Heat closed the weekend:</w:t>
      </w:r>
      <w:r>
        <w:t xml:space="preserve"> The Piedmont Park festival combined entertainment, wellness resources and community programming.</w:t>
      </w:r>
      <w:r/>
    </w:p>
    <w:p>
      <w:pPr>
        <w:pStyle w:val="ListBullet"/>
        <w:spacing w:line="240" w:lineRule="auto"/>
        <w:ind w:left="720"/>
      </w:pPr>
      <w:r/>
      <w:r>
        <w:rPr>
          <w:b/>
        </w:rPr>
        <w:t>Gilead supported the programme:</w:t>
      </w:r>
      <w:r>
        <w:t xml:space="preserve"> The company backed signature events focused on visibility, prevention and care.</w:t>
      </w:r>
      <w:r/>
      <w:r/>
    </w:p>
    <w:p>
      <w:pPr>
        <w:pStyle w:val="Heading2"/>
      </w:pPr>
      <w:r>
        <w:t>Atlanta Black Pride turns 20 with real momentum</w:t>
      </w:r>
      <w:r/>
    </w:p>
    <w:p>
      <w:r/>
      <w:r>
        <w:t>Atlanta Black Pride Weekend reached its 20th anniversary with the kind of broad programme that makes a milestone feel deserved rather than ceremonial. According to CBS News Atlanta, the 2026 celebration brought together parties, community events and the Pure Heat festival, giving the weekend both a social buzz and a strong sense of purpose.</w:t>
      </w:r>
      <w:r/>
    </w:p>
    <w:p>
      <w:r/>
      <w:r>
        <w:t>The atmosphere moved between polished receptions, candid conversations and open-air celebration. That mix matters because Black Pride isn't one single experience. It's a dance floor, a leadership table, a health conversation and, sometimes, a sunny afternoon in the park with music carrying across the grass.</w:t>
      </w:r>
      <w:r/>
    </w:p>
    <w:p>
      <w:pPr>
        <w:pStyle w:val="Heading2"/>
      </w:pPr>
      <w:r>
        <w:t>The weekend blended visibility with culture</w:t>
      </w:r>
      <w:r/>
    </w:p>
    <w:p>
      <w:r/>
      <w:r>
        <w:t>Early events included Cultural Architects, an evening centred on the creative relationship between Black gay and queer men and Black women. The programme then moved to Atlanta City Hall for the Mayor's Black Pride Reception, where community leaders and organisations advancing inclusion were recognised.</w:t>
      </w:r>
      <w:r/>
    </w:p>
    <w:p>
      <w:r/>
      <w:r>
        <w:t>The wider schedule also included a poetry slam, adding a more intimate and expressive note to the anniversary programme. Rough Draft Atlanta highlighted the event as part of a weekend that made room for spoken-word performance alongside larger celebrations. It was a useful reminder that visibility doesn't always need a stage and thousands of people; sometimes, a microphone and a quiet audience can do plenty.</w:t>
      </w:r>
      <w:r/>
    </w:p>
    <w:p>
      <w:pPr>
        <w:pStyle w:val="Heading2"/>
      </w:pPr>
      <w:r>
        <w:t>Leadership conversations gave the anniversary weight</w:t>
      </w:r>
      <w:r/>
    </w:p>
    <w:p>
      <w:r/>
      <w:r>
        <w:t>The Native Son Black Gay Leadership Forum brought together executives, creatives, entrepreneurs and advocates to discuss leadership, health equity and representation. GayE Magazine reported that the anniversary line-up included a strong mix of headliners and honourees, reflecting the range of voices shaping Black LGBTQ+ culture.</w:t>
      </w:r>
      <w:r/>
    </w:p>
    <w:p>
      <w:r/>
      <w:r>
        <w:t>That balance between celebration and reflection is one of the weekend's most valuable features. Big events attract attention, but forums create space for people to talk about what comes next, from professional influence to better access to care. For a 20th anniversary, looking forward may be just as important as looking back.</w:t>
      </w:r>
      <w:r/>
    </w:p>
    <w:p>
      <w:pPr>
        <w:pStyle w:val="Heading2"/>
      </w:pPr>
      <w:r>
        <w:t>Why HIV prevention belonged in the programme</w:t>
      </w:r>
      <w:r/>
    </w:p>
    <w:p>
      <w:r/>
      <w:r>
        <w:t>At Pride and PrEP, held at V12 Restaurant and Sports Bar, health information was presented in a familiar social setting rather than behind a formal clinic door. According to Axios, health and community programming formed an important part of the anniversary events, while the wider schedule kept prevention visible without making it feel separate from the celebration.</w:t>
      </w:r>
      <w:r/>
    </w:p>
    <w:p>
      <w:r/>
      <w:r>
        <w:t>That approach is practical as well as welcoming. People are often more willing to ask questions about PrEP, testing and HIV care when the conversation feels culturally relevant and low-pressure. If you're looking for prevention information, choose resources that explain options clearly, cover possible side effects and point you towards qualified healthcare advice.</w:t>
      </w:r>
      <w:r/>
    </w:p>
    <w:p>
      <w:pPr>
        <w:pStyle w:val="Heading2"/>
      </w:pPr>
      <w:r>
        <w:t>Pure Heat brought everyone together</w:t>
      </w:r>
      <w:r/>
    </w:p>
    <w:p>
      <w:r/>
      <w:r>
        <w:t>The weekend culminated in the Pure Heat Community Festival at Piedmont Park, one of Atlanta Black Pride's best-known gatherings. The event combined live entertainment, wellness resources and community stalls, creating the big, breezy finale that anniversary weekends need.</w:t>
      </w:r>
      <w:r/>
    </w:p>
    <w:p>
      <w:r/>
      <w:r>
        <w:t>The line-up included performers and guests such as Durand Bernarr, Saucy Santana, Tamar Braxton and Cynthia Bailey, alongside a wider roster of entertainers and community figures. Georgia Followers noted the scale of the 20th-anniversary programme, while CBS News Atlanta also pointed to Pure Heat as a central part of the celebrations.</w:t>
      </w:r>
      <w:r/>
    </w:p>
    <w:p>
      <w:r/>
      <w:r>
        <w:t>With Gilead Sciences supporting signature programming, the weekend connected entertainment with longer-term investment in HIV education, prevention and care. Twenty years on, Atlanta Black Pride is showing that a celebration can be joyful, politically aware and genuinely useful at the same time.</w:t>
      </w:r>
      <w:r/>
    </w:p>
    <w:p>
      <w:r/>
      <w:r>
        <w:t>It's a milestone with plenty of rhythm, but also a clear sense of purpose.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1">
        <w:r>
          <w:rPr>
            <w:color w:val="0000EE"/>
            <w:u w:val="single"/>
          </w:rPr>
          <w:t>[6]</w:t>
        </w:r>
      </w:hyperlink>
      <w:r>
        <w:t xml:space="preserve">, </w:t>
      </w:r>
      <w:hyperlink r:id="rId15">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3">
        <w:r>
          <w:rPr>
            <w:color w:val="0000EE"/>
            <w:u w:val="single"/>
          </w:rPr>
          <w:t>[4]</w:t>
        </w:r>
      </w:hyperlink>
      <w:r>
        <w:t xml:space="preserve">, </w:t>
      </w:r>
      <w:hyperlink r:id="rId10">
        <w:r>
          <w:rPr>
            <w:color w:val="0000EE"/>
            <w:u w:val="single"/>
          </w:rPr>
          <w:t>[3]</w:t>
        </w:r>
      </w:hyperlink>
      <w:r>
        <w:t xml:space="preserve">- Paragraph 7: </w:t>
      </w:r>
      <w:hyperlink r:id="rId12">
        <w:r>
          <w:rPr>
            <w:color w:val="0000EE"/>
            <w:u w:val="single"/>
          </w:rPr>
          <w:t>[2]</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https://rollingout.com/2026/09/11/atlanta-black-pride-gilead-20-years/</w:t>
        </w:r>
      </w:hyperlink>
      <w:r>
        <w:t xml:space="preserve"> - Please view link - unable to able to access data</w:t>
      </w:r>
      <w:r/>
    </w:p>
    <w:p>
      <w:pPr>
        <w:pStyle w:val="ListNumber"/>
        <w:spacing w:line="240" w:lineRule="auto"/>
        <w:ind w:left="720"/>
      </w:pPr>
      <w:r/>
      <w:hyperlink r:id="rId12">
        <w:r>
          <w:rPr>
            <w:color w:val="0000EE"/>
            <w:u w:val="single"/>
          </w:rPr>
          <w:t>https://blackatlanteans.com/post/atlanta-black-pride-weekend-2026</w:t>
        </w:r>
      </w:hyperlink>
      <w:r>
        <w:t xml:space="preserve"> - This article discusses the 20th anniversary of Atlanta Black Pride Weekend, highlighting events such as the Pure Heat Community Festival at Piedmont Park, featuring performances by artists like Durand Bernarr and Saucy Santana. The festival also honours GRAMMY Award winner Durand Bernarr with the 2026 Impact Award. Additionally, the article mentions the Atlanta Black Pride Blood Drive in partnership with the American Red Cross, offering HIV testing, PrEP education, and mental health resources. The event is scheduled from September 2 to 7, 2026. (</w:t>
      </w:r>
      <w:hyperlink r:id="rId16">
        <w:r>
          <w:rPr>
            <w:color w:val="0000EE"/>
            <w:u w:val="single"/>
          </w:rPr>
          <w:t>blackatlanteans.com</w:t>
        </w:r>
      </w:hyperlink>
      <w:r>
        <w:t>)</w:t>
      </w:r>
      <w:r/>
    </w:p>
    <w:p>
      <w:pPr>
        <w:pStyle w:val="ListNumber"/>
        <w:spacing w:line="240" w:lineRule="auto"/>
        <w:ind w:left="720"/>
      </w:pPr>
      <w:r/>
      <w:hyperlink r:id="rId10">
        <w:r>
          <w:rPr>
            <w:color w:val="0000EE"/>
            <w:u w:val="single"/>
          </w:rPr>
          <w:t>https://www.cbsnews.com/atlanta/news/atlanta-black-pride-celebrates-20-years-with-pure-heat-festival-parties-and-community-events/</w:t>
        </w:r>
      </w:hyperlink>
      <w:r>
        <w:t xml:space="preserve"> - This article reports on the 20th anniversary of Atlanta Black Pride, featuring events such as the Pure Heat Community Festival at Piedmont Park, with performances by artists including Saucy Santana. The article also mentions the Mayor's Black Pride Reception at Atlanta City Hall and a poetry slam event. The festivities are scheduled from September 2 to 7, 2026. (</w:t>
      </w:r>
      <w:hyperlink r:id="rId17">
        <w:r>
          <w:rPr>
            <w:color w:val="0000EE"/>
            <w:u w:val="single"/>
          </w:rPr>
          <w:t>cbsnews.com</w:t>
        </w:r>
      </w:hyperlink>
      <w:r>
        <w:t>)</w:t>
      </w:r>
      <w:r/>
    </w:p>
    <w:p>
      <w:pPr>
        <w:pStyle w:val="ListNumber"/>
        <w:spacing w:line="240" w:lineRule="auto"/>
        <w:ind w:left="720"/>
      </w:pPr>
      <w:r/>
      <w:hyperlink r:id="rId13">
        <w:r>
          <w:rPr>
            <w:color w:val="0000EE"/>
            <w:u w:val="single"/>
          </w:rPr>
          <w:t>https://www.gafollowers.com/atlanta-black-pride-weekend-20-years-2026/</w:t>
        </w:r>
      </w:hyperlink>
      <w:r>
        <w:t xml:space="preserve"> - This article highlights the 20th anniversary of Atlanta Black Pride Weekend, detailing events such as the Mayor’s Black Pride Reception at Atlanta City Hall, parties, galas, a drag brunch, and a closing-day barbecue and adult field day. The Pure Heat Community Festival at Piedmont Park is also featured, with performances by artists like Durand Bernarr, Oliver Twixt, Patrice 'Sway' McKinney, Saucy Santana, and Billy The Goat. The celebration spans from September 2 to 7, 2026. (</w:t>
      </w:r>
      <w:hyperlink r:id="rId18">
        <w:r>
          <w:rPr>
            <w:color w:val="0000EE"/>
            <w:u w:val="single"/>
          </w:rPr>
          <w:t>gafollowers.com</w:t>
        </w:r>
      </w:hyperlink>
      <w:r>
        <w:t>)</w:t>
      </w:r>
      <w:r/>
    </w:p>
    <w:p>
      <w:pPr>
        <w:pStyle w:val="ListNumber"/>
        <w:spacing w:line="240" w:lineRule="auto"/>
        <w:ind w:left="720"/>
      </w:pPr>
      <w:r/>
      <w:hyperlink r:id="rId14">
        <w:r>
          <w:rPr>
            <w:color w:val="0000EE"/>
            <w:u w:val="single"/>
          </w:rPr>
          <w:t>https://roughdraftatlanta.com/2026/09/03/atlanta-black-pride-poetry-slam/</w:t>
        </w:r>
      </w:hyperlink>
      <w:r>
        <w:t xml:space="preserve"> - This article announces the return of the Poetry Slam and R&amp;B Brunch for its 20th year at Atlanta Black Pride, scheduled for Sunday, September 6, 2026, at the Starling Midtown. Hosted by three-time Grammy-nominated spoken word artist Queen Sheba, the event will feature 10 poets competing for a $1,000 prize, with performances by Yoshihanna and R&amp;B by DJ PK Clasik. (</w:t>
      </w:r>
      <w:hyperlink r:id="rId19">
        <w:r>
          <w:rPr>
            <w:color w:val="0000EE"/>
            <w:u w:val="single"/>
          </w:rPr>
          <w:t>roughdraftatlanta.com</w:t>
        </w:r>
      </w:hyperlink>
      <w:r>
        <w:t>)</w:t>
      </w:r>
      <w:r/>
    </w:p>
    <w:p>
      <w:pPr>
        <w:pStyle w:val="ListNumber"/>
        <w:spacing w:line="240" w:lineRule="auto"/>
        <w:ind w:left="720"/>
      </w:pPr>
      <w:r/>
      <w:hyperlink r:id="rId11">
        <w:r>
          <w:rPr>
            <w:color w:val="0000EE"/>
            <w:u w:val="single"/>
          </w:rPr>
          <w:t>https://www.axios.com/local/atlanta/2026/09/03/atlanta-black-pride-20-years-events</w:t>
        </w:r>
      </w:hyperlink>
      <w:r>
        <w:t xml:space="preserve"> - This article details the 20th anniversary of Atlanta Black Pride Weekend, including the seventh annual Mayor's Black Pride Reception at Atlanta City Hall, with proceeds supporting the Mayor's Youth Scholarship Program. The Pure Heat Community Festival at Piedmont Park is also featured, with performances by artists such as Durand Bernarr, Oliver Twixt, Patrice 'Sway' McKinney, Saucy Santana, and Billy The Goat. The celebration runs from September 2 to 7, 2026. (</w:t>
      </w:r>
      <w:hyperlink r:id="rId20">
        <w:r>
          <w:rPr>
            <w:color w:val="0000EE"/>
            <w:u w:val="single"/>
          </w:rPr>
          <w:t>axios.com</w:t>
        </w:r>
      </w:hyperlink>
      <w:r>
        <w:t>)</w:t>
      </w:r>
      <w:r/>
    </w:p>
    <w:p>
      <w:pPr>
        <w:pStyle w:val="ListNumber"/>
        <w:spacing w:line="240" w:lineRule="auto"/>
        <w:ind w:left="720"/>
      </w:pPr>
      <w:r/>
      <w:hyperlink r:id="rId15">
        <w:r>
          <w:rPr>
            <w:color w:val="0000EE"/>
            <w:u w:val="single"/>
          </w:rPr>
          <w:t>https://www.gayemagazine.com/atlanta-black-pride-weekend-announces-headliners-honorees-2026-event-line-up-for-its-20th-anniversary/</w:t>
        </w:r>
      </w:hyperlink>
      <w:r>
        <w:t xml:space="preserve"> - This article announces the lineup for Atlanta Black Pride Weekend's 20th anniversary, including the 14th Annual Pure Heat Community Festival at Piedmont Park, Influencer’s Dinner, R&amp;B Brunch, empowerment brunches, the Atlanta Black Pride Blood Drive, and nightly parties at premier venues. The event is scheduled from September 2 to 7, 2026. (</w:t>
      </w:r>
      <w:hyperlink r:id="rId21">
        <w:r>
          <w:rPr>
            <w:color w:val="0000EE"/>
            <w:u w:val="single"/>
          </w:rPr>
          <w:t>gayemagazine.com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ollingout.com/2026/09/11/atlanta-black-pride-gilead-20-years/" TargetMode="External"/><Relationship Id="rId10" Type="http://schemas.openxmlformats.org/officeDocument/2006/relationships/hyperlink" Target="https://www.cbsnews.com/atlanta/news/atlanta-black-pride-celebrates-20-years-with-pure-heat-festival-parties-and-community-events/" TargetMode="External"/><Relationship Id="rId11" Type="http://schemas.openxmlformats.org/officeDocument/2006/relationships/hyperlink" Target="https://www.axios.com/local/atlanta/2026/09/03/atlanta-black-pride-20-years-events" TargetMode="External"/><Relationship Id="rId12" Type="http://schemas.openxmlformats.org/officeDocument/2006/relationships/hyperlink" Target="https://blackatlanteans.com/post/atlanta-black-pride-weekend-2026" TargetMode="External"/><Relationship Id="rId13" Type="http://schemas.openxmlformats.org/officeDocument/2006/relationships/hyperlink" Target="https://www.gafollowers.com/atlanta-black-pride-weekend-20-years-2026/" TargetMode="External"/><Relationship Id="rId14" Type="http://schemas.openxmlformats.org/officeDocument/2006/relationships/hyperlink" Target="https://roughdraftatlanta.com/2026/09/03/atlanta-black-pride-poetry-slam/" TargetMode="External"/><Relationship Id="rId15" Type="http://schemas.openxmlformats.org/officeDocument/2006/relationships/hyperlink" Target="https://www.gayemagazine.com/atlanta-black-pride-weekend-announces-headliners-honorees-2026-event-line-up-for-its-20th-anniversary/" TargetMode="External"/><Relationship Id="rId16" Type="http://schemas.openxmlformats.org/officeDocument/2006/relationships/hyperlink" Target="https://blackatlanteans.com/post/atlanta-black-pride-weekend-2026?utm_source=openai" TargetMode="External"/><Relationship Id="rId17" Type="http://schemas.openxmlformats.org/officeDocument/2006/relationships/hyperlink" Target="https://www.cbsnews.com/atlanta/news/atlanta-black-pride-celebrates-20-years-with-pure-heat-festival-parties-and-community-events/?utm_source=openai" TargetMode="External"/><Relationship Id="rId18" Type="http://schemas.openxmlformats.org/officeDocument/2006/relationships/hyperlink" Target="https://www.gafollowers.com/atlanta-black-pride-weekend-20-years-2026/?utm_source=openai" TargetMode="External"/><Relationship Id="rId19" Type="http://schemas.openxmlformats.org/officeDocument/2006/relationships/hyperlink" Target="https://roughdraftatlanta.com/2026/09/03/atlanta-black-pride-poetry-slam/?utm_source=openai" TargetMode="External"/><Relationship Id="rId20" Type="http://schemas.openxmlformats.org/officeDocument/2006/relationships/hyperlink" Target="https://www.axios.com/local/atlanta/2026/09/03/atlanta-black-pride-20-years-events?utm_source=openai" TargetMode="External"/><Relationship Id="rId21" Type="http://schemas.openxmlformats.org/officeDocument/2006/relationships/hyperlink" Target="https://www.gayemagazine.com/atlanta-black-pride-weekend-announces-headliners-honorees-2026-event-line-up-for-its-20th-anniversar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