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Banished! Pride Ride Brings LGBTQ+ History to Antelope Island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Cyclists will gather at Utah's Antelope Island Causeway on 3 October 2026 for Banished!, a free red-themed pride ride honouring LGBTQ+ resilience and confronting the painful stigma of the AIDS crisis. The event offers a striking way to learn local history while sharing a quiet, purposeful ride across the Great Salt Lake landscape.</w:t>
      </w:r>
      <w:r/>
    </w:p>
    <w:p>
      <w:pPr>
        <w:pStyle w:val="Heading2"/>
      </w:pPr>
      <w:r>
        <w:t>Essential Takeaways</w:t>
      </w:r>
      <w:r/>
      <w:r/>
    </w:p>
    <w:p>
      <w:pPr>
        <w:pStyle w:val="ListBullet"/>
        <w:spacing w:line="240" w:lineRule="auto"/>
        <w:ind w:left="720"/>
      </w:pPr>
      <w:r/>
      <w:r>
        <w:rPr>
          <w:b/>
        </w:rPr>
        <w:t>When:</w:t>
      </w:r>
      <w:r>
        <w:t xml:space="preserve"> Saturday 3 October 2026, with riders meeting at 8am.</w:t>
      </w:r>
      <w:r/>
    </w:p>
    <w:p>
      <w:pPr>
        <w:pStyle w:val="ListBullet"/>
        <w:spacing w:line="240" w:lineRule="auto"/>
        <w:ind w:left="720"/>
      </w:pPr>
      <w:r/>
      <w:r>
        <w:rPr>
          <w:b/>
        </w:rPr>
        <w:t>Where:</w:t>
      </w:r>
      <w:r>
        <w:t xml:space="preserve"> The Antelope Island Causeway toll booth in Syracuse, Utah.</w:t>
      </w:r>
      <w:r/>
    </w:p>
    <w:p>
      <w:pPr>
        <w:pStyle w:val="ListBullet"/>
        <w:spacing w:line="240" w:lineRule="auto"/>
        <w:ind w:left="720"/>
      </w:pPr>
      <w:r/>
      <w:r>
        <w:rPr>
          <w:b/>
        </w:rPr>
        <w:t>What to wear:</w:t>
      </w:r>
      <w:r>
        <w:t xml:space="preserve"> Red, used as a visual symbol throughout the event.</w:t>
      </w:r>
      <w:r/>
    </w:p>
    <w:p>
      <w:pPr>
        <w:pStyle w:val="ListBullet"/>
        <w:spacing w:line="240" w:lineRule="auto"/>
        <w:ind w:left="720"/>
      </w:pPr>
      <w:r/>
      <w:r>
        <w:rPr>
          <w:b/>
        </w:rPr>
        <w:t>Why it matters:</w:t>
      </w:r>
      <w:r>
        <w:t xml:space="preserve"> The ride remembers AIDS-era stigma and celebrates LGBTQ+ survival.</w:t>
      </w:r>
      <w:r/>
    </w:p>
    <w:p>
      <w:pPr>
        <w:pStyle w:val="ListBullet"/>
        <w:spacing w:line="240" w:lineRule="auto"/>
        <w:ind w:left="720"/>
      </w:pPr>
      <w:r/>
      <w:r>
        <w:rPr>
          <w:b/>
        </w:rPr>
        <w:t>Cost:</w:t>
      </w:r>
      <w:r>
        <w:t xml:space="preserve"> The organisers have announced the event as free, with registration required.</w:t>
      </w:r>
      <w:r/>
      <w:r/>
    </w:p>
    <w:p>
      <w:pPr>
        <w:pStyle w:val="Heading2"/>
      </w:pPr>
      <w:r>
        <w:t>A red ride with a difficult history</w:t>
      </w:r>
      <w:r/>
    </w:p>
    <w:p>
      <w:r/>
      <w:r>
        <w:t>The morning's bright red dress code carries a heavy meaning. Banished! recalls a reported 1988 remark by Utah state senator Jack Bangerter, who allegedly suggested that people with AIDS should be marked and sent to an island in the Great Salt Lake.</w:t>
      </w:r>
      <w:r/>
    </w:p>
    <w:p>
      <w:r/>
      <w:r>
        <w:t xml:space="preserve">The proposal never became law, but its very existence reflects the fear and misinformation surrounding HIV and AIDS at the time. Event organisers say the ride is intended to bring that history into the open rather than allow it to fade into a vague footnote. Listings from Discover Davis and Utah Public Radio also identify the event as an Antelope Island pride ride. </w:t>
      </w:r>
      <w:r/>
    </w:p>
    <w:p>
      <w:pPr>
        <w:pStyle w:val="Heading2"/>
      </w:pPr>
      <w:r>
        <w:t>Why Antelope Island makes such a powerful setting</w:t>
      </w:r>
      <w:r/>
    </w:p>
    <w:p>
      <w:r/>
      <w:r>
        <w:t>Riders will begin at the causeway toll booth and travel towards Antelope Island, turning the route itself into part of the message. The landscape may look serene, with open water, pale shoreline and wide skies, but the destination evokes the imagined place of exclusion at the heart of the old remark.</w:t>
      </w:r>
      <w:r/>
    </w:p>
    <w:p>
      <w:r/>
      <w:r>
        <w:t xml:space="preserve">That contrast is what gives the event its emotional force. A route that could once have symbolised separation is being reclaimed as a shared public space. The official Banished! website presents the gathering as both a memorial act and a celebration of LGBTQ+ community strength. </w:t>
      </w:r>
      <w:r/>
    </w:p>
    <w:p>
      <w:pPr>
        <w:pStyle w:val="Heading2"/>
      </w:pPr>
      <w:r>
        <w:t>More than a cycle ride</w:t>
      </w:r>
      <w:r/>
    </w:p>
    <w:p>
      <w:r/>
      <w:r>
        <w:t>Banished! isn't simply a themed outing for cyclists. It connects a local political episode with the broader story of AIDS activism, public-health education and the long campaign against discrimination.</w:t>
      </w:r>
      <w:r/>
    </w:p>
    <w:p>
      <w:r/>
      <w:r>
        <w:t xml:space="preserve">That makes the event especially relevant at a time when LGBTQ+ rights and historical memory remain subjects of public debate. As organisers have argued, forgetting uncomfortable stories can make it easier to lose sight of the lessons they carry. Utah Public Radio's community listings have also carried Banished! as a public event, helping bring the story to a wider audience. </w:t>
      </w:r>
      <w:r/>
    </w:p>
    <w:p>
      <w:pPr>
        <w:pStyle w:val="Heading2"/>
      </w:pPr>
      <w:r>
        <w:t>What riders should know before setting off</w:t>
      </w:r>
      <w:r/>
    </w:p>
    <w:p>
      <w:r/>
      <w:r>
        <w:t>Anyone planning to join should register in advance and check the event's latest instructions before travelling. The meeting point is the Antelope Island Causeway toll booth, and participants are encouraged to wear red so the group presents a clear, unified image.</w:t>
      </w:r>
      <w:r/>
    </w:p>
    <w:p>
      <w:r/>
      <w:r>
        <w:t>It'll also be sensible to prepare for exposed conditions. The causeway offers little shelter, so riders should bring water, sun protection and clothing suitable for changing weather. A charged phone, basic repair kit and a realistic sense of your cycling pace won't go amiss either.</w:t>
      </w:r>
      <w:r/>
    </w:p>
    <w:p>
      <w:pPr>
        <w:pStyle w:val="Heading2"/>
      </w:pPr>
      <w:r>
        <w:t>A thoughtful way to reclaim public space</w:t>
      </w:r>
      <w:r/>
    </w:p>
    <w:p>
      <w:r/>
      <w:r>
        <w:t>The strongest part of Banished! may be its simplicity: gather, ride together and remember. There are no grand barriers between the historical subject and the present-day community, just a road, a colour and a group of people choosing solidarity over silence.</w:t>
      </w:r>
      <w:r/>
    </w:p>
    <w:p>
      <w:r/>
      <w:r>
        <w:t>For participants, that can make the morning feel both reflective and hopeful. The ride's message is ultimately forward-looking: history deserves to be faced honestly, but it doesn't have to define the future.</w:t>
      </w:r>
      <w:r/>
    </w:p>
    <w:p>
      <w:r/>
      <w:r>
        <w:t>Register ahead and join a ride that turns remembrance into movement.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9">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https://www.cyclingwest.com/events/banished-ride-to-take-place-on-antelope-island-utah-on-october-3-2026/</w:t>
        </w:r>
      </w:hyperlink>
      <w:r>
        <w:t xml:space="preserve"> - Please view link - unable to able to access data</w:t>
      </w:r>
      <w:r/>
    </w:p>
    <w:p>
      <w:pPr>
        <w:pStyle w:val="ListNumber"/>
        <w:spacing w:line="240" w:lineRule="auto"/>
        <w:ind w:left="720"/>
      </w:pPr>
      <w:r/>
      <w:hyperlink r:id="rId10">
        <w:r>
          <w:rPr>
            <w:color w:val="0000EE"/>
            <w:u w:val="single"/>
          </w:rPr>
          <w:t>https://www.upr.org/community-calendar/event/banished-ride-04-09-2026-14-48-21</w:t>
        </w:r>
      </w:hyperlink>
      <w:r>
        <w:t xml:space="preserve"> - The 'Banished!' Pride ride to Antelope Island is scheduled for Saturday, October 3, 2026, at 8:00 am. This event commemorates a 1988 proposal by a Utah State Senator to isolate individuals with AIDS on Antelope Island. The ride aims to celebrate the progress of Utah's LGBTQ+ community. Registration is free, with a suggested $20 donation to UAF Legacy Health. Participants should meet at the Antelope Island Causeway toll booth wearing red. The ride covers approximately 7 miles each way, with an aid station at the Marina parking lot. All types of bikes are welcome.</w:t>
      </w:r>
      <w:r/>
    </w:p>
    <w:p>
      <w:pPr>
        <w:pStyle w:val="ListNumber"/>
        <w:spacing w:line="240" w:lineRule="auto"/>
        <w:ind w:left="720"/>
      </w:pPr>
      <w:r/>
      <w:hyperlink r:id="rId11">
        <w:r>
          <w:rPr>
            <w:color w:val="0000EE"/>
            <w:u w:val="single"/>
          </w:rPr>
          <w:t>https://discoverdavis.com/event/banished-an-antelope-island-pride-ride-2026-598153/</w:t>
        </w:r>
      </w:hyperlink>
      <w:r>
        <w:t xml:space="preserve"> - Scheduled for October 3, 2026, at 8:00 am, the 'Banished! An Antelope Island Pride Ride' commemorates a 1988 proposal by a Utah State Senator to isolate individuals with AIDS on Antelope Island. The event celebrates the progress of Utah's LGBTQ+ community. Registration is free, with a suggested $20 donation to UAF Legacy Health. Participants should meet at the Antelope Island Causeway toll booth wearing red. The ride covers approximately 7 miles each way, with an aid station at the Marina parking lot. All types of bikes are welcome.</w:t>
      </w:r>
      <w:r/>
    </w:p>
    <w:p>
      <w:pPr>
        <w:pStyle w:val="ListNumber"/>
        <w:spacing w:line="240" w:lineRule="auto"/>
        <w:ind w:left="720"/>
      </w:pPr>
      <w:r/>
      <w:hyperlink r:id="rId12">
        <w:r>
          <w:rPr>
            <w:color w:val="0000EE"/>
            <w:u w:val="single"/>
          </w:rPr>
          <w:t>https://banishedslc.weebly.com/</w:t>
        </w:r>
      </w:hyperlink>
      <w:r>
        <w:t xml:space="preserve"> - The 'Banished!' website provides information about the annual Pride ride to Antelope Island, commemorating a 1988 proposal by a Utah State Senator to isolate individuals with AIDS on the island. The event celebrates the progress of Utah's LGBTQ+ community. Registration is free, with a suggested $20 donation to UAF Legacy Health. Participants should meet at the Antelope Island Causeway toll booth wearing red. The ride covers approximately 7 miles each way, with an aid station at the Marina parking lot. All types of bikes are welcome.</w:t>
      </w:r>
      <w:r/>
    </w:p>
    <w:p>
      <w:pPr>
        <w:pStyle w:val="ListNumber"/>
        <w:spacing w:line="240" w:lineRule="auto"/>
        <w:ind w:left="720"/>
      </w:pPr>
      <w:r/>
      <w:hyperlink r:id="rId13">
        <w:r>
          <w:rPr>
            <w:color w:val="0000EE"/>
            <w:u w:val="single"/>
          </w:rPr>
          <w:t>https://www.upr.org/community-calendar/event/banished-an-antelope-island-pride-ride-13-09-2025-08-46-23</w:t>
        </w:r>
      </w:hyperlink>
      <w:r>
        <w:t xml:space="preserve"> - The 'Banished! An Antelope Island Pride Ride' is an annual event commemorating a 1988 proposal by a Utah State Senator to isolate individuals with AIDS on Antelope Island. The 2025 ride was scheduled for September 27, 2025, at 7:00 pm at The SunTrapp in Salt Lake City. Due to permitting constraints, the actual ride was limited to 30 participants each year. The event celebrates the progress of Utah's LGBTQ+ community. For more information, contact [email protected]</w:t>
      </w:r>
      <w:r/>
    </w:p>
    <w:p>
      <w:pPr>
        <w:pStyle w:val="ListNumber"/>
        <w:spacing w:line="240" w:lineRule="auto"/>
        <w:ind w:left="720"/>
      </w:pPr>
      <w:r/>
      <w:hyperlink r:id="rId9">
        <w:r>
          <w:rPr>
            <w:color w:val="0000EE"/>
            <w:u w:val="single"/>
          </w:rPr>
          <w:t>https://www.cyclingwest.com/events/banished-ride-to-take-place-on-antelope-island-utah-on-october-3-2026/</w:t>
        </w:r>
      </w:hyperlink>
      <w:r>
        <w:t xml:space="preserve"> - The 'Banished!' Ride is scheduled for October 3, 2026, at 8:00 am, commemorating a 1988 proposal by a Utah State Senator to isolate individuals with AIDS on Antelope Island. The event celebrates the progress of Utah's LGBTQ+ community. Registration is free, with a suggested $20 donation to UAF Legacy Health. Participants should meet at the Antelope Island Causeway toll booth wearing red. The ride covers approximately 7 miles each way, with an aid station at the Marina parking lot. All types of bikes are welcome.</w:t>
      </w:r>
      <w:r/>
    </w:p>
    <w:p>
      <w:pPr>
        <w:pStyle w:val="ListNumber"/>
        <w:spacing w:line="240" w:lineRule="auto"/>
        <w:ind w:left="720"/>
      </w:pPr>
      <w:r/>
      <w:hyperlink r:id="rId14">
        <w:r>
          <w:rPr>
            <w:color w:val="0000EE"/>
            <w:u w:val="single"/>
          </w:rPr>
          <w:t>https://aerc.org/calendar/?calID=30204</w:t>
        </w:r>
      </w:hyperlink>
      <w:r>
        <w:t xml:space="preserve"> - The American Endurance Ride Conference (AERC) has listed an event titled 'DATE CHANGE: Antelope Island' on October 4, 2026, at Antelope Island State Park. The event offers 25 and 50-mile rides, with an introductory ride available. The ride is managed by Jeffrey L. Stuart, and control judges include Melanie Swartz. The event is part of the AERC calendar, providing details about the ride and contact information for the ride manager.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yclingwest.com/events/banished-ride-to-take-place-on-antelope-island-utah-on-october-3-2026/" TargetMode="External"/><Relationship Id="rId10" Type="http://schemas.openxmlformats.org/officeDocument/2006/relationships/hyperlink" Target="https://www.upr.org/community-calendar/event/banished-ride-04-09-2026-14-48-21" TargetMode="External"/><Relationship Id="rId11" Type="http://schemas.openxmlformats.org/officeDocument/2006/relationships/hyperlink" Target="https://discoverdavis.com/event/banished-an-antelope-island-pride-ride-2026-598153/" TargetMode="External"/><Relationship Id="rId12" Type="http://schemas.openxmlformats.org/officeDocument/2006/relationships/hyperlink" Target="https://banishedslc.weebly.com/" TargetMode="External"/><Relationship Id="rId13" Type="http://schemas.openxmlformats.org/officeDocument/2006/relationships/hyperlink" Target="https://www.upr.org/community-calendar/event/banished-an-antelope-island-pride-ride-13-09-2025-08-46-23" TargetMode="External"/><Relationship Id="rId14" Type="http://schemas.openxmlformats.org/officeDocument/2006/relationships/hyperlink" Target="https://aerc.org/calendar/?calID=302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