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 Green Calls for Hormone Treatment for Transgender ICE Detainees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and critics are clashing over medical care for transgender immigrants in ICE custody after Congressman Al Green addressed the issue at a Houston press conference. The debate centres on whether hormone treatment and related care should continue for detainees, as well as how federal officials should handle housing, safety and dignity in detention.</w:t>
      </w:r>
      <w:r/>
    </w:p>
    <w:p>
      <w:pPr>
        <w:pStyle w:val="Heading2"/>
      </w:pPr>
      <w:r>
        <w:t>Essential Takeaways</w:t>
      </w:r>
      <w:r/>
      <w:r/>
    </w:p>
    <w:p>
      <w:pPr>
        <w:pStyle w:val="ListBullet"/>
        <w:spacing w:line="240" w:lineRule="auto"/>
        <w:ind w:left="720"/>
      </w:pPr>
      <w:r/>
      <w:r>
        <w:rPr>
          <w:b/>
        </w:rPr>
        <w:t>Green’s position:</w:t>
      </w:r>
      <w:r>
        <w:t xml:space="preserve"> The Texas Democrat says people in government custody should receive necessary medical care, regardless of identity.</w:t>
      </w:r>
      <w:r/>
    </w:p>
    <w:p>
      <w:pPr>
        <w:pStyle w:val="ListBullet"/>
        <w:spacing w:line="240" w:lineRule="auto"/>
        <w:ind w:left="720"/>
      </w:pPr>
      <w:r/>
      <w:r>
        <w:rPr>
          <w:b/>
        </w:rPr>
        <w:t>Houston event:</w:t>
      </w:r>
      <w:r>
        <w:t xml:space="preserve"> Green appeared with local LGBTQ+ advocacy representatives to discuss conditions affecting transgender detainees.</w:t>
      </w:r>
      <w:r/>
    </w:p>
    <w:p>
      <w:pPr>
        <w:pStyle w:val="ListBullet"/>
        <w:spacing w:line="240" w:lineRule="auto"/>
        <w:ind w:left="720"/>
      </w:pPr>
      <w:r/>
      <w:r>
        <w:rPr>
          <w:b/>
        </w:rPr>
        <w:t>Main dispute:</w:t>
      </w:r>
      <w:r>
        <w:t xml:space="preserve"> Critics object to taxpayer-funded hormone treatment, while supporters describe it as essential healthcare.</w:t>
      </w:r>
      <w:r/>
    </w:p>
    <w:p>
      <w:pPr>
        <w:pStyle w:val="ListBullet"/>
        <w:spacing w:line="240" w:lineRule="auto"/>
        <w:ind w:left="720"/>
      </w:pPr>
      <w:r/>
      <w:r>
        <w:rPr>
          <w:b/>
        </w:rPr>
        <w:t>Housing concerns:</w:t>
      </w:r>
      <w:r>
        <w:t xml:space="preserve"> Green said changes to detention arrangements could leave transgender women housed with men or in isolation.</w:t>
      </w:r>
      <w:r/>
    </w:p>
    <w:p>
      <w:pPr>
        <w:pStyle w:val="ListBullet"/>
        <w:spacing w:line="240" w:lineRule="auto"/>
        <w:ind w:left="720"/>
      </w:pPr>
      <w:r/>
      <w:r>
        <w:rPr>
          <w:b/>
        </w:rPr>
        <w:t>Wider context:</w:t>
      </w:r>
      <w:r>
        <w:t xml:space="preserve"> The argument sits inside a broader fight over immigration enforcement, detention standards and federal spending.</w:t>
      </w:r>
      <w:r/>
      <w:r/>
    </w:p>
    <w:p>
      <w:pPr>
        <w:pStyle w:val="Heading2"/>
      </w:pPr>
      <w:r>
        <w:t>Why this issue has returned to the spotlight</w:t>
      </w:r>
      <w:r/>
    </w:p>
    <w:p>
      <w:r/>
      <w:r>
        <w:t>The sharpest disagreement is over what counts as necessary healthcare in immigration detention. At a Houston event, Green argued that the government has a duty to provide medical attention to people in its custody, including transgender detainees who need hormone treatment.</w:t>
      </w:r>
      <w:r/>
    </w:p>
    <w:p>
      <w:r/>
      <w:r>
        <w:t>According to The Gateway Pundit, Green appeared alongside the Houston LGBTQ+ Political Caucus and the Montrose Center. The gathering was framed as a response to concerns about medical treatment and protections for transgender immigrants held by Immigration and Customs Enforcement.</w:t>
      </w:r>
      <w:r/>
    </w:p>
    <w:p>
      <w:r/>
      <w:r>
        <w:t>That makes the issue more than a dispute about one prescription. It raises a basic question about detention: does the government’s responsibility begin and end with emergency care, or does it include ongoing treatment for diagnosed or established health needs?</w:t>
      </w:r>
      <w:r/>
    </w:p>
    <w:p>
      <w:pPr>
        <w:pStyle w:val="Heading2"/>
      </w:pPr>
      <w:r>
        <w:t>Green says care should not depend on identity</w:t>
      </w:r>
      <w:r/>
    </w:p>
    <w:p>
      <w:r/>
      <w:r>
        <w:t>Green told attendees that medical attention shouldn't be withheld because of who someone is. He linked the argument to his own experience of discrimination and said people held by the state shouldn't lose access to care simply because they belong to a particular community.</w:t>
      </w:r>
      <w:r/>
    </w:p>
    <w:p>
      <w:r/>
      <w:r>
        <w:t>His office had already raised concerns with Department of Homeland Security Secretary Markwayne Mullin, according to the congressman's announcement. The letter reportedly questioned changes affecting transgender detainees and alleged that specialised treatment had been stopped in several cities.</w:t>
      </w:r>
      <w:r/>
    </w:p>
    <w:p>
      <w:r/>
      <w:r>
        <w:t>The Montrose Center's Daron Perez focused on the uncertainty detainees may face, including whether they’ll receive hormones, be treated respectfully and remain safe. That human detail matters because detention is already an unsettling experience, and uncertainty over medication can make it feel even more precarious.</w:t>
      </w:r>
      <w:r/>
    </w:p>
    <w:p>
      <w:pPr>
        <w:pStyle w:val="Heading2"/>
      </w:pPr>
      <w:r>
        <w:t>The taxpayer argument is driving the backlash</w:t>
      </w:r>
      <w:r/>
    </w:p>
    <w:p>
      <w:r/>
      <w:r>
        <w:t>Opponents see the matter differently. Conservative outlets including Breitbart and The Daily Wire have described the policy dispute as a question of taxpayer-funded hormone treatment for people who entered the country illegally. That framing has helped turn a detention-health debate into a flashpoint in the wider immigration argument.</w:t>
      </w:r>
      <w:r/>
    </w:p>
    <w:p>
      <w:r/>
      <w:r>
        <w:t>Supporters, meanwhile, argue that immigration status shouldn't determine whether someone receives medically necessary care while the government is holding them. They also point out that detainees remain under federal control, rather than living freely in the community.</w:t>
      </w:r>
      <w:r/>
    </w:p>
    <w:p>
      <w:r/>
      <w:r>
        <w:t>That distinction is central. People can disagree about immigration enforcement while still asking what minimum healthcare standards should apply behind a government-run fence. The politics are loud, but the practical question is fairly straightforward: what treatment is clinically required, who authorises it and how is it monitored?</w:t>
      </w:r>
      <w:r/>
    </w:p>
    <w:p>
      <w:pPr>
        <w:pStyle w:val="Heading2"/>
      </w:pPr>
      <w:r>
        <w:t>Housing and safety add another layer</w:t>
      </w:r>
      <w:r/>
    </w:p>
    <w:p>
      <w:r/>
      <w:r>
        <w:t>Medical care is only part of Green's complaint. He also criticised the reported end of a previous arrangement that placed some transgender women in dedicated detention units, saying detainees could instead be housed with men or held in solitary confinement.</w:t>
      </w:r>
      <w:r/>
    </w:p>
    <w:p>
      <w:r/>
      <w:r>
        <w:t>That creates a difficult balance between safety, privacy and operational realities. Detention centres need workable rules, but broad categories can create risks for people who may already be vulnerable. Solitary confinement, in particular, carries serious emotional and psychological concerns when used for protection rather than discipline.</w:t>
      </w:r>
      <w:r/>
    </w:p>
    <w:p>
      <w:r/>
      <w:r>
        <w:t>The advocacy groups at the Houston event want officials to explain how decisions are made and what safeguards exist. For families and campaigners, transparency may be nearly as important as the policy itself.</w:t>
      </w:r>
      <w:r/>
    </w:p>
    <w:p>
      <w:pPr>
        <w:pStyle w:val="Heading2"/>
      </w:pPr>
      <w:r>
        <w:t>What happens next in the detention debate?</w:t>
      </w:r>
      <w:r/>
    </w:p>
    <w:p>
      <w:r/>
      <w:r>
        <w:t>The dispute is likely to continue as the Trump administration faces pressure over immigration enforcement and conditions inside ICE facilities. Green has separately criticised the administration and ICE in congressional remarks, so his latest appearance fits into a longer-running political campaign rather than a one-off statement.</w:t>
      </w:r>
      <w:r/>
    </w:p>
    <w:p>
      <w:r/>
      <w:r>
        <w:t>For now, the competing narratives remain stark. Critics see an inappropriate use of public money, while Green and his allies see a basic obligation to care for people held by the state. Neither side is likely to shift easily, particularly while immigration remains one of Washington's most polarising subjects.</w:t>
      </w:r>
      <w:r/>
    </w:p>
    <w:p>
      <w:r/>
      <w:r>
        <w:t>The clearest path forward would be public evidence: medical standards, treatment decisions, housing policies and independent oversight. Without that information, the debate risks becoming more about slogans than the day-to-day reality inside detention facilities.</w:t>
      </w:r>
      <w:r/>
    </w:p>
    <w:p>
      <w:r/>
      <w:r>
        <w:t>A humane detention system still has to answer hard questions about cost, safety and clinical need.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https://www.objectivist.co/2026/09/rep-al-green-demands-taxpayer-funded-transgender-treatments-for-illegal-aliens-in-ice-custody-watch/</w:t>
        </w:r>
      </w:hyperlink>
      <w:r>
        <w:t xml:space="preserve"> - Please view link - unable to able to access data</w:t>
      </w:r>
      <w:r/>
    </w:p>
    <w:p>
      <w:pPr>
        <w:pStyle w:val="ListNumber"/>
        <w:spacing w:line="240" w:lineRule="auto"/>
        <w:ind w:left="720"/>
      </w:pPr>
      <w:r/>
      <w:hyperlink r:id="rId10">
        <w:r>
          <w:rPr>
            <w:color w:val="0000EE"/>
            <w:u w:val="single"/>
          </w:rPr>
          <w:t>https://algreen.house.gov/media/press-releases/congressman-al-green-houston-lgbtq-political-caucus-and-montrose-center-will</w:t>
        </w:r>
      </w:hyperlink>
      <w:r>
        <w:t xml:space="preserve"> - On September 9, 2026, Congressman Al Green, along with the Houston LGBTQ+ Political Caucus and the Montrose Center, announced a press conference scheduled for September 10, 2026, to address concerns regarding the maltreatment of transgender immigrants in U.S. Immigration and Customs Enforcement (ICE) detention facilities. The press conference follows Green's September 4, 2026, letter to Department of Homeland Security Secretary Markwayne Mullin, raising concerns about the denial of specialized medical care and the removal of protections for transgender immigrant detainees. (</w:t>
      </w:r>
      <w:hyperlink r:id="rId16">
        <w:r>
          <w:rPr>
            <w:color w:val="0000EE"/>
            <w:u w:val="single"/>
          </w:rPr>
          <w:t>algreen.house.gov</w:t>
        </w:r>
      </w:hyperlink>
      <w:r>
        <w:t>)</w:t>
      </w:r>
      <w:r/>
    </w:p>
    <w:p>
      <w:pPr>
        <w:pStyle w:val="ListNumber"/>
        <w:spacing w:line="240" w:lineRule="auto"/>
        <w:ind w:left="720"/>
      </w:pPr>
      <w:r/>
      <w:hyperlink r:id="rId11">
        <w:r>
          <w:rPr>
            <w:color w:val="0000EE"/>
            <w:u w:val="single"/>
          </w:rPr>
          <w:t>https://www.thegatewaypundit.com/2026/09/whacko-rep-al-green-demands-free-transgender-treatments/</w:t>
        </w:r>
      </w:hyperlink>
      <w:r>
        <w:t xml:space="preserve"> - On September 10, 2026, Rep. Al Green held a press conference in Houston, Texas, demanding that the Department of Homeland Security provide hormone treatments and transgender procedures to illegal aliens. Green, alongside the Houston LGBTQ+ Political Caucus and the Montrose Center, addressed the maltreatment of transgender immigrants in ICE detention facilities. He read a letter to DHS Secretary Markwayne Mullin, claiming that illegal aliens in ICE detention facilities are facing "hazardous conditions" due to the lack of gender-affirming care. (</w:t>
      </w:r>
      <w:hyperlink r:id="rId17">
        <w:r>
          <w:rPr>
            <w:color w:val="0000EE"/>
            <w:u w:val="single"/>
          </w:rPr>
          <w:t>thegatewaypundit.com</w:t>
        </w:r>
      </w:hyperlink>
      <w:r>
        <w:t>)</w:t>
      </w:r>
      <w:r/>
    </w:p>
    <w:p>
      <w:pPr>
        <w:pStyle w:val="ListNumber"/>
        <w:spacing w:line="240" w:lineRule="auto"/>
        <w:ind w:left="720"/>
      </w:pPr>
      <w:r/>
      <w:hyperlink r:id="rId12">
        <w:r>
          <w:rPr>
            <w:color w:val="0000EE"/>
            <w:u w:val="single"/>
          </w:rPr>
          <w:t>https://www.breitbart.com/politics/2026/09/10/al-green-holds-press-conference-demand-hormones-trans-ice-detainees/amp/</w:t>
        </w:r>
      </w:hyperlink>
      <w:r>
        <w:t xml:space="preserve"> - On September 10, 2026, Rep. Al Green (D-TX) held a press conference demanding that transgender immigrants in Immigration and Customs Enforcement (ICE) custody receive hormones and other specialized medical care. Green appeared alongside representatives of the Houston LGBTQ+ Political Caucus and the Montrose Center at a press conference addressing what they called the "maltreatment of transgender immigrants." During the event, Green read from a letter addressed to Homeland Security Secretary Markwayne Mullin raising concerns about the treatment of transgender detainees. (</w:t>
      </w:r>
      <w:hyperlink r:id="rId18">
        <w:r>
          <w:rPr>
            <w:color w:val="0000EE"/>
            <w:u w:val="single"/>
          </w:rPr>
          <w:t>breitbart.com</w:t>
        </w:r>
      </w:hyperlink>
      <w:r>
        <w:t>)</w:t>
      </w:r>
      <w:r/>
    </w:p>
    <w:p>
      <w:pPr>
        <w:pStyle w:val="ListNumber"/>
        <w:spacing w:line="240" w:lineRule="auto"/>
        <w:ind w:left="720"/>
      </w:pPr>
      <w:r/>
      <w:hyperlink r:id="rId14">
        <w:r>
          <w:rPr>
            <w:color w:val="0000EE"/>
            <w:u w:val="single"/>
          </w:rPr>
          <w:t>https://www.dailywire.com/news/trump-stops-giving-hormones-to-trans-identifying-illegal-immigrants-in-ice-detention</w:t>
        </w:r>
      </w:hyperlink>
      <w:r>
        <w:t xml:space="preserve"> - On August 21, 2026, it was reported that the Trump administration halted the provision of specialized medical care, including hormone therapy, for transgender detainees in ICE custody. The Department of Homeland Security stated, "We will NOT waste taxpayer dollars to provide hormone therapy to illegal aliens." This decision has raised concerns about the health and well-being of transgender individuals in detention. (</w:t>
      </w:r>
      <w:hyperlink r:id="rId19">
        <w:r>
          <w:rPr>
            <w:color w:val="0000EE"/>
            <w:u w:val="single"/>
          </w:rPr>
          <w:t>dailywire.com</w:t>
        </w:r>
      </w:hyperlink>
      <w:r>
        <w:t>)</w:t>
      </w:r>
      <w:r/>
    </w:p>
    <w:p>
      <w:pPr>
        <w:pStyle w:val="ListNumber"/>
        <w:spacing w:line="240" w:lineRule="auto"/>
        <w:ind w:left="720"/>
      </w:pPr>
      <w:r/>
      <w:hyperlink r:id="rId13">
        <w:r>
          <w:rPr>
            <w:color w:val="0000EE"/>
            <w:u w:val="single"/>
          </w:rPr>
          <w:t>https://totalnews.com/al-green-calls-for-hormones-for-transgender-ice-detainees-at-press-conference/</w:t>
        </w:r>
      </w:hyperlink>
      <w:r>
        <w:t xml:space="preserve"> - On September 10, 2026, Rep. Al Green (D-TX) held a press conference advocating for the provision of hormones and specialized medical care for transgender immigrants held in Immigration and Customs Enforcement (ICE) custody. Green was joined by members of the Houston LGBTQ+ Political Caucus and the Montrose Center, discussing what they described as the "maltreatment of transgender immigrants." During the conference, Green read a letter addressed to Homeland Security Secretary Markwayne Mullin, expressing serious concerns regarding the treatment of transgender individuals in detention. (</w:t>
      </w:r>
      <w:hyperlink r:id="rId20">
        <w:r>
          <w:rPr>
            <w:color w:val="0000EE"/>
            <w:u w:val="single"/>
          </w:rPr>
          <w:t>totalnews.com</w:t>
        </w:r>
      </w:hyperlink>
      <w:r>
        <w:t>)</w:t>
      </w:r>
      <w:r/>
    </w:p>
    <w:p>
      <w:pPr>
        <w:pStyle w:val="ListNumber"/>
        <w:spacing w:line="240" w:lineRule="auto"/>
        <w:ind w:left="720"/>
      </w:pPr>
      <w:r/>
      <w:hyperlink r:id="rId15">
        <w:r>
          <w:rPr>
            <w:color w:val="0000EE"/>
            <w:u w:val="single"/>
          </w:rPr>
          <w:t>https://www.bizpacreview.com/2019/06/16/tucker-exposes-ice-bragging-about-program-for-transgender-illegal-aliens-taxpayers-pay-for-hormone-drugs-classes-more-765348/</w:t>
        </w:r>
      </w:hyperlink>
      <w:r>
        <w:t xml:space="preserve"> - In June 2019, it was reported that ICE was spending over $250 million annually on medical care and hormone drugs for transgender illegal aliens. This expenditure does not include the cost of housing, feeding, and providing legal services to transgender ICE detainees. The costs also do not include the billions of dollars spent every year on welfare benefits, healthcare, and education for the over 12 million (non-transgender) illegals currently in the country. (</w:t>
      </w:r>
      <w:hyperlink r:id="rId21">
        <w:r>
          <w:rPr>
            <w:color w:val="0000EE"/>
            <w:u w:val="single"/>
          </w:rPr>
          <w:t>bizpacreview.com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bjectivist.co/2026/09/rep-al-green-demands-taxpayer-funded-transgender-treatments-for-illegal-aliens-in-ice-custody-watch/" TargetMode="External"/><Relationship Id="rId10" Type="http://schemas.openxmlformats.org/officeDocument/2006/relationships/hyperlink" Target="https://algreen.house.gov/media/press-releases/congressman-al-green-houston-lgbtq-political-caucus-and-montrose-center-will" TargetMode="External"/><Relationship Id="rId11" Type="http://schemas.openxmlformats.org/officeDocument/2006/relationships/hyperlink" Target="https://www.thegatewaypundit.com/2026/09/whacko-rep-al-green-demands-free-transgender-treatments/" TargetMode="External"/><Relationship Id="rId12" Type="http://schemas.openxmlformats.org/officeDocument/2006/relationships/hyperlink" Target="https://www.breitbart.com/politics/2026/09/10/al-green-holds-press-conference-demand-hormones-trans-ice-detainees/amp/" TargetMode="External"/><Relationship Id="rId13" Type="http://schemas.openxmlformats.org/officeDocument/2006/relationships/hyperlink" Target="https://totalnews.com/al-green-calls-for-hormones-for-transgender-ice-detainees-at-press-conference/" TargetMode="External"/><Relationship Id="rId14" Type="http://schemas.openxmlformats.org/officeDocument/2006/relationships/hyperlink" Target="https://www.dailywire.com/news/trump-stops-giving-hormones-to-trans-identifying-illegal-immigrants-in-ice-detention" TargetMode="External"/><Relationship Id="rId15" Type="http://schemas.openxmlformats.org/officeDocument/2006/relationships/hyperlink" Target="https://www.bizpacreview.com/2019/06/16/tucker-exposes-ice-bragging-about-program-for-transgender-illegal-aliens-taxpayers-pay-for-hormone-drugs-classes-more-765348/" TargetMode="External"/><Relationship Id="rId16" Type="http://schemas.openxmlformats.org/officeDocument/2006/relationships/hyperlink" Target="https://algreen.house.gov/media/press-releases/congressman-al-green-houston-lgbtq-political-caucus-and-montrose-center-will?utm_source=openai" TargetMode="External"/><Relationship Id="rId17" Type="http://schemas.openxmlformats.org/officeDocument/2006/relationships/hyperlink" Target="https://www.thegatewaypundit.com/2026/09/whacko-rep-al-green-demands-free-transgender-treatments/?utm_source=openai" TargetMode="External"/><Relationship Id="rId18" Type="http://schemas.openxmlformats.org/officeDocument/2006/relationships/hyperlink" Target="https://www.breitbart.com/politics/2026/09/10/al-green-holds-press-conference-demand-hormones-trans-ice-detainees/amp/?utm_source=openai" TargetMode="External"/><Relationship Id="rId19" Type="http://schemas.openxmlformats.org/officeDocument/2006/relationships/hyperlink" Target="https://www.dailywire.com/news/trump-stops-giving-hormones-to-trans-identifying-illegal-immigrants-in-ice-detention?utm_source=openai" TargetMode="External"/><Relationship Id="rId20" Type="http://schemas.openxmlformats.org/officeDocument/2006/relationships/hyperlink" Target="https://totalnews.com/al-green-calls-for-hormones-for-transgender-ice-detainees-at-press-conference/?utm_source=openai" TargetMode="External"/><Relationship Id="rId21" Type="http://schemas.openxmlformats.org/officeDocument/2006/relationships/hyperlink" Target="https://www.bizpacreview.com/2019/06/16/tucker-exposes-ice-bragging-about-program-for-transgender-illegal-aliens-taxpayers-pay-for-hormone-drugs-classes-more-76534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