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Best Voguing Guide: Ballroom Dance, History and Cultural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Voguing is far more than a striking dance style. Born in New York's Black and Latinx LGBTQ+ ballroom scene, it blends sharp poses, angular lines and rapid hand movements with competition, identity and community. From Madonna's global pop moment to today's dance floors, its story still matters.</w:t>
      </w:r>
      <w:r/>
    </w:p>
    <w:p>
      <w:pPr>
        <w:pStyle w:val="Heading2"/>
      </w:pPr>
      <w:r>
        <w:t>Voguing began in a world of its own</w:t>
      </w:r>
      <w:r/>
    </w:p>
    <w:p>
      <w:r/>
      <w:r>
        <w:t>Voguing grew from New York's ballroom culture, where Black, Latinx, queer and trans communities created spaces for expression, rivalry and belonging. Dancers competed in categories that celebrated fashion, performance, beauty and attitude, often within chosen families known as Houses.</w:t>
      </w:r>
      <w:r/>
    </w:p>
    <w:p>
      <w:r/>
      <w:r>
        <w:t>The atmosphere was theatrical but deeply practical, too. For people pushed to society's edges, a ball offered recognition on their own terms, with music, glamour and applause replacing the judgement found elsewhere. History.com describes Houses as both competitive teams and supportive communities, a combination that remains central to ballroom's appeal.</w:t>
      </w:r>
      <w:r/>
    </w:p>
    <w:p>
      <w:pPr>
        <w:pStyle w:val="Heading2"/>
      </w:pPr>
      <w:r>
        <w:t>What makes the dance so distinctive?</w:t>
      </w:r>
      <w:r/>
    </w:p>
    <w:p>
      <w:r/>
      <w:r>
        <w:t>The style is instantly recognisable: a dancer freezes into a pose, slices through the air with precise arm patterns, then moves with quick, geometric footwork. Hand performance, sharp angles and controlled dips create a look that's sleek, dramatic and wonderfully unforgiving.</w:t>
      </w:r>
      <w:r/>
    </w:p>
    <w:p>
      <w:r/>
      <w:r>
        <w:t>There isn't just one form of voguing. Styles commonly associated with the culture include Old Way, New Way and Vogue Fem, each carrying its own technique and energy. The emphasis is on musicality and character as much as athletic skill, so a technically neat routine can still fall flat if it lacks presence.</w:t>
      </w:r>
      <w:r/>
    </w:p>
    <w:p>
      <w:pPr>
        <w:pStyle w:val="Heading2"/>
      </w:pPr>
      <w:r>
        <w:t>Madonna made voguing famous, but didn't create it</w:t>
      </w:r>
      <w:r/>
    </w:p>
    <w:p>
      <w:r/>
      <w:r>
        <w:t>Madonna's 1990 video for "Vogue" introduced the movement to millions, turning an underground New York practice into a mainstream pop reference almost overnight. The famous command to "strike a pose" made the style feel universal, even though its roots were much more specific.</w:t>
      </w:r>
      <w:r/>
    </w:p>
    <w:p>
      <w:r/>
      <w:r>
        <w:t>That visibility was a mixed blessing. It opened doors for dancers and brought ballroom language into popular culture, but it also risked separating the moves from the communities that developed them. As Vogue's oral history of ballroom shows, the culture's meaning cannot be reduced to a music video or a fashion trend.</w:t>
      </w:r>
      <w:r/>
    </w:p>
    <w:p>
      <w:pPr>
        <w:pStyle w:val="Heading2"/>
      </w:pPr>
      <w:r>
        <w:t>"Paris Is Burning" captured a complicated moment</w:t>
      </w:r>
      <w:r/>
    </w:p>
    <w:p>
      <w:r/>
      <w:r>
        <w:t>Jennie Livingston's documentary "Paris Is Burning" remains one of the best-known records of New York ballroom in the late 1980s and early 1990s. The film follows Houses, balls and performers while revealing how categories such as realness reflected wider pressures around race, gender, class and survival.</w:t>
      </w:r>
      <w:r/>
    </w:p>
    <w:p>
      <w:r/>
      <w:r>
        <w:t>The documentary has also prompted lasting debate about authorship, access and who benefits when marginalised communities are represented on screen. Roger Ebert's contemporary review recognised the film's vivid personalities and emotional force, while later discussion has encouraged audiences to watch it with a more critical eye.</w:t>
      </w:r>
      <w:r/>
    </w:p>
    <w:p>
      <w:pPr>
        <w:pStyle w:val="Heading2"/>
      </w:pPr>
      <w:r>
        <w:t>Ballroom's legacy is still moving forward</w:t>
      </w:r>
      <w:r/>
    </w:p>
    <w:p>
      <w:r/>
      <w:r>
        <w:t>Television helped renew public interest. "Pose" brought the era's Houses, rivalries and friendships to a broad audience, while also confronting the impact of HIV and Aids on the community. Its success showed that ballroom stories could carry both spectacular performance and serious historical weight.</w:t>
      </w:r>
      <w:r/>
    </w:p>
    <w:p>
      <w:r/>
      <w:r>
        <w:t>The culture continues to evolve internationally, including in Berlin and other European cities. New generations are adapting the format without losing its central ideas: self-invention, chosen family and the right to be seen. The best way to engage is to learn the history, support ballroom artists and avoid treating voguing as a costume for a single night.</w:t>
      </w:r>
      <w:r/>
    </w:p>
    <w:p>
      <w:r/>
      <w:r>
        <w:t>Voguing still proves that a pose can be protest, celebration and self-defence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https://magazin.hiv/magazin/beauty-of-ballroom-voguing/</w:t>
        </w:r>
      </w:hyperlink>
      <w:r>
        <w:t xml:space="preserve"> - Please view link - unable to able to access data</w:t>
      </w:r>
      <w:r/>
    </w:p>
    <w:p>
      <w:pPr>
        <w:pStyle w:val="ListNumber"/>
        <w:spacing w:line="240" w:lineRule="auto"/>
        <w:ind w:left="720"/>
      </w:pPr>
      <w:r/>
      <w:hyperlink r:id="rId10">
        <w:r>
          <w:rPr>
            <w:color w:val="0000EE"/>
            <w:u w:val="single"/>
          </w:rPr>
          <w:t>https://www.history.com/articles/what-is-voguing-dance</w:t>
        </w:r>
      </w:hyperlink>
      <w:r>
        <w:t xml:space="preserve"> - This article from History.com explores the origins and evolution of voguing, a dance form that emerged in Harlem's ballroom scene in the 1960s. It highlights how Madonna's 1990 hit 'Vogue' brought this underground phenomenon to global attention, and discusses the dance's roots in New York's drag ballroom culture, which was inspired by late 19th-century debutante and masquerade balls. The piece also touches upon the three distinct styles of voguing that have developed over time.</w:t>
      </w:r>
      <w:r/>
    </w:p>
    <w:p>
      <w:pPr>
        <w:pStyle w:val="ListNumber"/>
        <w:spacing w:line="240" w:lineRule="auto"/>
        <w:ind w:left="720"/>
      </w:pPr>
      <w:r/>
      <w:hyperlink r:id="rId13">
        <w:r>
          <w:rPr>
            <w:color w:val="0000EE"/>
            <w:u w:val="single"/>
          </w:rPr>
          <w:t>https://www.rogerebert.com/reviews/paris-is-burning-1991</w:t>
        </w:r>
      </w:hyperlink>
      <w:r>
        <w:t xml:space="preserve"> - In this review, Roger Ebert discusses the 1990 documentary 'Paris Is Burning,' which delves into New York's drag scene in the 1980s. The film focuses on balls, voguing, and the ambitions of those who contributed to the era's vibrancy. Ebert describes voguing as a highly developed form of expression, combining poses from Vogue magazine with dance moves and body positions inspired by Egyptian hieroglyphics to create pantomimes that tell stories and make statements.</w:t>
      </w:r>
      <w:r/>
    </w:p>
    <w:p>
      <w:pPr>
        <w:pStyle w:val="ListNumber"/>
        <w:spacing w:line="240" w:lineRule="auto"/>
        <w:ind w:left="720"/>
      </w:pPr>
      <w:r/>
      <w:hyperlink r:id="rId12">
        <w:r>
          <w:rPr>
            <w:color w:val="0000EE"/>
            <w:u w:val="single"/>
          </w:rPr>
          <w:t>https://www.vogue.com/article/oral-history-ballroom-pride-2023</w:t>
        </w:r>
      </w:hyperlink>
      <w:r>
        <w:t xml:space="preserve"> - Vogue magazine presents an oral history of ballroom culture's journey from underground subculture to mainstream phenomenon. The article features insights from key figures, including Madonna's 'Vogue' music video director David Fincher and dancer Jose Xtravaganza. It discusses how Madonna's 1990 video brought voguing into the mainstream, featuring dancers from the ballroom scene, and the subsequent impact on the community, both positive and negative, as it gained widespread attention.</w:t>
      </w:r>
      <w:r/>
    </w:p>
    <w:p>
      <w:pPr>
        <w:pStyle w:val="ListNumber"/>
        <w:spacing w:line="240" w:lineRule="auto"/>
        <w:ind w:left="720"/>
      </w:pPr>
      <w:r/>
      <w:hyperlink r:id="rId11">
        <w:r>
          <w:rPr>
            <w:color w:val="0000EE"/>
            <w:u w:val="single"/>
          </w:rPr>
          <w:t>https://www.history.com/articles/drag-balls-house-ballroom-voguing</w:t>
        </w:r>
      </w:hyperlink>
      <w:r>
        <w:t xml:space="preserve"> - This article from History.com examines the evolution of drag balls into house balls, the birthplace of voguing. It discusses how voguing became more mainstream with Madonna's 'Vogue' and the documentary 'Paris Is Burning,' both released in 1990 and 1991, respectively. The piece also addresses the cultural appropriation debates surrounding Madonna's adoption of voguing and the film's role in bringing the ballroom scene to a wider audience.</w:t>
      </w:r>
      <w:r/>
    </w:p>
    <w:p>
      <w:pPr>
        <w:pStyle w:val="ListNumber"/>
        <w:spacing w:line="240" w:lineRule="auto"/>
        <w:ind w:left="720"/>
      </w:pPr>
      <w:r/>
      <w:hyperlink r:id="rId14">
        <w:r>
          <w:rPr>
            <w:color w:val="0000EE"/>
            <w:u w:val="single"/>
          </w:rPr>
          <w:t>https://www.criterion.com/films/29647</w:t>
        </w:r>
      </w:hyperlink>
      <w:r>
        <w:t xml:space="preserve"> - The Criterion Collection provides an overview of the 1990 documentary 'Paris Is Burning,' directed by Jennie Livingston. The film offers an intimate portrait of New York City's African American and Latinx Harlem drag-ball scene, featuring legendary voguers, drag queens, and trans women. It highlights the challenges faced by the community, including homophobia, transphobia, racism, AIDS, and poverty, while celebrating the joy of movement, eloquence, and the draw of community.</w:t>
      </w:r>
      <w:r/>
    </w:p>
    <w:p>
      <w:pPr>
        <w:pStyle w:val="ListNumber"/>
        <w:spacing w:line="240" w:lineRule="auto"/>
        <w:ind w:left="720"/>
      </w:pPr>
      <w:r/>
      <w:hyperlink r:id="rId15">
        <w:r>
          <w:rPr>
            <w:color w:val="0000EE"/>
            <w:u w:val="single"/>
          </w:rPr>
          <w:t>https://www.imdb.com/title/tt0100332</w:t>
        </w:r>
      </w:hyperlink>
      <w:r>
        <w:t xml:space="preserve"> - IMDb provides information on the 1990 documentary 'Paris Is Burning,' directed by Jennie Livingston. The film chronicles New York's drag scene in the 1980s, focusing on balls, voguing, and the ambitions and dreams of those who contributed to the era's warmth and vitality. It features interviews with key figures in the ballroom scene and offers a glimpse into the lives of the LGBTQ+ community during that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gazin.hiv/magazin/beauty-of-ballroom-voguing/" TargetMode="External"/><Relationship Id="rId10" Type="http://schemas.openxmlformats.org/officeDocument/2006/relationships/hyperlink" Target="https://www.history.com/articles/what-is-voguing-dance" TargetMode="External"/><Relationship Id="rId11" Type="http://schemas.openxmlformats.org/officeDocument/2006/relationships/hyperlink" Target="https://www.history.com/articles/drag-balls-house-ballroom-voguing" TargetMode="External"/><Relationship Id="rId12" Type="http://schemas.openxmlformats.org/officeDocument/2006/relationships/hyperlink" Target="https://www.vogue.com/article/oral-history-ballroom-pride-2023" TargetMode="External"/><Relationship Id="rId13" Type="http://schemas.openxmlformats.org/officeDocument/2006/relationships/hyperlink" Target="https://www.rogerebert.com/reviews/paris-is-burning-1991" TargetMode="External"/><Relationship Id="rId14" Type="http://schemas.openxmlformats.org/officeDocument/2006/relationships/hyperlink" Target="https://www.criterion.com/films/29647" TargetMode="External"/><Relationship Id="rId15" Type="http://schemas.openxmlformats.org/officeDocument/2006/relationships/hyperlink" Target="https://www.imdb.com/title/tt01003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