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Ten Years of Queer Sci-Fi Writing, Resistance and Hope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marking a decade of Jeff Baker's Queer Sci-Fi column, a monthly space shaped by books, grief, cats, creativity and stubborn hope. As public symbols of LGBTQ+ remembrance face renewed pressure in Orlando and beyond, Baker's anniversary reflection shows why queer science fiction writing still matters, both politically and personally.</w:t>
      </w:r>
      <w:r/>
    </w:p>
    <w:p>
      <w:pPr>
        <w:pStyle w:val="Heading2"/>
      </w:pPr>
      <w:r>
        <w:t>Essential Takeaways</w:t>
      </w:r>
      <w:r/>
      <w:r/>
    </w:p>
    <w:p>
      <w:pPr>
        <w:pStyle w:val="ListBullet"/>
        <w:spacing w:line="240" w:lineRule="auto"/>
        <w:ind w:left="720"/>
      </w:pPr>
      <w:r/>
      <w:r>
        <w:rPr>
          <w:b/>
        </w:rPr>
        <w:t>A decade of consistency:</w:t>
      </w:r>
      <w:r>
        <w:t xml:space="preserve"> Jeff Baker has published roughly 122 months of columns about science fiction, fantasy, horror, reading and writing.</w:t>
      </w:r>
      <w:r/>
    </w:p>
    <w:p>
      <w:pPr>
        <w:pStyle w:val="ListBullet"/>
        <w:spacing w:line="240" w:lineRule="auto"/>
        <w:ind w:left="720"/>
      </w:pPr>
      <w:r/>
      <w:r>
        <w:rPr>
          <w:b/>
        </w:rPr>
        <w:t>A personal milestone:</w:t>
      </w:r>
      <w:r>
        <w:t xml:space="preserve"> The anniversary reflection covers marriage, bereavement, new family, sobriety, health changes, a tattoo and three adopted cats.</w:t>
      </w:r>
      <w:r/>
    </w:p>
    <w:p>
      <w:pPr>
        <w:pStyle w:val="ListBullet"/>
        <w:spacing w:line="240" w:lineRule="auto"/>
        <w:ind w:left="720"/>
      </w:pPr>
      <w:r/>
      <w:r>
        <w:rPr>
          <w:b/>
        </w:rPr>
        <w:t>A changing public landscape:</w:t>
      </w:r>
      <w:r>
        <w:t xml:space="preserve"> A rainbow crosswalk near Orlando's Pulse nightclub was removed, prompting criticism from local officials and LGBTQ+ advocates.</w:t>
      </w:r>
      <w:r/>
    </w:p>
    <w:p>
      <w:pPr>
        <w:pStyle w:val="ListBullet"/>
        <w:spacing w:line="240" w:lineRule="auto"/>
        <w:ind w:left="720"/>
      </w:pPr>
      <w:r/>
      <w:r>
        <w:rPr>
          <w:b/>
        </w:rPr>
        <w:t>Small actions count:</w:t>
      </w:r>
      <w:r>
        <w:t xml:space="preserve"> Baker's central message is that writing, reading, friendship and persistence can help change the world piece by piece.</w:t>
      </w:r>
      <w:r/>
      <w:r/>
    </w:p>
    <w:p>
      <w:pPr>
        <w:pStyle w:val="Heading2"/>
      </w:pPr>
      <w:r>
        <w:t>Ten years of showing up</w:t>
      </w:r>
      <w:r/>
    </w:p>
    <w:p>
      <w:r/>
      <w:r>
        <w:t>The most striking thing about Baker's anniversary isn't a dramatic plot twist. It's the quiet force of repetition: one column after another, month after month, through political turmoil, personal loss and the ordinary clutter of life.</w:t>
      </w:r>
      <w:r/>
    </w:p>
    <w:p>
      <w:r/>
      <w:r>
        <w:t>That rhythm gives the project a warm, lived-in quality. The writing isn't presented as a polished monument, but as evidence that a person kept turning up with thoughts about books, stories and the wider world. In an age of rapid news cycles, there's something reassuring about that steady pulse.</w:t>
      </w:r>
      <w:r/>
    </w:p>
    <w:p>
      <w:r/>
      <w:r>
        <w:t>The backdrop remains difficult. In Orlando, a rainbow crosswalk near the former Pulse nightclub site was painted over in 2025, an act reported by CBS News and other outlets that quickly became part of a broader argument over public memory and LGBTQ+ visibility.</w:t>
      </w:r>
      <w:r/>
    </w:p>
    <w:p>
      <w:pPr>
        <w:pStyle w:val="Heading2"/>
      </w:pPr>
      <w:r>
        <w:t>When public symbols become political</w:t>
      </w:r>
      <w:r/>
    </w:p>
    <w:p>
      <w:r/>
      <w:r>
        <w:t>The crosswalk had carried particular emotional weight because of its proximity to the 2016 Pulse nightclub massacre. According to WUSF, Orlando officials condemned the removal, while reporting from CNBC and The Independent described the decision as part of wider changes affecting rainbow-themed memorials and road markings.</w:t>
      </w:r>
      <w:r/>
    </w:p>
    <w:p>
      <w:r/>
      <w:r>
        <w:t>The details matter because public symbols are rarely just decoration. A painted crossing can become a place where people remember the dead, signal solidarity and tell visitors whose lives belong in the story of a city. When it disappears overnight, the absence can feel surprisingly loud.</w:t>
      </w:r>
      <w:r/>
    </w:p>
    <w:p>
      <w:r/>
      <w:r>
        <w:t>Snopes also examined claims surrounding the crosswalk's removal, highlighting how quickly the incident became entangled with online speculation and political messaging. Baker's reflection sits within that same unsettled landscape, but it resists the temptation to treat public events as the whole story.</w:t>
      </w:r>
      <w:r/>
    </w:p>
    <w:p>
      <w:pPr>
        <w:pStyle w:val="Heading2"/>
      </w:pPr>
      <w:r>
        <w:t>Grief, family and the business of carrying on</w:t>
      </w:r>
      <w:r/>
    </w:p>
    <w:p>
      <w:r/>
      <w:r>
        <w:t>Baker writes about his husband, whom he had been with for years when the column began, and about the devastating loss he later chronicled. He also mentions a new grandniece, a reminder that grief and arrival can occupy the same family timeline.</w:t>
      </w:r>
      <w:r/>
    </w:p>
    <w:p>
      <w:r/>
      <w:r>
        <w:t>That contrast is one of the piece's most human touches. Life doesn't wait for anyone to finish processing the previous chapter. There are relatives to welcome, responsibilities to handle and, occasionally, three cats to adopt. The emotional texture is messy, but that's precisely why it feels recognisable.</w:t>
      </w:r>
      <w:r/>
    </w:p>
    <w:p>
      <w:r/>
      <w:r>
        <w:t>The result is less a victory lap than a record of adaptation. Baker describes changing his diet after a pre-diabetes warning, giving up alcohol, reading more and setting a daily page target. None of these choices sounds cinematic, yet together they form a practical portrait of resilience.</w:t>
      </w:r>
      <w:r/>
    </w:p>
    <w:p>
      <w:pPr>
        <w:pStyle w:val="Heading2"/>
      </w:pPr>
      <w:r>
        <w:t>Why queer science fiction still needs its readers</w:t>
      </w:r>
      <w:r/>
    </w:p>
    <w:p>
      <w:r/>
      <w:r>
        <w:t>Queer science fiction has always offered more than escapism. It can imagine different futures, question supposedly fixed rules and give readers language for lives that mainstream culture has often ignored or distorted.</w:t>
      </w:r>
      <w:r/>
    </w:p>
    <w:p>
      <w:r/>
      <w:r>
        <w:t>Baker's column adds another layer: it documents the everyday work behind that culture. There are rejected submissions alongside sales, reading notes beside writing ambitions, and personal observations threaded through discussions of genre fiction. The message is quietly encouraging. Creative communities aren't built only by major awards or bestselling novels; they're built by people who keep reading and sharing.</w:t>
      </w:r>
      <w:r/>
    </w:p>
    <w:p>
      <w:r/>
      <w:r>
        <w:t>That matters especially when visibility feels fragile. Reporting from Fox 35 Orlando and other outlets showed how the Pulse crosswalk became a flashpoint, while Baker's anniversary offers a different kind of response: keep making, keep remembering and keep creating spaces where people can recognise themselves.</w:t>
      </w:r>
      <w:r/>
    </w:p>
    <w:p>
      <w:pPr>
        <w:pStyle w:val="Heading2"/>
      </w:pPr>
      <w:r>
        <w:t>The small things may be the lasting things</w:t>
      </w:r>
      <w:r/>
    </w:p>
    <w:p>
      <w:r/>
      <w:r>
        <w:t>Baker's conclusion is deliberately modest. Readers don't need a time machine or a superhero ring to make a difference, he argues; helping friends, writing a page, reading a book or supporting family can all count.</w:t>
      </w:r>
      <w:r/>
    </w:p>
    <w:p>
      <w:r/>
      <w:r>
        <w:t>It's an appealing idea because it doesn't demand perfection. A daily word count can be useful even when it's more prod than promise. A blog post can matter even when only a handful of people reply. And a column can become a small landmark simply by remaining present.</w:t>
      </w:r>
      <w:r/>
    </w:p>
    <w:p>
      <w:r/>
      <w:r>
        <w:t>For readers, the anniversary is a gentle nudge to notice their own forms of persistence. Ten years of queer science fiction writing may sound like a grand achievement, but it was assembled from ordinary decisions: sit down, think clearly, finish the piece and return next month.</w:t>
      </w:r>
      <w:r/>
    </w:p>
    <w:p>
      <w:r/>
      <w:r>
        <w:t>Keep showing up. The little things really do add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https://www.queerscifi.com/ten-years-a-boogieman-jeff-baker-boogieman-in-lavender-september-10-2026/</w:t>
        </w:r>
      </w:hyperlink>
      <w:r>
        <w:t xml:space="preserve"> - Please view link - unable to able to access data</w:t>
      </w:r>
      <w:r/>
    </w:p>
    <w:p>
      <w:pPr>
        <w:pStyle w:val="ListNumber"/>
        <w:spacing w:line="240" w:lineRule="auto"/>
        <w:ind w:left="720"/>
      </w:pPr>
      <w:r/>
      <w:hyperlink r:id="rId10">
        <w:r>
          <w:rPr>
            <w:color w:val="0000EE"/>
            <w:u w:val="single"/>
          </w:rPr>
          <w:t>https://www.snopes.com/news/2025/08/22/trump-pulse-rainbow-crosswalk/</w:t>
        </w:r>
      </w:hyperlink>
      <w:r>
        <w:t xml:space="preserve"> - In August 2025, reports emerged that the Trump administration had ordered the removal of a rainbow crosswalk in Orlando, Florida, which honoured the victims of the 2016 Pulse nightclub shooting. The Florida Department of Transportation confirmed the crosswalk was painted over to comply with state design standards, leading to public outcry and debates over the intersection of politics and public memorials.</w:t>
      </w:r>
      <w:r/>
    </w:p>
    <w:p>
      <w:pPr>
        <w:pStyle w:val="ListNumber"/>
        <w:spacing w:line="240" w:lineRule="auto"/>
        <w:ind w:left="720"/>
      </w:pPr>
      <w:r/>
      <w:hyperlink r:id="rId11">
        <w:r>
          <w:rPr>
            <w:color w:val="0000EE"/>
            <w:u w:val="single"/>
          </w:rPr>
          <w:t>https://www.cbsnews.com/news/pulse-nightclub-rainbow-crosswalk-orlando-painted-over/</w:t>
        </w:r>
      </w:hyperlink>
      <w:r>
        <w:t xml:space="preserve"> - In August 2025, the rainbow crosswalk outside Orlando's Pulse nightclub, commemorating the 49 victims of the 2016 mass shooting, was painted over by state workers. Orlando Mayor Buddy Dyer condemned the act as a 'cruel political act,' highlighting the crosswalk's significance as both a safety measure and a symbol of the city's commitment to honouring the victims.</w:t>
      </w:r>
      <w:r/>
    </w:p>
    <w:p>
      <w:pPr>
        <w:pStyle w:val="ListNumber"/>
        <w:spacing w:line="240" w:lineRule="auto"/>
        <w:ind w:left="720"/>
      </w:pPr>
      <w:r/>
      <w:hyperlink r:id="rId12">
        <w:r>
          <w:rPr>
            <w:color w:val="0000EE"/>
            <w:u w:val="single"/>
          </w:rPr>
          <w:t>https://www.wusf.org/politics-issues/2025-08-21/orlando-officials-denounce-removal-rainbow-crosswalk-near-pulse-nightclub-mass-shooting-site</w:t>
        </w:r>
      </w:hyperlink>
      <w:r>
        <w:t xml:space="preserve"> - Orlando officials criticised the overnight removal of the rainbow crosswalk near the Pulse nightclub, which honoured the 49 victims of the 2016 mass shooting. The Florida Department of Transportation painted over the crosswalk, leading to accusations of a politically motivated act by the state's administration.</w:t>
      </w:r>
      <w:r/>
    </w:p>
    <w:p>
      <w:pPr>
        <w:pStyle w:val="ListNumber"/>
        <w:spacing w:line="240" w:lineRule="auto"/>
        <w:ind w:left="720"/>
      </w:pPr>
      <w:r/>
      <w:hyperlink r:id="rId13">
        <w:r>
          <w:rPr>
            <w:color w:val="0000EE"/>
            <w:u w:val="single"/>
          </w:rPr>
          <w:t>https://www.the-independent.com/news/world/americas/us-politics/pulse-nightclub-rainbow-crosswalk-florida-b2813635.html</w:t>
        </w:r>
      </w:hyperlink>
      <w:r>
        <w:t xml:space="preserve"> - After the rainbow crosswalk outside Orlando's Pulse nightclub was painted over by state workers in August 2025, advocates used chalk to recreate the rainbow colours. The crosswalk, installed in 2017, had been a memorial for the 49 victims of the 2016 mass shooting and a symbol of LGBTQ+ pride.</w:t>
      </w:r>
      <w:r/>
    </w:p>
    <w:p>
      <w:pPr>
        <w:pStyle w:val="ListNumber"/>
        <w:spacing w:line="240" w:lineRule="auto"/>
        <w:ind w:left="720"/>
      </w:pPr>
      <w:r/>
      <w:hyperlink r:id="rId14">
        <w:r>
          <w:rPr>
            <w:color w:val="0000EE"/>
            <w:u w:val="single"/>
          </w:rPr>
          <w:t>https://www.cnbc.com/2025/08/21/pulse-memorials-rainbow-crosswalk-removed-overnight-in-orlando-florida.html</w:t>
        </w:r>
      </w:hyperlink>
      <w:r>
        <w:t xml:space="preserve"> - In August 2025, the rainbow crosswalk outside Orlando's Pulse nightclub, part of the city's memorial to the 49 victims of the 2016 mass shooting, was painted over by state workers. The Florida Department of Transportation's action sparked criticism from local officials and the community.</w:t>
      </w:r>
      <w:r/>
    </w:p>
    <w:p>
      <w:pPr>
        <w:pStyle w:val="ListNumber"/>
        <w:spacing w:line="240" w:lineRule="auto"/>
        <w:ind w:left="720"/>
      </w:pPr>
      <w:r/>
      <w:hyperlink r:id="rId15">
        <w:r>
          <w:rPr>
            <w:color w:val="0000EE"/>
            <w:u w:val="single"/>
          </w:rPr>
          <w:t>https://www.fox35orlando.com/news/fdot-erases-protest-rainbows-from-crosswalk-outside-pulse-nightclub</w:t>
        </w:r>
      </w:hyperlink>
      <w:r>
        <w:t xml:space="preserve"> - In August 2025, the Florida Department of Transportation repainted the rainbow crosswalk outside Orlando's Pulse nightclub black, after it had been restored by advocates using chalk. The crosswalk, which honoured the 49 victims of the 2016 mass shooting, had been painted over by state workers earlier that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scifi.com/ten-years-a-boogieman-jeff-baker-boogieman-in-lavender-september-10-2026/" TargetMode="External"/><Relationship Id="rId10" Type="http://schemas.openxmlformats.org/officeDocument/2006/relationships/hyperlink" Target="https://www.snopes.com/news/2025/08/22/trump-pulse-rainbow-crosswalk/" TargetMode="External"/><Relationship Id="rId11" Type="http://schemas.openxmlformats.org/officeDocument/2006/relationships/hyperlink" Target="https://www.cbsnews.com/news/pulse-nightclub-rainbow-crosswalk-orlando-painted-over/" TargetMode="External"/><Relationship Id="rId12" Type="http://schemas.openxmlformats.org/officeDocument/2006/relationships/hyperlink" Target="https://www.wusf.org/politics-issues/2025-08-21/orlando-officials-denounce-removal-rainbow-crosswalk-near-pulse-nightclub-mass-shooting-site" TargetMode="External"/><Relationship Id="rId13" Type="http://schemas.openxmlformats.org/officeDocument/2006/relationships/hyperlink" Target="https://www.the-independent.com/news/world/americas/us-politics/pulse-nightclub-rainbow-crosswalk-florida-b2813635.html" TargetMode="External"/><Relationship Id="rId14" Type="http://schemas.openxmlformats.org/officeDocument/2006/relationships/hyperlink" Target="https://www.cnbc.com/2025/08/21/pulse-memorials-rainbow-crosswalk-removed-overnight-in-orlando-florida.html" TargetMode="External"/><Relationship Id="rId15" Type="http://schemas.openxmlformats.org/officeDocument/2006/relationships/hyperlink" Target="https://www.fox35orlando.com/news/fdot-erases-protest-rainbows-from-crosswalk-outside-pulse-nightclu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