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RuPaul’s Drag Race UK Leaves BBC for Streaming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reacting after RuPaul’s Drag Race UK was removed from the BBC schedule, ending its run on mainstream free-to-air television. The eighth series will finish on BBC Three and BBC iPlayer, but future seasons will move to WOW Presents Plus, where the franchise’s first UK All Stars edition is planned for autumn 2027.</w:t>
      </w:r>
      <w:r/>
    </w:p>
    <w:p>
      <w:pPr>
        <w:pStyle w:val="Heading2"/>
      </w:pPr>
      <w:r>
        <w:t>Essential Takeaways</w:t>
      </w:r>
      <w:r/>
      <w:r/>
    </w:p>
    <w:p>
      <w:pPr>
        <w:pStyle w:val="ListBullet"/>
        <w:spacing w:line="240" w:lineRule="auto"/>
        <w:ind w:left="720"/>
      </w:pPr>
      <w:r/>
      <w:r>
        <w:rPr>
          <w:b/>
        </w:rPr>
        <w:t>The BBC run is ending:</w:t>
      </w:r>
      <w:r>
        <w:t xml:space="preserve"> RuPaul’s Drag Race UK will leave the broadcaster after eight main seasons and three UK vs the World editions.</w:t>
      </w:r>
      <w:r/>
    </w:p>
    <w:p>
      <w:pPr>
        <w:pStyle w:val="ListBullet"/>
        <w:spacing w:line="240" w:lineRule="auto"/>
        <w:ind w:left="720"/>
      </w:pPr>
      <w:r/>
      <w:r>
        <w:rPr>
          <w:b/>
        </w:rPr>
        <w:t>Season eight continues:</w:t>
      </w:r>
      <w:r>
        <w:t xml:space="preserve"> Current episodes will still air on BBC Three and remain available on BBC iPlayer.</w:t>
      </w:r>
      <w:r/>
    </w:p>
    <w:p>
      <w:pPr>
        <w:pStyle w:val="ListBullet"/>
        <w:spacing w:line="240" w:lineRule="auto"/>
        <w:ind w:left="720"/>
      </w:pPr>
      <w:r/>
      <w:r>
        <w:rPr>
          <w:b/>
        </w:rPr>
        <w:t>WOW Presents Plus takes over:</w:t>
      </w:r>
      <w:r>
        <w:t xml:space="preserve"> World of Wonder will continue the franchise on its own streaming platform.</w:t>
      </w:r>
      <w:r/>
    </w:p>
    <w:p>
      <w:pPr>
        <w:pStyle w:val="ListBullet"/>
        <w:spacing w:line="240" w:lineRule="auto"/>
        <w:ind w:left="720"/>
      </w:pPr>
      <w:r/>
      <w:r>
        <w:rPr>
          <w:b/>
        </w:rPr>
        <w:t>UK All Stars is coming:</w:t>
      </w:r>
      <w:r>
        <w:t xml:space="preserve"> Former contestants are expected to return for a new competition in autumn 2027.</w:t>
      </w:r>
      <w:r/>
    </w:p>
    <w:p>
      <w:pPr>
        <w:pStyle w:val="ListBullet"/>
        <w:spacing w:line="240" w:lineRule="auto"/>
        <w:ind w:left="720"/>
      </w:pPr>
      <w:r/>
      <w:r>
        <w:rPr>
          <w:b/>
        </w:rPr>
        <w:t>A bigger prize may be possible:</w:t>
      </w:r>
      <w:r>
        <w:t xml:space="preserve"> Moving away from the BBC could open the door to a more substantial cash prize.</w:t>
      </w:r>
      <w:r/>
      <w:r/>
    </w:p>
    <w:p>
      <w:pPr>
        <w:pStyle w:val="Heading2"/>
      </w:pPr>
      <w:r>
        <w:t>Drag Race UK’s BBC era is coming to an end</w:t>
      </w:r>
      <w:r/>
    </w:p>
    <w:p>
      <w:r/>
      <w:r>
        <w:t>For six years, RuPaul’s Drag Race UK has been a bright, glittering fixture on British television. Now, after eight main seasons and three UK vs the World editions, the series is leaving the BBC and heading to streaming.</w:t>
      </w:r>
      <w:r/>
    </w:p>
    <w:p>
      <w:r/>
      <w:r>
        <w:t>The currently airing eighth season won’t be interrupted. It will continue on BBC Three and BBC iPlayer, while earlier series are also expected to remain available. That offers some comfort, although the wider shift still feels significant for a show that reached far beyond its core fanbase.</w:t>
      </w:r>
      <w:r/>
    </w:p>
    <w:p>
      <w:r/>
      <w:r>
        <w:t>According to the BBC, financial pressure and a requirement to find £500 million in savings over two years have forced difficult programming decisions. Drag Race UK joins a growing list of shows affected by that squeeze.</w:t>
      </w:r>
      <w:r/>
    </w:p>
    <w:p>
      <w:pPr>
        <w:pStyle w:val="Heading2"/>
      </w:pPr>
      <w:r>
        <w:t>Why the move matters beyond the runway</w:t>
      </w:r>
      <w:r/>
    </w:p>
    <w:p>
      <w:r/>
      <w:r>
        <w:t>The series helped bring British drag into living rooms that might never have encountered it otherwise. It introduced viewers to performers including Baga Chipz, Blu Hydrangea, Danny Beard, Tia Kofi and the late The Vivienne, while giving regional styles and queer histories a much bigger platform.</w:t>
      </w:r>
      <w:r/>
    </w:p>
    <w:p>
      <w:r/>
      <w:r>
        <w:t>That mainstream reach is exactly why the decision has landed so heavily with fans. Bimini, who reached the final of the second season, said the programme had changed attitudes in homes where drag had previously been unwelcome. Their comments, reported by GCN, also placed the cancellation in the wider context of increasing political pressure on queer and trans people.</w:t>
      </w:r>
      <w:r/>
    </w:p>
    <w:p>
      <w:r/>
      <w:r>
        <w:t>There’s a particular sting in losing a free-to-air show. A streaming service can offer a dedicated audience, but the BBC placed drag in front of casual viewers too, including people who’d never have searched for it themselves.</w:t>
      </w:r>
      <w:r/>
    </w:p>
    <w:p>
      <w:pPr>
        <w:pStyle w:val="Heading2"/>
      </w:pPr>
      <w:r>
        <w:t>What happens next on WOW Presents Plus?</w:t>
      </w:r>
      <w:r/>
    </w:p>
    <w:p>
      <w:r/>
      <w:r>
        <w:t>World of Wonder has confirmed that Drag Race UK will continue on WOW Presents Plus, the subscription platform connected to the wider franchise. The first announced project is RuPaul’s Drag Race UK: All Stars, due to arrive in autumn 2027.</w:t>
      </w:r>
      <w:r/>
    </w:p>
    <w:p>
      <w:r/>
      <w:r>
        <w:t>That format should give familiar favourites another chance at the crown, and it could make the franchise feel more connected to its international counterparts. Returning contestants also bring instant storylines, rivalries and fan favourites, which is a useful recipe for a streaming-era relaunch.</w:t>
      </w:r>
      <w:r/>
    </w:p>
    <w:p>
      <w:r/>
      <w:r>
        <w:t>Still, the wait matters. With the BBC chapter ending and All Stars not scheduled until 2027, viewers may be left wondering what happens to the standard UK competition in the meantime. World of Wonder will need to keep interest warm without allowing the franchise to become a nostalgia act.</w:t>
      </w:r>
      <w:r/>
    </w:p>
    <w:p>
      <w:pPr>
        <w:pStyle w:val="Heading2"/>
      </w:pPr>
      <w:r>
        <w:t>Could a cash prize finally be on the cards?</w:t>
      </w:r>
      <w:r/>
    </w:p>
    <w:p>
      <w:r/>
      <w:r>
        <w:t>One intriguing possibility is money. The UK edition has long stood apart from several international versions because BBC rules restrict substantial cash prizes, leaving winners with prestige, a crown and career opportunities rather than a life-changing cheque.</w:t>
      </w:r>
      <w:r/>
    </w:p>
    <w:p>
      <w:r/>
      <w:r>
        <w:t>A move to WOW Presents Plus could remove that particular limitation. Nothing has confirmed a new prize yet, but speculation is already building around whether future UK contestants might compete for a more substantial reward.</w:t>
      </w:r>
      <w:r/>
    </w:p>
    <w:p>
      <w:r/>
      <w:r>
        <w:t>That would be more than a glamorous extra. Drag careers can involve expensive costumes, travel, make-up, performance equipment and management costs, so meaningful prize money could have a practical effect on a winner’s next chapter. Your favourite queen might still need glitter, but at least the budget could look healthier.</w:t>
      </w:r>
      <w:r/>
    </w:p>
    <w:p>
      <w:pPr>
        <w:pStyle w:val="Heading2"/>
      </w:pPr>
      <w:r>
        <w:t>A worrying pattern for LGBTQ+ television</w:t>
      </w:r>
      <w:r/>
    </w:p>
    <w:p>
      <w:r/>
      <w:r>
        <w:t>The decision comes after the BBC confirmed that queer dating shows I Kissed a Boy and I Kissed a Girl would not return, with funding pressures again cited. Taken together, the cancellations have prompted fresh concern about the future of LGBTQ+ programming on mainstream television.</w:t>
      </w:r>
      <w:r/>
    </w:p>
    <w:p>
      <w:r/>
      <w:r>
        <w:t>Gay Times also reported on the BBC’s decision to axe Drag Race UK, underlining how the change affects not just one entertainment series but a broader space for queer stories and performers. Streaming may keep individual shows alive, but access depends on viewers having the right subscription, reliable internet and enough interest to seek them out.</w:t>
      </w:r>
      <w:r/>
    </w:p>
    <w:p>
      <w:r/>
      <w:r>
        <w:t>Drag Race UK isn’t disappearing completely, then. But its departure from free-to-air television closes an important chapter, and many viewers will be watching to see whether its next one can feel just as generous, visible and culturally useful.</w:t>
      </w:r>
      <w:r/>
    </w:p>
    <w:p>
      <w:r/>
      <w:r>
        <w:t>It’s the end of a BBC era, but not yet the final curtain.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Paragraph 18: </w:t>
      </w:r>
      <w:hyperlink r:id="rId10">
        <w:r>
          <w:rPr>
            <w:color w:val="0000EE"/>
            <w:u w:val="single"/>
          </w:rPr>
          <w:t>[2]</w:t>
        </w:r>
      </w:hyperlink>
      <w:r>
        <w:t xml:space="preserve">- Paragraph 19: </w:t>
      </w:r>
      <w:hyperlink r:id="rId10">
        <w:r>
          <w:rPr>
            <w:color w:val="0000EE"/>
            <w:u w:val="single"/>
          </w:rPr>
          <w:t>[2]</w:t>
        </w:r>
      </w:hyperlink>
      <w:r>
        <w:t xml:space="preserve">- Paragraph 20: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https://gcn.ie/bbc-drops-rupauls-drag-race-uk/</w:t>
        </w:r>
      </w:hyperlink>
      <w:r>
        <w:t xml:space="preserve"> - Please view link - unable to able to access data</w:t>
      </w:r>
      <w:r/>
    </w:p>
    <w:p>
      <w:pPr>
        <w:pStyle w:val="ListNumber"/>
        <w:spacing w:line="240" w:lineRule="auto"/>
        <w:ind w:left="720"/>
      </w:pPr>
      <w:r/>
      <w:hyperlink r:id="rId10">
        <w:r>
          <w:rPr>
            <w:color w:val="0000EE"/>
            <w:u w:val="single"/>
          </w:rPr>
          <w:t>https://www.gaytimes.co.uk/culture/ru-pauls-drag-race-uk-axed-by-bbc/</w:t>
        </w:r>
      </w:hyperlink>
      <w:r>
        <w:t xml:space="preserve"> - The BBC has announced the cancellation of 'RuPaul's Drag Race UK' after eight series due to significant financial pressures. The show, which has been a platform for British drag artists since 2019, will continue its current eighth series on BBC Three and iPlayer. Future seasons, including the international spin-off 'RuPaul's Drag Race UK vs The World', will move to the streaming service WOW Presents Plus. A BBC spokesperson stated that the decision was made to navigate financial challenges and deliver required savings. The BBC is attempting to save £500 million over two years. The move to WOW Presents Plus is expected to bring a new chapter to the franchise, with the first-ever 'RuPaul’s Drag Race UK: All Stars' set to premiere in autumn 2027. This shift has sparked discussions about the future of LGBTQ+ representation on mainstream television, as the BBC has also discontinued other queer shows due to funding issues. Fans are speculating whether the move to WOW Presents Plus could lead to the introduction of a substantial cash prize for the winner, as the BBC's public-service rules previously restricted cash prizes. The show's impact on mainstream television and its role in bringing drag culture into millions of UK homes is significant, and its departure from the BBC marks the end of an era for the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bbc-drops-rupauls-drag-race-uk/" TargetMode="External"/><Relationship Id="rId10" Type="http://schemas.openxmlformats.org/officeDocument/2006/relationships/hyperlink" Target="https://www.gaytimes.co.uk/culture/ru-pauls-drag-race-uk-axed-by-bb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