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VisionQuest update hints at Tommy Maximoff’s bisexual future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Marvel fans are watching VisionQuest closely after Ruaridh Mollica suggested that his own bisexuality could shape Tommy Maximoff, even if the series doesn't explicitly address the character's sexuality. With the Disney+ show arriving in October, the casting has sparked fresh discussion about queer representation in the MCU.</w:t>
      </w:r>
      <w:r/>
    </w:p>
    <w:p>
      <w:pPr>
        <w:pStyle w:val="Heading2"/>
      </w:pPr>
      <w:r>
        <w:t>Essential Takeaways</w:t>
      </w:r>
      <w:r/>
      <w:r/>
    </w:p>
    <w:p>
      <w:pPr>
        <w:pStyle w:val="ListBullet"/>
        <w:spacing w:line="240" w:lineRule="auto"/>
        <w:ind w:left="720"/>
      </w:pPr>
      <w:r/>
      <w:r>
        <w:rPr>
          <w:b/>
        </w:rPr>
        <w:t>Mollica's perspective:</w:t>
      </w:r>
      <w:r>
        <w:t xml:space="preserve"> The bisexual actor hopes something of his own identity will inform Tommy's personality.</w:t>
      </w:r>
      <w:r/>
    </w:p>
    <w:p>
      <w:pPr>
        <w:pStyle w:val="ListBullet"/>
        <w:spacing w:line="240" w:lineRule="auto"/>
        <w:ind w:left="720"/>
      </w:pPr>
      <w:r/>
      <w:r>
        <w:rPr>
          <w:b/>
        </w:rPr>
        <w:t>No confirmed storyline:</w:t>
      </w:r>
      <w:r>
        <w:t xml:space="preserve"> VisionQuest hasn't established whether Tommy's sexuality will be directly explored.</w:t>
      </w:r>
      <w:r/>
    </w:p>
    <w:p>
      <w:pPr>
        <w:pStyle w:val="ListBullet"/>
        <w:spacing w:line="240" w:lineRule="auto"/>
        <w:ind w:left="720"/>
      </w:pPr>
      <w:r/>
      <w:r>
        <w:rPr>
          <w:b/>
        </w:rPr>
        <w:t>Comic-book context:</w:t>
      </w:r>
      <w:r>
        <w:t xml:space="preserve"> Tommy has been bisexual in Marvel Comics, giving fans reason to remain curious.</w:t>
      </w:r>
      <w:r/>
    </w:p>
    <w:p>
      <w:pPr>
        <w:pStyle w:val="ListBullet"/>
        <w:spacing w:line="240" w:lineRule="auto"/>
        <w:ind w:left="720"/>
      </w:pPr>
      <w:r/>
      <w:r>
        <w:rPr>
          <w:b/>
        </w:rPr>
        <w:t>A complicated new role:</w:t>
      </w:r>
      <w:r>
        <w:t xml:space="preserve"> Mollica describes Tommy as a drifting grifter and small-time thief searching for purpose.</w:t>
      </w:r>
      <w:r/>
    </w:p>
    <w:p>
      <w:pPr>
        <w:pStyle w:val="ListBullet"/>
        <w:spacing w:line="240" w:lineRule="auto"/>
        <w:ind w:left="720"/>
      </w:pPr>
      <w:r/>
      <w:r>
        <w:rPr>
          <w:b/>
        </w:rPr>
        <w:t>A closely guarded plot:</w:t>
      </w:r>
      <w:r>
        <w:t xml:space="preserve"> Marvel is keeping the wider story, including Tommy's place in the MCU, firmly under wraps.</w:t>
      </w:r>
      <w:r/>
      <w:r/>
    </w:p>
    <w:p>
      <w:pPr>
        <w:pStyle w:val="Heading2"/>
      </w:pPr>
      <w:r>
        <w:t>Tommy Maximoff's bisexuality remains an open question</w:t>
      </w:r>
      <w:r/>
    </w:p>
    <w:p>
      <w:r/>
      <w:r>
        <w:t>The most intriguing detail from VisionQuest so far isn't a plot twist. It's the possibility that Tommy Maximoff could feel more authentically queer because a bisexual actor is playing him.</w:t>
      </w:r>
      <w:r/>
    </w:p>
    <w:p>
      <w:r/>
      <w:r>
        <w:t>Speaking to SFX Magazine, Ruaridh Mollica said he didn't know whether Tommy's sexuality would be explicitly referenced. Still, he hopes his own identity can come through in the character's personality and help leave room for a future storyline, according to The PinkNews.</w:t>
      </w:r>
      <w:r/>
    </w:p>
    <w:p>
      <w:r/>
      <w:r>
        <w:t>That distinction matters. Representation doesn't always arrive with a coming-out scene or a neatly labelled romance, but fans are understandably keen to see Marvel do more than hint. A knowing glance can be welcome, yet it can also feel rather thin when the source material already offers a clear route forward.</w:t>
      </w:r>
      <w:r/>
    </w:p>
    <w:p>
      <w:pPr>
        <w:pStyle w:val="Heading2"/>
      </w:pPr>
      <w:r>
        <w:t>Marvel Comics gives fans plenty to discuss</w:t>
      </w:r>
      <w:r/>
    </w:p>
    <w:p>
      <w:r/>
      <w:r>
        <w:t>Tommy isn't an entirely new character for comic readers. In Marvel Comics, he is established as bisexual, which has made his live-action arrival particularly significant for LGBTQ+ fans following the MCU.</w:t>
      </w:r>
      <w:r/>
    </w:p>
    <w:p>
      <w:r/>
      <w:r>
        <w:t>As reported by ComicBasics, Mollica's comments have prompted debate over whether VisionQuest will adapt that part of Tommy's identity or leave it for another project. Some fans expect Disney to play things cautiously, while others believe the actor's involvement could bring texture even without an immediate romantic subplot.</w:t>
      </w:r>
      <w:r/>
    </w:p>
    <w:p>
      <w:r/>
      <w:r>
        <w:t>That tension is familiar in superhero entertainment. Viewers want characters to be fully realised, not reduced to their sexuality, but they also don't want queer identities treated as convenient background detail. Tommy's bisexuality could be one part of a much bigger character, rather than the whole story.</w:t>
      </w:r>
      <w:r/>
    </w:p>
    <w:p>
      <w:pPr>
        <w:pStyle w:val="Heading2"/>
      </w:pPr>
      <w:r>
        <w:t>A grifter with more than superpowers</w:t>
      </w:r>
      <w:r/>
    </w:p>
    <w:p>
      <w:r/>
      <w:r>
        <w:t>Mollica has offered a tantalising sketch of the Tommy viewers may meet. Rather than presenting him as a polished young hero, the actor described him as a grifter, a minor thief and an artful-dodger type who has lost his direction.</w:t>
      </w:r>
      <w:r/>
    </w:p>
    <w:p>
      <w:r/>
      <w:r>
        <w:t>That sounds like a lively change of pace for a character connected to Wanda Maximoff and Vision. Tommy may have superhuman speed, but the more immediate problem appears to be figuring out what he wants to do with his life. There's something appealingly messy about a superhero who needs purpose before he needs a grand mission.</w:t>
      </w:r>
      <w:r/>
    </w:p>
    <w:p>
      <w:r/>
      <w:r>
        <w:t>SuperHeroHype reported that Tommy will find himself travelling with Vision, a pairing that could provide both emotional friction and dark humour. One is a synthetic being wrestling with identity; the other is a young man trying to outrun his past. It could be an unexpectedly good match.</w:t>
      </w:r>
      <w:r/>
    </w:p>
    <w:p>
      <w:pPr>
        <w:pStyle w:val="Heading2"/>
      </w:pPr>
      <w:r>
        <w:t>Why the casting has encouraged cautious optimism</w:t>
      </w:r>
      <w:r/>
    </w:p>
    <w:p>
      <w:r/>
      <w:r>
        <w:t>Fans have responded in very different ways. Some have argued that the show's Disney connection makes a direct exploration of Tommy's bisexuality unlikely, while others say Mollica's casting is meaningful in itself.</w:t>
      </w:r>
      <w:r/>
    </w:p>
    <w:p>
      <w:r/>
      <w:r>
        <w:t>Queerty reported that supporters see the actor's personal perspective as a potential source of authenticity. That doesn't guarantee a specific storyline, but it does change the conversation around the character. Viewers aren't simply asking whether Tommy will be written as bisexual; they're also asking whether his performance might make that identity feel present, even before the script confirms it.</w:t>
      </w:r>
      <w:r/>
    </w:p>
    <w:p>
      <w:r/>
      <w:r>
        <w:t>Of course, optimism needs to be balanced with evidence. There has been no announcement that Tommy will date a man, come out on screen or receive a dedicated queer storyline. For now, those remain fan hopes rather than confirmed details.</w:t>
      </w:r>
      <w:r/>
    </w:p>
    <w:p>
      <w:pPr>
        <w:pStyle w:val="Heading2"/>
      </w:pPr>
      <w:r>
        <w:t>When will VisionQuest reveal its hand?</w:t>
      </w:r>
      <w:r/>
    </w:p>
    <w:p>
      <w:r/>
      <w:r>
        <w:t>VisionQuest is expected to premiere on 14 October, with the wider plot still being kept unusually secret. The series is also positioned around the same period as Spider-Man: Brand New Day, adding another layer of speculation about how its characters fit into Marvel's rapidly expanding timeline.</w:t>
      </w:r>
      <w:r/>
    </w:p>
    <w:p>
      <w:r/>
      <w:r>
        <w:t>According to SFX Magazine's coverage, Mollica's remarks provide more insight into Tommy's temperament than into the show's actual story. That may be deliberate. Marvel has become increasingly skilled at offering just enough information to fuel fan theories without giving away the emotional payoff.</w:t>
      </w:r>
      <w:r/>
    </w:p>
    <w:p>
      <w:r/>
      <w:r>
        <w:t>The smartest approach may be to watch Tommy's behaviour rather than wait for a single label or announcement. His relationships, confidence, humour and sense of belonging could tell us as much as any explicit line. And if Marvel eventually gives his bisexuality room to breathe, it will feel far more satisfying than a last-minute nod.</w:t>
      </w:r>
      <w:r/>
    </w:p>
    <w:p>
      <w:r/>
      <w:r>
        <w:t>VisionQuest may be keeping Tommy's future secret, but the conversation around queer superhero representation is already moving at full speed.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2">
        <w:r>
          <w:rPr>
            <w:color w:val="0000EE"/>
            <w:u w:val="single"/>
          </w:rPr>
          <w:t>[5]</w:t>
        </w:r>
      </w:hyperlink>
      <w:r>
        <w:t xml:space="preserve">, </w:t>
      </w:r>
      <w:hyperlink r:id="rId10">
        <w:r>
          <w:rPr>
            <w:color w:val="0000EE"/>
            <w:u w:val="single"/>
          </w:rPr>
          <w:t>[3]</w:t>
        </w:r>
      </w:hyperlink>
      <w:r>
        <w:t xml:space="preserve">- Paragraph 6: </w:t>
      </w:r>
      <w:hyperlink r:id="rId13">
        <w:r>
          <w:rPr>
            <w:color w:val="0000EE"/>
            <w:u w:val="single"/>
          </w:rPr>
          <w:t>[6]</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1">
        <w:r>
          <w:rPr>
            <w:color w:val="0000EE"/>
            <w:u w:val="single"/>
          </w:rPr>
          <w:t>[4]</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https://www.thepinknews.com/2026/09/10/marvel-cinematic-universe-visionquest-ruaridh-mollica/</w:t>
        </w:r>
      </w:hyperlink>
      <w:r>
        <w:t xml:space="preserve"> - Please view link - unable to able to access data</w:t>
      </w:r>
      <w:r/>
    </w:p>
    <w:p>
      <w:pPr>
        <w:pStyle w:val="ListNumber"/>
        <w:spacing w:line="240" w:lineRule="auto"/>
        <w:ind w:left="720"/>
      </w:pPr>
      <w:r/>
      <w:hyperlink r:id="rId9">
        <w:r>
          <w:rPr>
            <w:color w:val="0000EE"/>
            <w:u w:val="single"/>
          </w:rPr>
          <w:t>https://www.thepinknews.com/2026/09/10/marvel-cinematic-universe-visionquest-ruaridh-mollica/</w:t>
        </w:r>
      </w:hyperlink>
      <w:r>
        <w:t xml:space="preserve"> - Ruaridh Mollica, the actor portraying Tommy Maximoff in Marvel's upcoming series 'VisionQuest', discusses his hopes that his bisexuality will influence his portrayal of the character. He expresses uncertainty about whether Tommy's sexuality will be explicitly addressed in the series but hopes his personal identity will inform the role. The article also highlights fan reactions, with some expressing skepticism about the inclusion of Tommy's bisexuality in the show, while others are optimistic about the authenticity Mollica's casting brings to the character.</w:t>
      </w:r>
      <w:r/>
    </w:p>
    <w:p>
      <w:pPr>
        <w:pStyle w:val="ListNumber"/>
        <w:spacing w:line="240" w:lineRule="auto"/>
        <w:ind w:left="720"/>
      </w:pPr>
      <w:r/>
      <w:hyperlink r:id="rId10">
        <w:r>
          <w:rPr>
            <w:color w:val="0000EE"/>
            <w:u w:val="single"/>
          </w:rPr>
          <w:t>https://www.comicbasics.com/ruaridh-mollica-opens-up-about-whether-tommy-maximoffs-bisexuality-will-be-explored-in-visionquest/</w:t>
        </w:r>
      </w:hyperlink>
      <w:r>
        <w:t xml:space="preserve"> - In an interview with SFX Magazine, Ruaridh Mollica, who plays Tommy Maximoff in 'VisionQuest', addresses the potential exploration of Tommy's bisexuality in the series. Mollica is uncertain if the character's sexuality will be explicitly referenced but hopes that his own bisexuality will subtly influence his portrayal. The article also notes that Tommy's bisexuality is established in Marvel Comics, raising questions about its inclusion in the Marvel Cinematic Universe.</w:t>
      </w:r>
      <w:r/>
    </w:p>
    <w:p>
      <w:pPr>
        <w:pStyle w:val="ListNumber"/>
        <w:spacing w:line="240" w:lineRule="auto"/>
        <w:ind w:left="720"/>
      </w:pPr>
      <w:r/>
      <w:hyperlink r:id="rId11">
        <w:r>
          <w:rPr>
            <w:color w:val="0000EE"/>
            <w:u w:val="single"/>
          </w:rPr>
          <w:t>https://www.superherohype.com/news/691956-visionquest-ruaridh-mollica-talks-tommy-maximoff-bi-sexuality</w:t>
        </w:r>
      </w:hyperlink>
      <w:r>
        <w:t xml:space="preserve"> - Ruaridh Mollica discusses the portrayal of Tommy Maximoff's bisexuality in Marvel's 'VisionQuest'. While acknowledging Tommy's established bisexuality in the comics, Mollica is unsure if this aspect will be explicitly addressed in the series. He hopes that his own bisexual identity will inform his portrayal of the character, adding depth and authenticity to the role.</w:t>
      </w:r>
      <w:r/>
    </w:p>
    <w:p>
      <w:pPr>
        <w:pStyle w:val="ListNumber"/>
        <w:spacing w:line="240" w:lineRule="auto"/>
        <w:ind w:left="720"/>
      </w:pPr>
      <w:r/>
      <w:hyperlink r:id="rId12">
        <w:r>
          <w:rPr>
            <w:color w:val="0000EE"/>
            <w:u w:val="single"/>
          </w:rPr>
          <w:t>https://www.queerty.com/visionquest-star-ruaridh-mollica-addresses-tommys-sexuality-bringing-his-own-queerness-to-the-role-20260909/</w:t>
        </w:r>
      </w:hyperlink>
      <w:r>
        <w:t xml:space="preserve"> - Actor Ruaridh Mollica, portraying Tommy Maximoff in Marvel's 'VisionQuest', discusses the potential exploration of Tommy's sexuality in the series. Mollica is uncertain if Tommy's bisexuality will be explicitly addressed but hopes that his own queerness will influence his portrayal. The article also touches on the broader context of LGBTQ+ representation in Marvel productions.</w:t>
      </w:r>
      <w:r/>
    </w:p>
    <w:p>
      <w:pPr>
        <w:pStyle w:val="ListNumber"/>
        <w:spacing w:line="240" w:lineRule="auto"/>
        <w:ind w:left="720"/>
      </w:pPr>
      <w:r/>
      <w:hyperlink r:id="rId13">
        <w:r>
          <w:rPr>
            <w:color w:val="0000EE"/>
            <w:u w:val="single"/>
          </w:rPr>
          <w:t>https://www.cinemablend.com/sfx-magazine-new-issue</w:t>
        </w:r>
      </w:hyperlink>
      <w:r>
        <w:t xml:space="preserve"> - The latest issue of SFX Magazine (#409) features a focus on Marvel's 'VisionQuest', highlighting the upcoming series starring Paul Bettany and Ruaridh Mollica. The issue delves into the show's exploration of Vision's identity and introduces new characters, including a mysterious teen who may be Vision's son. It also previews other entertainment content, offering insights into various upcoming projects.</w:t>
      </w:r>
      <w:r/>
    </w:p>
    <w:p>
      <w:pPr>
        <w:pStyle w:val="ListNumber"/>
        <w:spacing w:line="240" w:lineRule="auto"/>
        <w:ind w:left="720"/>
      </w:pPr>
      <w:r/>
      <w:hyperlink r:id="rId14">
        <w:r>
          <w:rPr>
            <w:color w:val="0000EE"/>
            <w:u w:val="single"/>
          </w:rPr>
          <w:t>https://www.idntimes.com/hype/entertainment/profil-ruaridh-mollica-jadi-thomas-maximoff-di-mcu-00-ffxpq-s9sfwc</w:t>
        </w:r>
      </w:hyperlink>
      <w:r>
        <w:t xml:space="preserve"> - An article profiling Ruaridh Mollica, who portrays Thomas 'Tommy' Maximoff in Marvel's 'VisionQuest'. It details Mollica's background, including his Scottish-Italian heritage, education in computer science, and transition into acting. The piece highlights his previous roles and discusses his casting in 'VisionQuest', providing insights into his career trajectory and the significance of his role in the Marvel Cinematic Universe.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10/marvel-cinematic-universe-visionquest-ruaridh-mollica/" TargetMode="External"/><Relationship Id="rId10" Type="http://schemas.openxmlformats.org/officeDocument/2006/relationships/hyperlink" Target="https://www.comicbasics.com/ruaridh-mollica-opens-up-about-whether-tommy-maximoffs-bisexuality-will-be-explored-in-visionquest/" TargetMode="External"/><Relationship Id="rId11" Type="http://schemas.openxmlformats.org/officeDocument/2006/relationships/hyperlink" Target="https://www.superherohype.com/news/691956-visionquest-ruaridh-mollica-talks-tommy-maximoff-bi-sexuality" TargetMode="External"/><Relationship Id="rId12" Type="http://schemas.openxmlformats.org/officeDocument/2006/relationships/hyperlink" Target="https://www.queerty.com/visionquest-star-ruaridh-mollica-addresses-tommys-sexuality-bringing-his-own-queerness-to-the-role-20260909/" TargetMode="External"/><Relationship Id="rId13" Type="http://schemas.openxmlformats.org/officeDocument/2006/relationships/hyperlink" Target="https://www.cinemablend.com/sfx-magazine-new-issue" TargetMode="External"/><Relationship Id="rId14" Type="http://schemas.openxmlformats.org/officeDocument/2006/relationships/hyperlink" Target="https://www.idntimes.com/hype/entertainment/profil-ruaridh-mollica-jadi-thomas-maximoff-di-mcu-00-ffxpq-s9sfw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