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Lesbian Simulator VR Experience Puts Queer Lives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stepping into a 40-minute virtual reality experience that explores lesbian friendship, dating and discrimination through interactive storytelling. Created by Dutch artist Iris van der Meule, Lesbian Simulator makes its Canadian premiere at TIFF’s Innovation Hub, inviting visitors to do more than watch: they must navigate the choices, pressure and everyday realities shaping queer women’s lives.</w:t>
      </w:r>
      <w:r/>
    </w:p>
    <w:p>
      <w:pPr>
        <w:pStyle w:val="Heading2"/>
      </w:pPr>
      <w:r>
        <w:t>Essential Takeaways</w:t>
      </w:r>
      <w:r/>
      <w:r/>
    </w:p>
    <w:p>
      <w:pPr>
        <w:pStyle w:val="ListBullet"/>
        <w:spacing w:line="240" w:lineRule="auto"/>
        <w:ind w:left="720"/>
      </w:pPr>
      <w:r/>
      <w:r>
        <w:rPr>
          <w:b/>
        </w:rPr>
        <w:t>Interactive format:</w:t>
      </w:r>
      <w:r>
        <w:t xml:space="preserve"> The experience uses virtual reality and mini-games rather than passive viewing.</w:t>
      </w:r>
      <w:r/>
    </w:p>
    <w:p>
      <w:pPr>
        <w:pStyle w:val="ListBullet"/>
        <w:spacing w:line="240" w:lineRule="auto"/>
        <w:ind w:left="720"/>
      </w:pPr>
      <w:r/>
      <w:r>
        <w:rPr>
          <w:b/>
        </w:rPr>
        <w:t>Personal roots:</w:t>
      </w:r>
      <w:r>
        <w:t xml:space="preserve"> Artist Iris van der Meule drew on lived experiences of growing up queer in rural Netherlands.</w:t>
      </w:r>
      <w:r/>
    </w:p>
    <w:p>
      <w:pPr>
        <w:pStyle w:val="ListBullet"/>
        <w:spacing w:line="240" w:lineRule="auto"/>
        <w:ind w:left="720"/>
      </w:pPr>
      <w:r/>
      <w:r>
        <w:rPr>
          <w:b/>
        </w:rPr>
        <w:t>A wider audience:</w:t>
      </w:r>
      <w:r>
        <w:t xml:space="preserve"> The work is designed to help heterosexual visitors recognise discrimination and respond more actively.</w:t>
      </w:r>
      <w:r/>
    </w:p>
    <w:p>
      <w:pPr>
        <w:pStyle w:val="ListBullet"/>
        <w:spacing w:line="240" w:lineRule="auto"/>
        <w:ind w:left="720"/>
      </w:pPr>
      <w:r/>
      <w:r>
        <w:rPr>
          <w:b/>
        </w:rPr>
        <w:t>TIFF appearance:</w:t>
      </w:r>
      <w:r>
        <w:t xml:space="preserve"> Lesbian Simulator runs at the festival’s Innovation Hub for six days from 10 September.</w:t>
      </w:r>
      <w:r/>
    </w:p>
    <w:p>
      <w:pPr>
        <w:pStyle w:val="ListBullet"/>
        <w:spacing w:line="240" w:lineRule="auto"/>
        <w:ind w:left="720"/>
      </w:pPr>
      <w:r/>
      <w:r>
        <w:rPr>
          <w:b/>
        </w:rPr>
        <w:t>More than a game:</w:t>
      </w:r>
      <w:r>
        <w:t xml:space="preserve"> Its aim is education, empathy and a sharper look at society’s blind spots.</w:t>
      </w:r>
      <w:r/>
      <w:r/>
    </w:p>
    <w:p>
      <w:pPr>
        <w:pStyle w:val="Heading2"/>
      </w:pPr>
      <w:r>
        <w:t>This VR experience asks audiences to step inside the story</w:t>
      </w:r>
      <w:r/>
    </w:p>
    <w:p>
      <w:r/>
      <w:r>
        <w:t>The most striking thing about Lesbian Simulator is its refusal to keep viewers safely on the sidelines. Instead, participants enter a virtual world where friendship, romance and public scrutiny are shaped by the possibilities and restrictions often faced by queer women.</w:t>
      </w:r>
      <w:r/>
    </w:p>
    <w:p>
      <w:r/>
      <w:r>
        <w:t>The 40-minute work sits somewhere between an art installation and a game. As participants complete small interactive tasks, the experience encourages them to learn by doing, making the emotional impact feel more immediate than a traditional documentary or gallery piece. Raindance Immersive lists the project among its immersive works, while the artist’s own biography places it within a broader practice focused on identity and lived experience.</w:t>
      </w:r>
      <w:r/>
    </w:p>
    <w:p>
      <w:r/>
      <w:r>
        <w:t>That hands-on approach matters. A headset can’t reproduce someone else’s life, of course, but it can make an audience pause, choose and confront consequences in a way that a conventional screening might not.</w:t>
      </w:r>
      <w:r/>
    </w:p>
    <w:p>
      <w:pPr>
        <w:pStyle w:val="Heading2"/>
      </w:pPr>
      <w:r>
        <w:t>Iris van der Meule turns personal experience into a public lesson</w:t>
      </w:r>
      <w:r/>
    </w:p>
    <w:p>
      <w:r/>
      <w:r>
        <w:t>Van der Meule’s work is rooted in memories of growing up in the rural Netherlands, where being visibly queer could attract hostility. The artist has described verbal aggression and discrimination after showing affection towards a girlfriend in public, experiences that gradually became part of the background noise of daily life.</w:t>
      </w:r>
      <w:r/>
    </w:p>
    <w:p>
      <w:r/>
      <w:r>
        <w:t>That normalisation became a central question: why should anyone have to treat intimidation as routine? The project grew from a desire to hold up a mirror to the people and systems that allow those moments to continue. Information from the artist’s website and festival listings frames the work as both personal and socially engaged, rather than a purely fictional exercise.</w:t>
      </w:r>
      <w:r/>
    </w:p>
    <w:p>
      <w:r/>
      <w:r>
        <w:t>There’s something quietly powerful in that shift. Instead of presenting queer life as a distant issue for audiences to sympathise with, the simulator asks them to notice the small pressures that can accumulate until they feel ordinary.</w:t>
      </w:r>
      <w:r/>
    </w:p>
    <w:p>
      <w:pPr>
        <w:pStyle w:val="Heading2"/>
      </w:pPr>
      <w:r>
        <w:t>Why interactive queer storytelling is gaining attention</w:t>
      </w:r>
      <w:r/>
    </w:p>
    <w:p>
      <w:r/>
      <w:r>
        <w:t>Immersive technology has become an increasingly popular way to explore experiences that are difficult to communicate through statistics alone. Projects such as Lesbian Simulator, alongside other festival and museum-based works listed by IDFA and Timescapes, use participation to create a closer relationship between audience and subject.</w:t>
      </w:r>
      <w:r/>
    </w:p>
    <w:p>
      <w:r/>
      <w:r>
        <w:t>That doesn’t mean virtual reality is a magic empathy machine. A short experience can’t capture the full complexity of a person’s identity, and it shouldn’t be treated as a substitute for listening to queer people directly. But it can expose assumptions, particularly for visitors who haven’t had to think about public harassment, coming out or social exclusion in their own lives.</w:t>
      </w:r>
      <w:r/>
    </w:p>
    <w:p>
      <w:r/>
      <w:r>
        <w:t>For heterosexual audiences, the intended takeaway is practical as well as emotional. The project encourages people to recognise discrimination when it happens and to become more willing to challenge it, rather than simply feeling sorry for those affected.</w:t>
      </w:r>
      <w:r/>
    </w:p>
    <w:p>
      <w:pPr>
        <w:pStyle w:val="Heading2"/>
      </w:pPr>
      <w:r>
        <w:t>What visitors can expect at TIFF</w:t>
      </w:r>
      <w:r/>
    </w:p>
    <w:p>
      <w:r/>
      <w:r>
        <w:t>Lesbian Simulator makes its Canadian premiere at TIFF’s Innovation Hub, where it runs for six days from 10 September. Festival coverage describes it as an experience in which visitors create and navigate a life, rather than simply observing someone else’s story from a comfortable seat.</w:t>
      </w:r>
      <w:r/>
    </w:p>
    <w:p>
      <w:r/>
      <w:r>
        <w:t>That distinction should make the work particularly suited to a technology-focused festival setting. Visitors arrive expecting something experimental, but they may leave thinking less about the headset and more about the everyday choices and barriers the simulation has placed in front of them.</w:t>
      </w:r>
      <w:r/>
    </w:p>
    <w:p>
      <w:r/>
      <w:r>
        <w:t>The format also creates room for conversation afterwards. Immersive projects tend to linger in the mind because the audience has physically participated, even when the experience is brief. Sometimes the uncomfortable moment is the one that stays with you.</w:t>
      </w:r>
      <w:r/>
    </w:p>
    <w:p>
      <w:pPr>
        <w:pStyle w:val="Heading2"/>
      </w:pPr>
      <w:r>
        <w:t>A simulator with a purpose beyond entertainment</w:t>
      </w:r>
      <w:r/>
    </w:p>
    <w:p>
      <w:r/>
      <w:r>
        <w:t>Van der Meule hopes the work will encourage people to take greater responsibility when they witness anti-queer discrimination. That gives Lesbian Simulator a clear purpose, but it also raises an important question about what audiences do after the headset comes off.</w:t>
      </w:r>
      <w:r/>
    </w:p>
    <w:p>
      <w:r/>
      <w:r>
        <w:t>The strongest immersive art doesn’t end when the screen fades or the equipment is removed. It changes what visitors notice outside the venue, whether that means challenging a slur, supporting a friend or questioning why certain spaces still feel unsafe for queer people. Raindance’s writing on immersive storytelling similarly highlights vulnerability and courage as tools for creating more meaningful audience encounters.</w:t>
      </w:r>
      <w:r/>
    </w:p>
    <w:p>
      <w:r/>
      <w:r>
        <w:t>In that sense, Lesbian Simulator isn’t promising a neat lesson or an easy emotional shortcut. It’s offering a brief, carefully designed encounter, then leaving visitors to decide whether they’ll carry its questions into real life.</w:t>
      </w:r>
      <w:r/>
    </w:p>
    <w:p>
      <w:r/>
      <w:r>
        <w:t>A short VR session can’t replicate queer life, but it can make indifference harder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1">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4">
        <w:r>
          <w:rPr>
            <w:color w:val="0000EE"/>
            <w:u w:val="single"/>
          </w:rPr>
          <w:t>[4]</w:t>
        </w:r>
      </w:hyperlink>
      <w:r>
        <w:t xml:space="preserve">, </w:t>
      </w:r>
      <w:hyperlink r:id="rId15">
        <w:r>
          <w:rPr>
            <w:color w:val="0000EE"/>
            <w:u w:val="single"/>
          </w:rPr>
          <w:t>[6]</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1">
        <w:r>
          <w:rPr>
            <w:color w:val="0000EE"/>
            <w:u w:val="single"/>
          </w:rPr>
          <w:t>[5]</w:t>
        </w:r>
      </w:hyperlink>
      <w:r>
        <w:t xml:space="preserve">- Paragraph 10: </w:t>
      </w:r>
      <w:hyperlink r:id="rId14">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[5]</w:t>
        </w:r>
      </w:hyperlink>
      <w:r>
        <w:t xml:space="preserve">- Paragraph 13: </w:t>
      </w:r>
      <w:hyperlink r:id="rId14">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[6]</w:t>
        </w:r>
      </w:hyperlink>
      <w:r>
        <w:t xml:space="preserve">- Paragraph 15: </w:t>
      </w:r>
      <w:hyperlink r:id="rId12">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https://www.thepinknews.com/2026/09/10/artist-lesbian-simulator-iris-van-der-meule/</w:t>
        </w:r>
      </w:hyperlink>
      <w:r>
        <w:t xml:space="preserve"> - Please view link - unable to able to access data</w:t>
      </w:r>
      <w:r/>
    </w:p>
    <w:p>
      <w:pPr>
        <w:pStyle w:val="ListNumber"/>
        <w:spacing w:line="240" w:lineRule="auto"/>
        <w:ind w:left="720"/>
      </w:pPr>
      <w:r/>
      <w:hyperlink r:id="rId10">
        <w:r>
          <w:rPr>
            <w:color w:val="0000EE"/>
            <w:u w:val="single"/>
          </w:rPr>
          <w:t>https://www.raindanceimmersive.com/2026-lesbian-simulator</w:t>
        </w:r>
      </w:hyperlink>
      <w:r>
        <w:t xml:space="preserve"> - Raindance Immersive presents 'Lesbian Simulator', an interactive virtual reality experience directed by Iris van der Meule. This 40-minute journey allows users to explore themes of love, sexuality, and the challenges faced by queer women. The experience includes mini-games that encourage users to engage with scenarios such as coming out, dating, and confronting discrimination. The project aims to foster empathy and understanding among heterosexual audiences by immersing them in the lived experiences of queer individuals. The 'Lesbian Simulator' was showcased at Raindance Immersive in June 2026.</w:t>
      </w:r>
      <w:r/>
    </w:p>
    <w:p>
      <w:pPr>
        <w:pStyle w:val="ListNumber"/>
        <w:spacing w:line="240" w:lineRule="auto"/>
        <w:ind w:left="720"/>
      </w:pPr>
      <w:r/>
      <w:hyperlink r:id="rId12">
        <w:r>
          <w:rPr>
            <w:color w:val="0000EE"/>
            <w:u w:val="single"/>
          </w:rPr>
          <w:t>https://www.irisvandermeule.com/about</w:t>
        </w:r>
      </w:hyperlink>
      <w:r>
        <w:t xml:space="preserve"> - Iris van der Meule is a queer digital artist and director based in Amsterdam, known for her work in immersive storytelling. She creates virtual reality experiences, games, animation films, and illustrations that address socially relevant themes like discrimination against the LGBTQIA+ community, climate change, mental health, and gender inequality. Her projects often blend humour and sarcasm to hold a mirror up to society. Iris also serves as the VR Curator at the Kaboom Animation Film Festival and has been involved in various talks and panels discussing her work and the broader impact of VR storytelling.</w:t>
      </w:r>
      <w:r/>
    </w:p>
    <w:p>
      <w:pPr>
        <w:pStyle w:val="ListNumber"/>
        <w:spacing w:line="240" w:lineRule="auto"/>
        <w:ind w:left="720"/>
      </w:pPr>
      <w:r/>
      <w:hyperlink r:id="rId14">
        <w:r>
          <w:rPr>
            <w:color w:val="0000EE"/>
            <w:u w:val="single"/>
          </w:rPr>
          <w:t>https://www.timescapes.be/films/gay-simulator</w:t>
        </w:r>
      </w:hyperlink>
      <w:r>
        <w:t xml:space="preserve"> - Timescapes presents 'Lesbian Simulator', an interactive virtual reality artwork and video game directed by Iris van der Meule. The experience prompts users to navigate the world from the perspective of a lesbian, addressing themes of love, sexual identity, and the discrimination lesbians face. The project combines joyful experiences with serious topics, aiming to create awareness in a playful manner. Users can engage in scenarios such as coming out, making new friends, and confronting verbal abuse, all within a colourful and uplifting virtual environment.</w:t>
      </w:r>
      <w:r/>
    </w:p>
    <w:p>
      <w:pPr>
        <w:pStyle w:val="ListNumber"/>
        <w:spacing w:line="240" w:lineRule="auto"/>
        <w:ind w:left="720"/>
      </w:pPr>
      <w:r/>
      <w:hyperlink r:id="rId11">
        <w:r>
          <w:rPr>
            <w:color w:val="0000EE"/>
            <w:u w:val="single"/>
          </w:rPr>
          <w:t>https://nowtoronto.com/featured/tiff-2026-lesbian-simulator-innovation-hub-queer-and-now/</w:t>
        </w:r>
      </w:hyperlink>
      <w:r>
        <w:t xml:space="preserve"> - At the 2026 Toronto International Film Festival (TIFF), Dutch artist Iris van der Meule's 'Lesbian Simulator' made its Canadian premiere in the Innovation Hub. This immersive virtual reality experience allows users to create an avatar and navigate a 40-minute queer world, exploring themes of friendship, dating, Pride, and discrimination. Drawing from van der Meule's own experiences with homophobia in the Netherlands, the project aims to build empathy among heterosexual audiences and encourage intervention when witnessing discrimination. The experience is part of TIFF's initiative to showcase innovative storytelling through immersive technologies.</w:t>
      </w:r>
      <w:r/>
    </w:p>
    <w:p>
      <w:pPr>
        <w:pStyle w:val="ListNumber"/>
        <w:spacing w:line="240" w:lineRule="auto"/>
        <w:ind w:left="720"/>
      </w:pPr>
      <w:r/>
      <w:hyperlink r:id="rId15">
        <w:r>
          <w:rPr>
            <w:color w:val="0000EE"/>
            <w:u w:val="single"/>
          </w:rPr>
          <w:t>https://www.raindanceimmersive.com/colourful-narratives-radical-courage-and-growth-through-vulnerability</w:t>
        </w:r>
      </w:hyperlink>
      <w:r>
        <w:t xml:space="preserve"> - Raindance Immersive hosted a panel titled 'Colourful Narratives: Radical Courage and Growth Through Vulnerability', featuring VR narratives like Iris van der Meule’s 'Lesbian Simulator'. The panel discussed the transformative potential of sharing lived experiences through VR, highlighting how immersive storytelling can lead to acceptance and self-love. The session explored the power of vulnerability and authenticity in embracing diverse narratives, with creators sharing insights into their work and the impact of VR on storytelling. The discussion was moderated by Raindance Immersive Curator Jo Leigh.</w:t>
      </w:r>
      <w:r/>
    </w:p>
    <w:p>
      <w:pPr>
        <w:pStyle w:val="ListNumber"/>
        <w:spacing w:line="240" w:lineRule="auto"/>
        <w:ind w:left="720"/>
      </w:pPr>
      <w:r/>
      <w:hyperlink r:id="rId13">
        <w:r>
          <w:rPr>
            <w:color w:val="0000EE"/>
            <w:u w:val="single"/>
          </w:rPr>
          <w:t>https://www.idfa.nl/en/film/66378f16-d5e5-465d-a2e5-d586d2e60f3a/lesbian-simulator/</w:t>
        </w:r>
      </w:hyperlink>
      <w:r>
        <w:t xml:space="preserve"> - The International Documentary Film Festival Amsterdam (IDFA) featured 'Lesbian Simulator' in its 2025 DocLab Program &amp; Competition. Directed by Iris van der Meule, this 40-minute interactive virtual reality experience allows users to create a lesbian avatar and navigate scenarios such as coming out, dating, and confronting discrimination. The project aims to provide recognition for lesbians and offer insight into the experiences of queer individuals, blending joyful experiences with serious topics. The installation was part of the VR Gallery at IDFA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10/artist-lesbian-simulator-iris-van-der-meule/" TargetMode="External"/><Relationship Id="rId10" Type="http://schemas.openxmlformats.org/officeDocument/2006/relationships/hyperlink" Target="https://www.raindanceimmersive.com/2026-lesbian-simulator" TargetMode="External"/><Relationship Id="rId11" Type="http://schemas.openxmlformats.org/officeDocument/2006/relationships/hyperlink" Target="https://nowtoronto.com/featured/tiff-2026-lesbian-simulator-innovation-hub-queer-and-now/" TargetMode="External"/><Relationship Id="rId12" Type="http://schemas.openxmlformats.org/officeDocument/2006/relationships/hyperlink" Target="https://www.irisvandermeule.com/about" TargetMode="External"/><Relationship Id="rId13" Type="http://schemas.openxmlformats.org/officeDocument/2006/relationships/hyperlink" Target="https://www.idfa.nl/en/film/66378f16-d5e5-465d-a2e5-d586d2e60f3a/lesbian-simulator/" TargetMode="External"/><Relationship Id="rId14" Type="http://schemas.openxmlformats.org/officeDocument/2006/relationships/hyperlink" Target="https://www.timescapes.be/films/gay-simulator" TargetMode="External"/><Relationship Id="rId15" Type="http://schemas.openxmlformats.org/officeDocument/2006/relationships/hyperlink" Target="https://www.raindanceimmersive.com/colourful-narratives-radical-courage-and-growth-through-vulnera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