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Honolulu Pride Parade 2026 Guide: Route, Parking and Tips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HSTA members, families and friends are preparing to join Honolulu Pride in 2026, with a colourful afternoon procession from Magic Island through Waikiki. Here’s what to know about arrival times, parking, parade access, hot-weather essentials and getting home afterwards, so the day feels joyful rather than like a scramble.</w:t>
      </w:r>
      <w:r/>
    </w:p>
    <w:p>
      <w:pPr>
        <w:pStyle w:val="Heading2"/>
      </w:pPr>
      <w:r>
        <w:t>Essential Takeaways</w:t>
      </w:r>
      <w:r/>
      <w:r/>
    </w:p>
    <w:p>
      <w:pPr>
        <w:pStyle w:val="ListBullet"/>
        <w:spacing w:line="240" w:lineRule="auto"/>
        <w:ind w:left="720"/>
      </w:pPr>
      <w:r/>
      <w:r>
        <w:rPr>
          <w:b/>
        </w:rPr>
        <w:t>Start early:</w:t>
      </w:r>
      <w:r>
        <w:t xml:space="preserve"> Aim to reach Magic Island at around 1.30pm before the 3pm parade.</w:t>
      </w:r>
      <w:r/>
    </w:p>
    <w:p>
      <w:pPr>
        <w:pStyle w:val="ListBullet"/>
        <w:spacing w:line="240" w:lineRule="auto"/>
        <w:ind w:left="720"/>
      </w:pPr>
      <w:r/>
      <w:r>
        <w:rPr>
          <w:b/>
        </w:rPr>
        <w:t>Expect limited parking:</w:t>
      </w:r>
      <w:r>
        <w:t xml:space="preserve"> Car-sharing, buses, taxis and ride-hailing services are the easiest options.</w:t>
      </w:r>
      <w:r/>
    </w:p>
    <w:p>
      <w:pPr>
        <w:pStyle w:val="ListBullet"/>
        <w:spacing w:line="240" w:lineRule="auto"/>
        <w:ind w:left="720"/>
      </w:pPr>
      <w:r/>
      <w:r>
        <w:rPr>
          <w:b/>
        </w:rPr>
        <w:t>Follow the route:</w:t>
      </w:r>
      <w:r>
        <w:t xml:space="preserve"> The procession travels from Ala Moana Boulevard to Kalakaua Avenue, ending near Kapiolani Park.</w:t>
      </w:r>
      <w:r/>
    </w:p>
    <w:p>
      <w:pPr>
        <w:pStyle w:val="ListBullet"/>
        <w:spacing w:line="240" w:lineRule="auto"/>
        <w:ind w:left="720"/>
      </w:pPr>
      <w:r/>
      <w:r>
        <w:rPr>
          <w:b/>
        </w:rPr>
        <w:t>Pack for the heat:</w:t>
      </w:r>
      <w:r>
        <w:t xml:space="preserve"> Water, sunscreen, sunglasses and a hat will make the walk much more comfortable.</w:t>
      </w:r>
      <w:r/>
    </w:p>
    <w:p>
      <w:pPr>
        <w:pStyle w:val="ListBullet"/>
        <w:spacing w:line="240" w:lineRule="auto"/>
        <w:ind w:left="720"/>
      </w:pPr>
      <w:r/>
      <w:r>
        <w:rPr>
          <w:b/>
        </w:rPr>
        <w:t>Plan your exit:</w:t>
      </w:r>
      <w:r>
        <w:t xml:space="preserve"> Return transport to Ala Moana isn't guaranteed, so arrange a lift or book a taxi or ride-share.</w:t>
      </w:r>
      <w:r/>
      <w:r/>
    </w:p>
    <w:p>
      <w:pPr>
        <w:pStyle w:val="Heading2"/>
      </w:pPr>
      <w:r>
        <w:t>Honolulu Pride 2026 starts at Magic Island</w:t>
      </w:r>
      <w:r/>
    </w:p>
    <w:p>
      <w:r/>
      <w:r>
        <w:t>The afternoon begins at the junction of Ala Moana Boulevard and Atkinson Drive, with the parade due to set off at 3pm. HSTA is advising participants to arrive at Magic Island by about 1.30pm, giving the group time to gather, check in and find its place among the staging areas.</w:t>
      </w:r>
      <w:r/>
    </w:p>
    <w:p>
      <w:r/>
      <w:r>
        <w:t>Look for HSTA members in rainbow T-shirts and committee representatives from the organisation's Human and Civil Rights Committee. Rainbow shirts will be available to HSTA members while supplies last, while relatives and friends can bring their own colourful outfits.</w:t>
      </w:r>
      <w:r/>
    </w:p>
    <w:p>
      <w:r/>
      <w:r>
        <w:t>Honolulu Pride's official information describes the event as a community celebration, and the wider festival programme makes it a major date on Oahu's events calendar. According to Island Events, the 2026 festival is expected to draw visitors and residents across the island. (Source: Honolulu Pride; Island Events)</w:t>
      </w:r>
      <w:r/>
    </w:p>
    <w:p>
      <w:pPr>
        <w:pStyle w:val="Heading2"/>
      </w:pPr>
      <w:r>
        <w:t>Parking will be the day's first challenge</w:t>
      </w:r>
      <w:r/>
    </w:p>
    <w:p>
      <w:r/>
      <w:r>
        <w:t>Ala Moana Regional Park, particularly the area around Magic Island, will be occupied by floats, vehicles and participating groups. That means parking is likely to be tight well before the parade begins, so driving directly to the staging area isn't the most stress-free plan.</w:t>
      </w:r>
      <w:r/>
    </w:p>
    <w:p>
      <w:r/>
      <w:r>
        <w:t>If you need to use a car, consider sharing with friends or looking at public parking around Kewalo Basin or Kakaako Waterfront. Getting dropped off, taking the bus or booking Uber, Lyft or a taxi may be simpler, especially if you're travelling with children or carrying supplies.</w:t>
      </w:r>
      <w:r/>
    </w:p>
    <w:p>
      <w:r/>
      <w:r>
        <w:t>It also pays to think beyond arrival. Honolulu events can create slow-moving traffic and crowded pavements, while the walk finishes some distance from the starting point. Hawaii travel guidance regularly recommends planning transport and allowing extra time for large public celebrations, rather than relying on a last-minute parking space. (Source: Hawaii Guide; Island Events)</w:t>
      </w:r>
      <w:r/>
    </w:p>
    <w:p>
      <w:pPr>
        <w:pStyle w:val="Heading2"/>
      </w:pPr>
      <w:r>
        <w:t>What to wear and bring for a hot afternoon</w:t>
      </w:r>
      <w:r/>
    </w:p>
    <w:p>
      <w:r/>
      <w:r>
        <w:t>Honolulu Pride is family-friendly, so participants are welcome to dress brightly and add suitable accessories or props. The useful word here is suitable: organisers can refuse participation to groups or displays they consider inappropriate for an all-ages event.</w:t>
      </w:r>
      <w:r/>
    </w:p>
    <w:p>
      <w:r/>
      <w:r>
        <w:t>The practical packing list is less glamorous but more important. Bring water, sunscreen, a hat and sunglasses, as shade may be limited along parts of the route. A portable phone charger is also worth slipping into a bag if you're staying in Waikiki after the parade or heading to the festival later.</w:t>
      </w:r>
      <w:r/>
    </w:p>
    <w:p>
      <w:r/>
      <w:r>
        <w:t>HSTA plans to have bottled water and snacks available before and during the walk, although supplies won't be unlimited. The organisation will also bring a trolley, with places offered on a first-come, first-served basis, which could be particularly useful for anyone who needs a break from walking. (Source: Honolulu Pride; RPCV Hawaii)</w:t>
      </w:r>
      <w:r/>
    </w:p>
    <w:p>
      <w:pPr>
        <w:pStyle w:val="Heading2"/>
      </w:pPr>
      <w:r>
        <w:t>The route ends near Kapiolani Park</w:t>
      </w:r>
      <w:r/>
    </w:p>
    <w:p>
      <w:r/>
      <w:r>
        <w:t>After leaving Magic Island, the parade heads east along Ala Moana Boulevard before turning right onto Kalakaua Avenue in Waikiki. It finishes on Kalakaua Avenue at Kapahulu Avenue, close to Kapiolani Park.</w:t>
      </w:r>
      <w:r/>
    </w:p>
    <w:p>
      <w:r/>
      <w:r>
        <w:t>HSTA participants are being asked to meet at the Kapiolani Park Bandstand for a group photograph once the walk is over. Staying for that moment, and for time with the wider HSTA community afterwards, turns the parade from a simple procession into a proper shared occasion.</w:t>
      </w:r>
      <w:r/>
    </w:p>
    <w:p>
      <w:r/>
      <w:r>
        <w:t>The route also places participants close to Honolulu's familiar festival and Waikiki landmarks. Other Hawaii celebrations, including the Aloha Festivals programme, show how parades often work best as part of a broader day out rather than a stand-alone event. (Source: Aloha Festivals; Hawaii Guide)</w:t>
      </w:r>
      <w:r/>
    </w:p>
    <w:p>
      <w:pPr>
        <w:pStyle w:val="Heading2"/>
      </w:pPr>
      <w:r>
        <w:t>Be prepared for crowds, protests and a one-way journey</w:t>
      </w:r>
      <w:r/>
    </w:p>
    <w:p>
      <w:r/>
      <w:r>
        <w:t>Participants may encounter protesters along the route. HSTA's guidance is clear: don't engage, respond or draw attention to their message. Staying calm and professional is especially important for anyone walking as a representative of the organisation.</w:t>
      </w:r>
      <w:r/>
    </w:p>
    <w:p>
      <w:r/>
      <w:r>
        <w:t>HSTA won't have an official presence at the Honolulu Pride Festival, although individuals are welcome to attend independently. Anyone heading to the Tom Moffatt Waikiki Shell should expect bag screening, with certain items potentially restricted under the venue's rules. Double-walled drinks bottles, including some insulated flasks, may be flagged.</w:t>
      </w:r>
      <w:r/>
    </w:p>
    <w:p>
      <w:r/>
      <w:r>
        <w:t>Finally, don't assume you'll be transported back to Ala Moana after the parade. Arrange a lift, plan to use a taxi or ride-share, or agree a collection point before the crowds thin out. It may feel like a small detail at lunchtime, but it's the detail you'll appreciate most when the sun is fading and your feet are tired. (Source: Honolulu Pride; Island Events)</w:t>
      </w:r>
      <w:r/>
    </w:p>
    <w:p>
      <w:r/>
      <w:r>
        <w:t>A little preparation will leave more room for the colour, music and community spirit of Honolulu Pride.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https://www.hsta.org/news/recent-stories/join-hsta-in-the-2026-honolulu-pride-parade/</w:t>
        </w:r>
      </w:hyperlink>
      <w:r>
        <w:t xml:space="preserve"> - Please view link - unable to able to access data</w:t>
      </w:r>
      <w:r/>
    </w:p>
    <w:p>
      <w:pPr>
        <w:pStyle w:val="ListNumber"/>
        <w:spacing w:line="240" w:lineRule="auto"/>
        <w:ind w:left="720"/>
      </w:pPr>
      <w:r/>
      <w:hyperlink r:id="rId9">
        <w:r>
          <w:rPr>
            <w:color w:val="0000EE"/>
            <w:u w:val="single"/>
          </w:rPr>
          <w:t>https://www.hsta.org/news/recent-stories/join-hsta-in-the-2026-honolulu-pride-parade/</w:t>
        </w:r>
      </w:hyperlink>
      <w:r>
        <w:t xml:space="preserve"> - The Hawaiʻi State Teachers Association (HSTA) invites members to participate in the 2026 Honolulu Pride Parade on Saturday, October 17, 2026. The parade begins at 3 p.m. from Magic Island in Ala Moana Regional Park, proceeds down Ala Moana Boulevard and Kalākaua Avenue, and ends at Kapiʻolani Park. HSTA has reserved a trolley that seats 90; members can sign up to join the group. Parking at Ala Moana Regional Park is extremely limited, so carpooling, using public transportation, or ride-share services are recommended. Upon arrival at Magic Island, participants should check in with HSTA's Human and Civil Rights Committee. HSTA will provide rainbow T-shirts to members while supplies last; family and friends are encouraged to wear their own rainbow-colored attire. The parade route is approximately three miles, and participants are advised to bring water, sunscreen, hats, and sunglasses. After the parade, attendees are invited to a post-parade photo at the Kapiʻolani Park Bandstand and to join HSTA's ʻohana for fellowship. Participants are advised not to engage with any protestors along the route and to act professionally, as they represent HSTA. HSTA will not be participating in the Honolulu Pride Festival; however, members are welcome to attend on their own. Note that bags will be screened, and certain items may be flagged according to the city's Waikīkī Shell rules. HSTA cannot guarantee transportation back to Ala Moana after the parade and recommends using a ride-share service or taxi, or arranging for pickup when ready to leave the area.</w:t>
      </w:r>
      <w:r/>
    </w:p>
    <w:p>
      <w:pPr>
        <w:pStyle w:val="ListNumber"/>
        <w:spacing w:line="240" w:lineRule="auto"/>
        <w:ind w:left="720"/>
      </w:pPr>
      <w:r/>
      <w:hyperlink r:id="rId10">
        <w:r>
          <w:rPr>
            <w:color w:val="0000EE"/>
            <w:u w:val="single"/>
          </w:rPr>
          <w:t>https://www.honolulupride.com/</w:t>
        </w:r>
      </w:hyperlink>
      <w:r>
        <w:t xml:space="preserve"> - Honolulu Pride is Hawaiʻi's largest LGBTQIA+ celebration, returning to Waikīkī in October 2026. The theme for this year's event is 'Ho‘omau,' celebrating queer resilience, unity, and perseverance. The Honolulu Pride Parade and Festival are scheduled for Saturday, October 17, 2026. The festival will feature over 70 community booths and four hours of live entertainment. VIP tickets are available, offering premium access, exclusive seating, and special perks for Pride Weekend events. The festival aims to honour the enduring spirit of the LGBTQIA/MVPFAFF+ community and the leaders who have shaped its journey.</w:t>
      </w:r>
      <w:r/>
    </w:p>
    <w:p>
      <w:pPr>
        <w:pStyle w:val="ListNumber"/>
        <w:spacing w:line="240" w:lineRule="auto"/>
        <w:ind w:left="720"/>
      </w:pPr>
      <w:r/>
      <w:hyperlink r:id="rId11">
        <w:r>
          <w:rPr>
            <w:color w:val="0000EE"/>
            <w:u w:val="single"/>
          </w:rPr>
          <w:t>https://islandsevents.com/island/oahu/honolulu-pride-festival-2026</w:t>
        </w:r>
      </w:hyperlink>
      <w:r>
        <w:t xml:space="preserve"> - The Honolulu Pride Festival 2026 is scheduled for October 14–18, 2026, with the parade taking place on Saturday, October 17, 2026, at 3 p.m. along Kalākaua Avenue in Waikīkī. The parade will feature LGBTQIA+ community visibility, local businesses, Hawaiʻi nonprofits, community groups, performers, allies, families, and visitors from around the world. Road closures are expected to begin around 2:30 p.m. on the day of the parade, with roads reopening by 6 p.m. Attendees are advised to arrive before 2:30 p.m., choose a safe public viewing location along Kalākaua Avenue, stay hydrated, bring sunscreen and a hat, wear comfortable footwear, and use public transport or walk if possible. It's important to avoid blocking shop entrances and hotel driveways, respect parade staff and police instructions, keep children close in crowded areas, pack a reusable water bottle, and bring a small rain layer, just in case.</w:t>
      </w:r>
      <w:r/>
    </w:p>
    <w:p>
      <w:pPr>
        <w:pStyle w:val="ListNumber"/>
        <w:spacing w:line="240" w:lineRule="auto"/>
        <w:ind w:left="720"/>
      </w:pPr>
      <w:r/>
      <w:hyperlink r:id="rId12">
        <w:r>
          <w:rPr>
            <w:color w:val="0000EE"/>
            <w:u w:val="single"/>
          </w:rPr>
          <w:t>https://rpcvhi.org/event-6828953</w:t>
        </w:r>
      </w:hyperlink>
      <w:r>
        <w:t xml:space="preserve"> - The Returned Peace Corps Volunteers of Hawai'i (RPCVHI) have registered to participate in the Honolulu Pride Parade on Saturday, October 17, 2026. Participation in the parade promotes the third goal of Peace Corps and recognises Peace Corps Volunteers of all ages and backgrounds. RPCVHI plans to decorate a car with world flags and aims to have 15 to 20 volunteers walk in the parade, encouraging participants to wear a Peace Corps shirt. RPCVs may bring friends and family to participate, and RPCVHI will provide 'proud to serve' signs for volunteers to carry. The parade begins on Magic Island at about 3 p.m. and ends at Kapiolani Park. The parade route is approximately three miles from Magic Island down Kalākaua Avenue to Kapiolani Park. Carpooling is highly recommended due to limited parking at the start and end of the parade. Parade participants should be dropped off at the Magic Island start by 2:00 p.m.</w:t>
      </w:r>
      <w:r/>
    </w:p>
    <w:p>
      <w:pPr>
        <w:pStyle w:val="ListNumber"/>
        <w:spacing w:line="240" w:lineRule="auto"/>
        <w:ind w:left="720"/>
      </w:pPr>
      <w:r/>
      <w:hyperlink r:id="rId13">
        <w:r>
          <w:rPr>
            <w:color w:val="0000EE"/>
            <w:u w:val="single"/>
          </w:rPr>
          <w:t>https://www.hawaii-guide.com/blog/aloha-festivals-hawaii-statewide-celebration-guide</w:t>
        </w:r>
      </w:hyperlink>
      <w:r>
        <w:t xml:space="preserve"> - Aloha Festivals 2026 is a statewide celebration in Hawaiʻi, with the Floral Parade scheduled for Saturday, September 26, 2026, from 9 a.m. to 12 p.m. The parade runs from Ala Moana Beach Park through Kalākaua Avenue in Waikīkī to Kapiʻolani Park, covering a route of roughly three miles that typically takes about three hours. The parade features Hawaiian pāʻū riders, hula hālau performing along the route, marching bands, floral-covered floats, and the Royal Court at the centre of the procession. Best viewing spots include the stretch along Kalākaua between the Honolulu Zoo and Kapiʻolani Park bandstand, with grandstand narration points at Ala Moana Park, Prince Waikiki, Royal Hawaiian Center, and Moana Surfrider. Attendees are advised to arrive early to secure a good viewing spot, bring folding chairs, water, and sunscreen, and plan to stay through the final floats around 11:30 a.m. to noon.</w:t>
      </w:r>
      <w:r/>
    </w:p>
    <w:p>
      <w:pPr>
        <w:pStyle w:val="ListNumber"/>
        <w:spacing w:line="240" w:lineRule="auto"/>
        <w:ind w:left="720"/>
      </w:pPr>
      <w:r/>
      <w:hyperlink r:id="rId14">
        <w:r>
          <w:rPr>
            <w:color w:val="0000EE"/>
            <w:u w:val="single"/>
          </w:rPr>
          <w:t>https://www.alohafestivals.com/floral-parade/</w:t>
        </w:r>
      </w:hyperlink>
      <w:r>
        <w:t xml:space="preserve"> - The 78th Annual Floral Parade is scheduled for Saturday, September 26, 2026, from 9 a.m. to 12 p.m. The parade starts at Ala Moana Park, proceeds through Kalākaua Avenue, and ends at Kapiʻolani Park. The procession features intricate floats decorated with a rainbow of fresh flowers, men and women on horseback showcasing the traditional art of pāʻū riding, marching bands, hālau hula, and civic leaders displaying the unique aloha spirit that unites Hawaiʻi’s community. Attendees are encouraged to sit near grandstands at Ala Moana Park, Prince Waikiki, Royal Hawaiian Center, and Moana Surfrider to hear narration of the parade.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sta.org/news/recent-stories/join-hsta-in-the-2026-honolulu-pride-parade/" TargetMode="External"/><Relationship Id="rId10" Type="http://schemas.openxmlformats.org/officeDocument/2006/relationships/hyperlink" Target="https://www.honolulupride.com/" TargetMode="External"/><Relationship Id="rId11" Type="http://schemas.openxmlformats.org/officeDocument/2006/relationships/hyperlink" Target="https://islandsevents.com/island/oahu/honolulu-pride-festival-2026" TargetMode="External"/><Relationship Id="rId12" Type="http://schemas.openxmlformats.org/officeDocument/2006/relationships/hyperlink" Target="https://rpcvhi.org/event-6828953" TargetMode="External"/><Relationship Id="rId13" Type="http://schemas.openxmlformats.org/officeDocument/2006/relationships/hyperlink" Target="https://www.hawaii-guide.com/blog/aloha-festivals-hawaii-statewide-celebration-guide" TargetMode="External"/><Relationship Id="rId14" Type="http://schemas.openxmlformats.org/officeDocument/2006/relationships/hyperlink" Target="https://www.alohafestivals.com/floral-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