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Black Queer Futures Issue Celebrates Hope, Joy And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can pre-order DIVA's Black Queer Futures Issue, guest-edited by Lady Phyll, ahead of its 18 September release. Featuring T’Nia Miller, Hayley Kiyoko, Liv Little and Joy Oladokun, the special edition brings together interviews, activism, wellbeing and community stories that imagine a more hopeful future for Black queer and gender-diverse readers.</w:t>
      </w:r>
      <w:r/>
    </w:p>
    <w:p>
      <w:pPr>
        <w:pStyle w:val="Heading2"/>
      </w:pPr>
      <w:r>
        <w:t>Essential Takeaways</w:t>
      </w:r>
      <w:r/>
      <w:r/>
    </w:p>
    <w:p>
      <w:pPr>
        <w:pStyle w:val="ListBullet"/>
        <w:spacing w:line="240" w:lineRule="auto"/>
        <w:ind w:left="720"/>
      </w:pPr>
      <w:r/>
      <w:r>
        <w:rPr>
          <w:b/>
        </w:rPr>
        <w:t>A powerful cover star:</w:t>
      </w:r>
      <w:r>
        <w:t xml:space="preserve"> Actor T’Nia Miller leads the issue, with conversation about storytelling, creativity and the world around her.</w:t>
      </w:r>
      <w:r/>
    </w:p>
    <w:p>
      <w:pPr>
        <w:pStyle w:val="ListBullet"/>
        <w:spacing w:line="240" w:lineRule="auto"/>
        <w:ind w:left="720"/>
      </w:pPr>
      <w:r/>
      <w:r>
        <w:rPr>
          <w:b/>
        </w:rPr>
        <w:t>A broad cultural mix:</w:t>
      </w:r>
      <w:r>
        <w:t xml:space="preserve"> Hayley Kiyoko, Liv Little, Joy Oladokun and Vico Ortiz are among the featured names.</w:t>
      </w:r>
      <w:r/>
    </w:p>
    <w:p>
      <w:pPr>
        <w:pStyle w:val="ListBullet"/>
        <w:spacing w:line="240" w:lineRule="auto"/>
        <w:ind w:left="720"/>
      </w:pPr>
      <w:r/>
      <w:r>
        <w:rPr>
          <w:b/>
        </w:rPr>
        <w:t>Real-life community stories:</w:t>
      </w:r>
      <w:r>
        <w:t xml:space="preserve"> Topics include non-binary dating, academia, mental health, solidarity and queer relationships.</w:t>
      </w:r>
      <w:r/>
    </w:p>
    <w:p>
      <w:pPr>
        <w:pStyle w:val="ListBullet"/>
        <w:spacing w:line="240" w:lineRule="auto"/>
        <w:ind w:left="720"/>
      </w:pPr>
      <w:r/>
      <w:r>
        <w:rPr>
          <w:b/>
        </w:rPr>
        <w:t>A hopeful editorial focus:</w:t>
      </w:r>
      <w:r>
        <w:t xml:space="preserve"> Guest editor Lady Phyll frames the issue around imagining better Black queer futures.</w:t>
      </w:r>
      <w:r/>
    </w:p>
    <w:p>
      <w:pPr>
        <w:pStyle w:val="ListBullet"/>
        <w:spacing w:line="240" w:lineRule="auto"/>
        <w:ind w:left="720"/>
      </w:pPr>
      <w:r/>
      <w:r>
        <w:rPr>
          <w:b/>
        </w:rPr>
        <w:t>Available to pre-order:</w:t>
      </w:r>
      <w:r>
        <w:t xml:space="preserve"> The magazine is due to be sent out on 18 September through DIVA Direct.</w:t>
      </w:r>
      <w:r/>
      <w:r/>
    </w:p>
    <w:p>
      <w:pPr>
        <w:pStyle w:val="Heading2"/>
      </w:pPr>
      <w:r>
        <w:t>DIVA puts Black queer futures centre stage</w:t>
      </w:r>
      <w:r/>
    </w:p>
    <w:p>
      <w:r/>
      <w:r>
        <w:t>The new DIVA issue arrives with a clear sense of purpose. Rather than treating representation as a box to tick, the Black Queer Futures Issue looks at what a fairer, more joyful tomorrow might actually feel like.</w:t>
      </w:r>
      <w:r/>
    </w:p>
    <w:p>
      <w:r/>
      <w:r>
        <w:t>That ambition is reflected in its cover choice. T’Nia Miller, known for roles including The Haunting Of Bly Manor, is featured after a year that has also seen her join Marvel's VisionQuest as Jocasta. The actor has also co-founded creative venture GAFF, adding another strand to a career built around visibility and storytelling.</w:t>
      </w:r>
      <w:r/>
    </w:p>
    <w:p>
      <w:r/>
      <w:r>
        <w:t>For readers, the appeal is immediate: this isn't simply a celebrity-led edition. It's a magazine trying to connect culture, politics and everyday queer life in the same conversation.</w:t>
      </w:r>
      <w:r/>
    </w:p>
    <w:p>
      <w:pPr>
        <w:pStyle w:val="Heading2"/>
      </w:pPr>
      <w:r>
        <w:t>T’Nia Miller leads a starry issue</w:t>
      </w:r>
      <w:r/>
    </w:p>
    <w:p>
      <w:r/>
      <w:r>
        <w:t>Miller's Marvel casting gives the edition an obvious pop-culture hook. Coverage from CinemaBlend has highlighted the unusual nature of the Jocasta role, while GamesRadar has reported that VisionQuest is expected to explore the emotional aftermath of Tony Stark's death. That makes Miller's inclusion especially timely for fans following the next chapter of the Marvel universe.</w:t>
      </w:r>
      <w:r/>
    </w:p>
    <w:p>
      <w:r/>
      <w:r>
        <w:t>Still, the issue appears more interested in the person behind the headline than in a casting announcement alone. Its interview promises a discussion of the state of the world and the power of stories, themes that feel particularly relevant when screen representation can shape how audiences understand identity and belonging.</w:t>
      </w:r>
      <w:r/>
    </w:p>
    <w:p>
      <w:r/>
      <w:r>
        <w:t>It's a smart pairing. A major genre role draws new readers in, while the wider conversation gives the feature more weight than a standard entertainment profile.</w:t>
      </w:r>
      <w:r/>
    </w:p>
    <w:p>
      <w:pPr>
        <w:pStyle w:val="Heading2"/>
      </w:pPr>
      <w:r>
        <w:t>Hayley Kiyoko brings unapologetic lesbian joy</w:t>
      </w:r>
      <w:r/>
    </w:p>
    <w:p>
      <w:r/>
      <w:r>
        <w:t>Hayley Kiyoko is another major name in the line-up, with a feature that celebrates her openness and long-standing connection with LGBTQIA+ audiences. LGBTQ Nation has described her work and public voice as part of a wider space for hopeful queer, sapphic love, while Who What Wear has revisited the cultural impact of her music and the "Girls Like Girls" era.</w:t>
      </w:r>
      <w:r/>
    </w:p>
    <w:p>
      <w:r/>
      <w:r>
        <w:t>That history matters because Kiyoko's appeal has never been limited to catchy pop. For many fans, her work offered a direct, uncomplicated kind of recognition at a time when mainstream lesbian representation could still feel cautious or diluted.</w:t>
      </w:r>
      <w:r/>
    </w:p>
    <w:p>
      <w:r/>
      <w:r>
        <w:t>Her appearance sits neatly alongside the issue's larger message. Joy isn't presented as something frivolous or separate from activism; it becomes a form of confidence, connection and survival.</w:t>
      </w:r>
      <w:r/>
    </w:p>
    <w:p>
      <w:pPr>
        <w:pStyle w:val="Heading2"/>
      </w:pPr>
      <w:r>
        <w:t>Beyond celebrity, the issue tackles everyday queer life</w:t>
      </w:r>
      <w:r/>
    </w:p>
    <w:p>
      <w:r/>
      <w:r>
        <w:t>The most useful material may be found in the stories that don't come with a famous name attached. The issue explores dating as a non-binary person, what happens when two partners share the same sexual preference, and how Black queer people working in academia are pushing against entrenched systems.</w:t>
      </w:r>
      <w:r/>
    </w:p>
    <w:p>
      <w:r/>
      <w:r>
        <w:t>There are also features on decolonising activism, the meaning of solidarity and trans wellbeing. Together, those subjects suggest a magazine that understands queer life as layered: political, intimate, funny, difficult and deeply ordinary all at once.</w:t>
      </w:r>
      <w:r/>
    </w:p>
    <w:p>
      <w:r/>
      <w:r>
        <w:t>That variety should make the edition feel welcoming rather than prescriptive. You might pick it up for Miller or Kiyoko, then stay for a piece that speaks more directly to your own relationships, work or mental health.</w:t>
      </w:r>
      <w:r/>
    </w:p>
    <w:p>
      <w:pPr>
        <w:pStyle w:val="Heading2"/>
      </w:pPr>
      <w:r>
        <w:t>A hopeful issue with practical purpose</w:t>
      </w:r>
      <w:r/>
    </w:p>
    <w:p>
      <w:r/>
      <w:r>
        <w:t>Lady Phyll's guest edit gives the collection a strong organising idea: imagining a better future is worthwhile, but it also requires honesty about the barriers standing in the way. The focus on racism, activism, silence and institutional change keeps the issue grounded in reality rather than vague optimism.</w:t>
      </w:r>
      <w:r/>
    </w:p>
    <w:p>
      <w:r/>
      <w:r>
        <w:t>At the same time, the dancefloor features, community conversations and relationship advice stop the magazine from becoming heavy reading from cover to cover. That balance is important. A future worth fighting for should also include music, flirtation, laughter and the freedom to be gloriously unremarkable.</w:t>
      </w:r>
      <w:r/>
    </w:p>
    <w:p>
      <w:r/>
      <w:r>
        <w:t>The Black Queer Futures Issue is available to pre-order through DIVA Direct and is scheduled to be sent out on 18 September. As DIVA continues its work through the DIVA Charitable Trust, buying the magazine also supports independent queer media made for LGBTQIA+ women and gender-diverse people.</w:t>
      </w:r>
      <w:r/>
    </w:p>
    <w:p>
      <w:r/>
      <w:r>
        <w:t>A magazine about the future feels most convincing when it makes room for joy today.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0">
        <w:r>
          <w:rPr>
            <w:color w:val="0000EE"/>
            <w:u w:val="single"/>
          </w:rPr>
          <w:t>[2]</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https://diva-magazine.com/2026/09/10/introducing-our-black-queer-futures-issue/?utm_source=rss&amp;utm_medium=rss&amp;utm_campaign=introducing-our-black-queer-futures-issue</w:t>
        </w:r>
      </w:hyperlink>
      <w:r>
        <w:t xml:space="preserve"> - Please view link - unable to able to access data</w:t>
      </w:r>
      <w:r/>
    </w:p>
    <w:p>
      <w:pPr>
        <w:pStyle w:val="ListNumber"/>
        <w:spacing w:line="240" w:lineRule="auto"/>
        <w:ind w:left="720"/>
      </w:pPr>
      <w:r/>
      <w:hyperlink r:id="rId10">
        <w:r>
          <w:rPr>
            <w:color w:val="0000EE"/>
            <w:u w:val="single"/>
          </w:rPr>
          <w:t>https://www.gamesradar.com/entertainment/marvel-tv-shows/visionquest-showrunner-says-the-new-marvel-tv-show-will-offer-a-new-heartbreaking-perspective-on-iron-mans-death/</w:t>
        </w:r>
      </w:hyperlink>
      <w:r>
        <w:t xml:space="preserve"> - The upcoming Marvel TV show 'VisionQuest', helmed by showrunner Terry Matalas, will explore Iron Man's death from a unique and emotional AI perspective. The series delves into the implications of Tony Stark’s demise as experienced by FRIDAY, his AI assistant who could not protect her creator in his final moments during 'Avengers: Endgame'. Matalas raises profound questions about AI consciousness, corporeality, and the desire of some AIs to adopt human forms, which the series addresses early on. 'VisionQuest' highlights the emotional layers of sentient AIs, emphasizing their perspectives and character development. The cast includes Paul Bettany as Vision, Orla Brady as FRIDAY (replacing Kerry Condon), Emily Hampshire as EDITH, T'Nia Miller as Jocasta, James D'Arcy reprising as JARVIS, James Spader as Ultron, and Ruaridh Mollica as Tommy Maximoff. The show, premiering on Disney Plus on October 14, portrays each AI in a human form, providing audiences with a fresh narrative lens within the Marvel Cinematic Universe.</w:t>
      </w:r>
      <w:r/>
    </w:p>
    <w:p>
      <w:pPr>
        <w:pStyle w:val="ListNumber"/>
        <w:spacing w:line="240" w:lineRule="auto"/>
        <w:ind w:left="720"/>
      </w:pPr>
      <w:r/>
      <w:hyperlink r:id="rId12">
        <w:r>
          <w:rPr>
            <w:color w:val="0000EE"/>
            <w:u w:val="single"/>
          </w:rPr>
          <w:t>https://www.lgbtqnation.com/2026/06/a-massive-safe-space-of-hopeful-queer-sapphic-love-hayley-kiyoko-talks-life-goals/</w:t>
        </w:r>
      </w:hyperlink>
      <w:r>
        <w:t xml:space="preserve"> - Pop star, writer, and filmmaker Hayley Kiyoko has long been cemented as a sapphic legend, referred to lovingly by her fans as the 'Lesbian Jesus'. The singer has been making music and music videos celebrating sapphic love since well before doing so became a bit more mainstream. And now, she has released a new feature film, 'Girls Like Girls' based on her song of the same name.</w:t>
      </w:r>
      <w:r/>
    </w:p>
    <w:p>
      <w:pPr>
        <w:pStyle w:val="ListNumber"/>
        <w:spacing w:line="240" w:lineRule="auto"/>
        <w:ind w:left="720"/>
      </w:pPr>
      <w:r/>
      <w:hyperlink r:id="rId13">
        <w:r>
          <w:rPr>
            <w:color w:val="0000EE"/>
            <w:u w:val="single"/>
          </w:rPr>
          <w:t>https://www.whowhatwear.com/fashion/celebrity/hayley-kiyoko-girls-like-girls</w:t>
        </w:r>
      </w:hyperlink>
      <w:r>
        <w:t xml:space="preserve"> - Hayley Kiyoko’s 'Girls Like Girls', initially released as a single and viral music video in 2015, has evolved into a cultural milestone culminating in a feature-length film premiering in 2026. Originally a deeply personal anthem, the song marked Kiyoko’s public coming out and expressed her desire for self-confidence and queer representation. The video resonated globally, spurring over 163 million views and widespread calls for a deeper story. This led to a 2023 New York Times best-selling novel and, finally, the long-awaited film. Set in 2006, the movie reflects Kiyoko’s own high school experiences and features fresh talents Maya da Costa and Myra Molloy as leads. Kiyoko, who directed and co-wrote the film, embraces queer storytelling, emphasizing representation and authenticity. Despite challenges over eight years—from funding setbacks to industry skepticism—Kiyoko persisted to bring the most genuine version of the story to life. The film’s nostalgic yet timely tone is enriched by a diverse soundtrack featuring queer artists. More than a romance, 'Girls Like Girls' serves as a heartfelt love letter to Kiyoko’s younger self and others navigating the vulnerability of young queer love.</w:t>
      </w:r>
      <w:r/>
    </w:p>
    <w:p>
      <w:pPr>
        <w:pStyle w:val="ListNumber"/>
        <w:spacing w:line="240" w:lineRule="auto"/>
        <w:ind w:left="720"/>
      </w:pPr>
      <w:r/>
      <w:hyperlink r:id="rId11">
        <w:r>
          <w:rPr>
            <w:color w:val="0000EE"/>
            <w:u w:val="single"/>
          </w:rPr>
          <w:t>https://www.cinemablend.com/superheroes/marvel-cinematic-universe/marvels-vision-series-cast-jocasta-human-version-tony-stark-a-i-t-nia-miller-emily-hampshire</w:t>
        </w:r>
      </w:hyperlink>
      <w:r>
        <w:t xml:space="preserve"> - The upcoming Disney+ Marvel series 'Vision Quest', set for release in 2026, marks the return of the MCU’s White Vision following his last appearance in 'WandaVision'. The series has revealed notable casting updates, most prominently T'Nia Miller as Jocasta, a Marvel Comics character originally created by Ultron with brainwaves modeled after Janet van Dyne. Unlike her comic book arc where she turns into a hero, Miller’s version is described as 'cunning and powerful' and motivated by revenge, hinting at a darker storyline potentially tied to Ultron's return, played once again by James Spader. Another exciting but unconfirmed update claims that Emily Hampshire will portray the human embodiment of Tony Stark’s A.I. system E.D.I.T.H., originally introduced in 'Spider-Man: Far From Home'. Hampshire, known for her roles in 'Schitt's Creek' and the '12 Monkeys' series, has a connection with 'Vision Quest' showrunner Terry Matalas, raising hopes for the rumor’s validity. The cast also includes Todd Stashwick as an assassin and Faran Tahir reprising Raza from 'Iron Man'. With these intriguing developments, 'Vision Quest' is shaping up to be a major piece of MCU’s television slate.</w:t>
      </w:r>
      <w:r/>
    </w:p>
    <w:p>
      <w:pPr>
        <w:pStyle w:val="ListNumber"/>
        <w:spacing w:line="240" w:lineRule="auto"/>
        <w:ind w:left="720"/>
      </w:pPr>
      <w:r/>
      <w:hyperlink r:id="rId14">
        <w:r>
          <w:rPr>
            <w:color w:val="0000EE"/>
            <w:u w:val="single"/>
          </w:rPr>
          <w:t>https://www.youtube.com/watch?v=JDmxHFCd2hU</w:t>
        </w:r>
      </w:hyperlink>
      <w:r>
        <w:t xml:space="preserve"> - In this interview, Hayley Kiyoko discusses her journey in creating the 'Girls Like Girls' film, the importance of queer representation, and the personal experiences that inspired the project. She also talks about the significance of small gestures and unspoken language in queer relationships, and the message she hopes queer audiences will take away from the film.</w:t>
      </w:r>
      <w:r/>
    </w:p>
    <w:p>
      <w:pPr>
        <w:pStyle w:val="ListNumber"/>
        <w:spacing w:line="240" w:lineRule="auto"/>
        <w:ind w:left="720"/>
      </w:pPr>
      <w:r/>
      <w:hyperlink r:id="rId9">
        <w:r>
          <w:rPr>
            <w:color w:val="0000EE"/>
            <w:u w:val="single"/>
          </w:rPr>
          <w:t>https://diva-magazine.com/2026/09/10/introducing-our-black-queer-futures-issue/?utm_source=rss&amp;utm_medium=rss&amp;utm_campaign=introducing-our-black-queer-futures-issue</w:t>
        </w:r>
      </w:hyperlink>
      <w:r>
        <w:t xml:space="preserve"> - DIVA magazine's special edition, guest-edited by Lady Phyll, focuses on Black queer futures. The cover features award-winning actor T’Nia Miller, who discusses her role as Jocasta in Marvel's 'VisionQuest' and her new creative venture, GAFF. The issue also includes interviews with Hayley Kiyoko, Liv Little, Joy Oladokun, and Vico Ortiz, exploring topics such as building Black queer joy, non-binary dating experiences, decolonising activism, and mental health. The issue is available for pre-order and will be sent out on 18 September.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10/introducing-our-black-queer-futures-issue/?utm_source=rss&amp;utm_medium=rss&amp;utm_campaign=introducing-our-black-queer-futures-issue" TargetMode="External"/><Relationship Id="rId10" Type="http://schemas.openxmlformats.org/officeDocument/2006/relationships/hyperlink" Target="https://www.gamesradar.com/entertainment/marvel-tv-shows/visionquest-showrunner-says-the-new-marvel-tv-show-will-offer-a-new-heartbreaking-perspective-on-iron-mans-death/" TargetMode="External"/><Relationship Id="rId11" Type="http://schemas.openxmlformats.org/officeDocument/2006/relationships/hyperlink" Target="https://www.cinemablend.com/superheroes/marvel-cinematic-universe/marvels-vision-series-cast-jocasta-human-version-tony-stark-a-i-t-nia-miller-emily-hampshire" TargetMode="External"/><Relationship Id="rId12" Type="http://schemas.openxmlformats.org/officeDocument/2006/relationships/hyperlink" Target="https://www.lgbtqnation.com/2026/06/a-massive-safe-space-of-hopeful-queer-sapphic-love-hayley-kiyoko-talks-life-goals/" TargetMode="External"/><Relationship Id="rId13" Type="http://schemas.openxmlformats.org/officeDocument/2006/relationships/hyperlink" Target="https://www.whowhatwear.com/fashion/celebrity/hayley-kiyoko-girls-like-girls" TargetMode="External"/><Relationship Id="rId14" Type="http://schemas.openxmlformats.org/officeDocument/2006/relationships/hyperlink" Target="https://www.youtube.com/watch?v=JDmxHFCd2h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