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 Mesa Pride 2027 brings LGBTQ+ celebration downtown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 Mesa is preparing for its first official Pride event in June 2027, turning an Allison Avenue parking lot into a lively gathering place with music, food and community spirit. The East County celebration matters because it gives local LGBTQ+ residents and younger people a visible, council-backed sign that they’re welcome.</w:t>
      </w:r>
      <w:r/>
    </w:p>
    <w:p>
      <w:pPr>
        <w:pStyle w:val="Heading2"/>
      </w:pPr>
      <w:r>
        <w:t>Essential Takeaways</w:t>
      </w:r>
      <w:r/>
      <w:r/>
    </w:p>
    <w:p>
      <w:pPr>
        <w:pStyle w:val="ListBullet"/>
        <w:spacing w:line="240" w:lineRule="auto"/>
        <w:ind w:left="720"/>
      </w:pPr>
      <w:r/>
      <w:r>
        <w:rPr>
          <w:b/>
        </w:rPr>
        <w:t>First city Pride event:</w:t>
      </w:r>
      <w:r>
        <w:t xml:space="preserve"> La Mesa City Council approved $15,000 for the June 2027 celebration.</w:t>
      </w:r>
      <w:r/>
    </w:p>
    <w:p>
      <w:pPr>
        <w:pStyle w:val="ListBullet"/>
        <w:spacing w:line="240" w:lineRule="auto"/>
        <w:ind w:left="720"/>
      </w:pPr>
      <w:r/>
      <w:r>
        <w:rPr>
          <w:b/>
        </w:rPr>
        <w:t>Downtown location:</w:t>
      </w:r>
      <w:r>
        <w:t xml:space="preserve"> The event is planned for the Allison Avenue parking lot near central La Mesa.</w:t>
      </w:r>
      <w:r/>
    </w:p>
    <w:p>
      <w:pPr>
        <w:pStyle w:val="ListBullet"/>
        <w:spacing w:line="240" w:lineRule="auto"/>
        <w:ind w:left="720"/>
      </w:pPr>
      <w:r/>
      <w:r>
        <w:rPr>
          <w:b/>
        </w:rPr>
        <w:t>Live entertainment:</w:t>
      </w:r>
      <w:r>
        <w:t xml:space="preserve"> Visitors can expect food vendors, music and a public festival atmosphere.</w:t>
      </w:r>
      <w:r/>
    </w:p>
    <w:p>
      <w:pPr>
        <w:pStyle w:val="ListBullet"/>
        <w:spacing w:line="240" w:lineRule="auto"/>
        <w:ind w:left="720"/>
      </w:pPr>
      <w:r/>
      <w:r>
        <w:rPr>
          <w:b/>
        </w:rPr>
        <w:t>Community-led origins:</w:t>
      </w:r>
      <w:r>
        <w:t xml:space="preserve"> Diversionary Theatre helped propose the event and apply for city funding.</w:t>
      </w:r>
      <w:r/>
    </w:p>
    <w:p>
      <w:pPr>
        <w:pStyle w:val="ListBullet"/>
        <w:spacing w:line="240" w:lineRule="auto"/>
        <w:ind w:left="720"/>
      </w:pPr>
      <w:r/>
      <w:r>
        <w:rPr>
          <w:b/>
        </w:rPr>
        <w:t>Room to grow:</w:t>
      </w:r>
      <w:r>
        <w:t xml:space="preserve"> Organisers hope the gathering can develop into a larger annual celebration.</w:t>
      </w:r>
      <w:r/>
      <w:r/>
    </w:p>
    <w:p>
      <w:pPr>
        <w:pStyle w:val="Heading2"/>
      </w:pPr>
      <w:r>
        <w:t>La Mesa is making Pride official</w:t>
      </w:r>
      <w:r/>
    </w:p>
    <w:p>
      <w:r/>
      <w:r>
        <w:t xml:space="preserve">A quiet parking area near downtown La Mesa is set for a colourful makeover next June, with live music, food stalls and the sort of buzz usually associated with a much bigger civic festival. The city council's decision gives the local LGBTQ+ community a dedicated public celebration on home turf, rather than asking residents to travel elsewhere. KPBS reported on the council's approval and the planned Allison Avenue setting. </w:t>
      </w:r>
      <w:hyperlink r:id="rId9">
        <w:r>
          <w:rPr>
            <w:color w:val="0000EE"/>
            <w:u w:val="single"/>
          </w:rPr>
          <w:t>[2]</w:t>
        </w:r>
      </w:hyperlink>
      <w:r/>
    </w:p>
    <w:p>
      <w:r/>
      <w:r>
        <w:t xml:space="preserve">The city has allocated $15,000 from its downtown parking fund through the La Mesa Village Enhancement Fund Programme. That's a practical starting point, but the symbolism is considerably bigger: public money and civic backing can make a community event feel more permanent, visible and reassuring. The La Mesa City Council provides information on its meetings and municipal decisions. </w:t>
      </w:r>
      <w:hyperlink r:id="rId10">
        <w:r>
          <w:rPr>
            <w:color w:val="0000EE"/>
            <w:u w:val="single"/>
          </w:rPr>
          <w:t>[3]</w:t>
        </w:r>
      </w:hyperlink>
      <w:r/>
    </w:p>
    <w:p>
      <w:pPr>
        <w:pStyle w:val="Heading2"/>
      </w:pPr>
      <w:r>
        <w:t>Why visibility matters to younger residents</w:t>
      </w:r>
      <w:r/>
    </w:p>
    <w:p>
      <w:r/>
      <w:r>
        <w:t xml:space="preserve">For LGBTQ+ residents, particularly teenagers and young adults, seeing Pride supported by their own council can carry a special emotional weight. It sends a message that belonging isn't confined to private circles or distant city centres; it has a place in everyday La Mesa life, too. KPBS quoted Councilmember Lauren Cazares, who described the event as meaningful for young people still finding their identity. </w:t>
      </w:r>
      <w:hyperlink r:id="rId9">
        <w:r>
          <w:rPr>
            <w:color w:val="0000EE"/>
            <w:u w:val="single"/>
          </w:rPr>
          <w:t>[2]</w:t>
        </w:r>
      </w:hyperlink>
      <w:r/>
    </w:p>
    <w:p>
      <w:r/>
      <w:r>
        <w:t xml:space="preserve">That visibility also matters for residents who may not yet feel entirely comfortable being open. A welcoming stage, friendly crowd and simple signs of public support won't solve every challenge, of course, but they can help shift the mood of a neighbourhood. Wider Pride calendars show how local celebrations can sit alongside larger regional events, creating more choices for people who prefer a smaller, community-scale gathering. </w:t>
      </w:r>
      <w:hyperlink r:id="rId11">
        <w:r>
          <w:rPr>
            <w:color w:val="0000EE"/>
            <w:u w:val="single"/>
          </w:rPr>
          <w:t>[5]</w:t>
        </w:r>
      </w:hyperlink>
      <w:r>
        <w:t xml:space="preserve">, </w:t>
      </w:r>
      <w:hyperlink r:id="rId12">
        <w:r>
          <w:rPr>
            <w:color w:val="0000EE"/>
            <w:u w:val="single"/>
          </w:rPr>
          <w:t>[7]</w:t>
        </w:r>
      </w:hyperlink>
      <w:r/>
    </w:p>
    <w:p>
      <w:pPr>
        <w:pStyle w:val="Heading2"/>
      </w:pPr>
      <w:r>
        <w:t>A community idea with local roots</w:t>
      </w:r>
      <w:r/>
    </w:p>
    <w:p>
      <w:r/>
      <w:r>
        <w:t xml:space="preserve">The event didn't appear from nowhere. Local residents had reportedly wanted a La Mesa Pride celebration for years, while University Heights' Diversionary Theatre helped bring the proposal forward and navigate the funding process. That combination of resident enthusiasm and an established LGBTQ+ arts organisation gives the festival a useful foundation. KPBS identified Diversionary Theatre's role in developing the proposal. </w:t>
      </w:r>
      <w:hyperlink r:id="rId9">
        <w:r>
          <w:rPr>
            <w:color w:val="0000EE"/>
            <w:u w:val="single"/>
          </w:rPr>
          <w:t>[2]</w:t>
        </w:r>
      </w:hyperlink>
      <w:r/>
    </w:p>
    <w:p>
      <w:r/>
      <w:r>
        <w:t xml:space="preserve">There's a pleasingly grassroots feel to the plan. Rather than simply importing a ready-made festival, La Mesa is building something around its own residents, local businesses and public spaces. Diversionary Theatre's work, meanwhile, reflects the broader role LGBTQ+ cultural organisations often play in creating gathering places as well as performances. </w:t>
      </w:r>
      <w:hyperlink r:id="rId13">
        <w:r>
          <w:rPr>
            <w:color w:val="0000EE"/>
            <w:u w:val="single"/>
          </w:rPr>
          <w:t>[6]</w:t>
        </w:r>
      </w:hyperlink>
      <w:r/>
    </w:p>
    <w:p>
      <w:pPr>
        <w:pStyle w:val="Heading2"/>
      </w:pPr>
      <w:r>
        <w:t>What visitors can expect in June 2027</w:t>
      </w:r>
      <w:r/>
    </w:p>
    <w:p>
      <w:r/>
      <w:r>
        <w:t xml:space="preserve">The current outline is deliberately straightforward: a live music stage, food vendors and space for people to gather near downtown. That mix should make the first event approachable, whether visitors arrive with friends, family or simply a bit of curiosity. The city and local parks information pages are useful places to check for future event details as plans develop. </w:t>
      </w:r>
      <w:hyperlink r:id="rId10">
        <w:r>
          <w:rPr>
            <w:color w:val="0000EE"/>
            <w:u w:val="single"/>
          </w:rPr>
          <w:t>[3]</w:t>
        </w:r>
      </w:hyperlink>
      <w:r>
        <w:t xml:space="preserve">, </w:t>
      </w:r>
      <w:hyperlink r:id="rId14">
        <w:r>
          <w:rPr>
            <w:color w:val="0000EE"/>
            <w:u w:val="single"/>
          </w:rPr>
          <w:t>[4]</w:t>
        </w:r>
      </w:hyperlink>
      <w:r/>
    </w:p>
    <w:p>
      <w:r/>
      <w:r>
        <w:t xml:space="preserve">At this stage, visitors shouldn't expect a fully detailed schedule or final vendor list. Those practical details will likely arrive closer to the date, so anyone planning to attend should look for updates from La Mesa, the organisers and local event listings. The best advice is simple: check the location, timings, accessibility information and transport options before setting off, especially once the summer programme fills up. </w:t>
      </w:r>
      <w:hyperlink r:id="rId14">
        <w:r>
          <w:rPr>
            <w:color w:val="0000EE"/>
            <w:u w:val="single"/>
          </w:rPr>
          <w:t>[4]</w:t>
        </w:r>
      </w:hyperlink>
      <w:r/>
    </w:p>
    <w:p>
      <w:pPr>
        <w:pStyle w:val="Heading2"/>
      </w:pPr>
      <w:r>
        <w:t>Could La Mesa Pride become an annual tradition?</w:t>
      </w:r>
      <w:r/>
    </w:p>
    <w:p>
      <w:r/>
      <w:r>
        <w:t xml:space="preserve">Organisers have already expressed hope that the celebration will grow in future years. That doesn't necessarily mean it needs to become enormous. A successful local Pride might be measured just as much by the people who feel comfortable attending, returning and bringing someone new as by the size of the crowd. KPBS reported that community representatives were open to the event evolving over time. </w:t>
      </w:r>
      <w:hyperlink r:id="rId9">
        <w:r>
          <w:rPr>
            <w:color w:val="0000EE"/>
            <w:u w:val="single"/>
          </w:rPr>
          <w:t>[2]</w:t>
        </w:r>
      </w:hyperlink>
      <w:r/>
    </w:p>
    <w:p>
      <w:r/>
      <w:r>
        <w:t xml:space="preserve">The first festival will therefore be both a celebration and a test run. If residents respond warmly, local businesses participate and the event runs smoothly, La Mesa could have the beginnings of a lasting June tradition. For many people, though, the most memorable detail may be simpler: seeing their city say, in a very public way, that they belong. </w:t>
      </w:r>
      <w:hyperlink r:id="rId10">
        <w:r>
          <w:rPr>
            <w:color w:val="0000EE"/>
            <w:u w:val="single"/>
          </w:rPr>
          <w:t>[3]</w:t>
        </w:r>
      </w:hyperlink>
      <w:r>
        <w:t xml:space="preserve">, </w:t>
      </w:r>
      <w:hyperlink r:id="rId13">
        <w:r>
          <w:rPr>
            <w:color w:val="0000EE"/>
            <w:u w:val="single"/>
          </w:rPr>
          <w:t>[6]</w:t>
        </w:r>
      </w:hyperlink>
      <w:r/>
    </w:p>
    <w:p>
      <w:r/>
      <w:r>
        <w:t>It's a small first step for La Mesa, but a bright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11">
        <w:r>
          <w:rPr>
            <w:color w:val="0000EE"/>
            <w:u w:val="single"/>
          </w:rPr>
          <w:t>[5]</w:t>
        </w:r>
      </w:hyperlink>
      <w:r>
        <w:t xml:space="preserve">, </w:t>
      </w:r>
      <w:hyperlink r:id="rId12">
        <w:r>
          <w:rPr>
            <w:color w:val="0000EE"/>
            <w:u w:val="single"/>
          </w:rPr>
          <w:t>[7]</w:t>
        </w:r>
      </w:hyperlink>
      <w:r>
        <w:t xml:space="preserve">- Paragraph 5: </w:t>
      </w:r>
      <w:hyperlink r:id="rId9">
        <w:r>
          <w:rPr>
            <w:color w:val="0000EE"/>
            <w:u w:val="single"/>
          </w:rPr>
          <w:t>[2]</w:t>
        </w:r>
      </w:hyperlink>
      <w:r>
        <w:t xml:space="preserve">- Paragraph 6: </w:t>
      </w:r>
      <w:hyperlink r:id="rId13">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[4]</w:t>
        </w:r>
      </w:hyperlink>
      <w:r>
        <w:t xml:space="preserve">- Paragraph 8: </w:t>
      </w:r>
      <w:hyperlink r:id="rId14">
        <w:r>
          <w:rPr>
            <w:color w:val="0000EE"/>
            <w:u w:val="single"/>
          </w:rPr>
          <w:t>[4]</w:t>
        </w:r>
      </w:hyperlink>
      <w:r>
        <w:t xml:space="preserve">- Paragraph 9: </w:t>
      </w:r>
      <w:hyperlink r:id="rId9">
        <w:r>
          <w:rPr>
            <w:color w:val="0000EE"/>
            <w:u w:val="single"/>
          </w:rPr>
          <w:t>[2]</w:t>
        </w:r>
      </w:hyperlink>
      <w:r>
        <w:t xml:space="preserve">- Paragraph 10: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https://www.kpbs.org/news/arts-culture/2026/09/09/city-of-la-mesa-to-host-first-pride-event-in-2027</w:t>
        </w:r>
      </w:hyperlink>
      <w:r>
        <w:t xml:space="preserve"> - Please view link - unable to able to access data</w:t>
      </w:r>
      <w:r/>
    </w:p>
    <w:p>
      <w:pPr>
        <w:pStyle w:val="ListNumber"/>
        <w:spacing w:line="240" w:lineRule="auto"/>
        <w:ind w:left="720"/>
      </w:pPr>
      <w:r/>
      <w:hyperlink r:id="rId9">
        <w:r>
          <w:rPr>
            <w:color w:val="0000EE"/>
            <w:u w:val="single"/>
          </w:rPr>
          <w:t>https://www.kpbs.org/news/arts-culture/2026/09/09/city-of-la-mesa-to-host-first-pride-event-in-2027</w:t>
        </w:r>
      </w:hyperlink>
      <w:r>
        <w:t xml:space="preserve"> - The City of La Mesa has announced plans to host its inaugural Pride event in June 2027. The La Mesa City Council approved a $15,000 budget for the event, which will take place in the Allison Avenue parking lot near downtown. The event aims to celebrate LGBTQ+ pride with live music, food vendors, and entertainment. City Councilmember Lauren Cazares, a member of the LGBTQ+ community, expressed her support for the event, highlighting its significance for the community. The funds for the event will be allocated from the city's downtown parking fund. (</w:t>
      </w:r>
      <w:hyperlink r:id="rId15">
        <w:r>
          <w:rPr>
            <w:color w:val="0000EE"/>
            <w:u w:val="single"/>
          </w:rPr>
          <w:t>kpbs.org</w:t>
        </w:r>
      </w:hyperlink>
      <w:r>
        <w:t>)</w:t>
      </w:r>
      <w:r/>
    </w:p>
    <w:p>
      <w:pPr>
        <w:pStyle w:val="ListNumber"/>
        <w:spacing w:line="240" w:lineRule="auto"/>
        <w:ind w:left="720"/>
      </w:pPr>
      <w:r/>
      <w:hyperlink r:id="rId10">
        <w:r>
          <w:rPr>
            <w:color w:val="0000EE"/>
            <w:u w:val="single"/>
          </w:rPr>
          <w:t>https://www.cityoflamesa.gov/247/City-Council</w:t>
        </w:r>
      </w:hyperlink>
      <w:r>
        <w:t xml:space="preserve"> - The La Mesa City Council comprises four councilmembers and a mayor, all elected at-large to serve four-year terms. Council meetings are held on the second and fourth Tuesday of each month at 6 p.m. Recorded meetings, agendas, and minutes are available online. (</w:t>
      </w:r>
      <w:hyperlink r:id="rId16">
        <w:r>
          <w:rPr>
            <w:color w:val="0000EE"/>
            <w:u w:val="single"/>
          </w:rPr>
          <w:t>cityoflamesa.gov</w:t>
        </w:r>
      </w:hyperlink>
      <w:r>
        <w:t>)</w:t>
      </w:r>
      <w:r/>
    </w:p>
    <w:p>
      <w:pPr>
        <w:pStyle w:val="ListNumber"/>
        <w:spacing w:line="240" w:lineRule="auto"/>
        <w:ind w:left="720"/>
      </w:pPr>
      <w:r/>
      <w:hyperlink r:id="rId14">
        <w:r>
          <w:rPr>
            <w:color w:val="0000EE"/>
            <w:u w:val="single"/>
          </w:rPr>
          <w:t>https://www.lamesaparks.org/Calendar.aspx?EID=8922</w:t>
        </w:r>
      </w:hyperlink>
      <w:r>
        <w:t xml:space="preserve"> - The 27th Annual Flag Day Parade in La Mesa is scheduled for Saturday, June 13, 2026. The parade will commence at 10 AM from the La Mesa Adult Enrichment Center at 8450 La Mesa Blvd., marching west through the heart of La Mesa Village. The event is free and open to the public. (</w:t>
      </w:r>
      <w:hyperlink r:id="rId17">
        <w:r>
          <w:rPr>
            <w:color w:val="0000EE"/>
            <w:u w:val="single"/>
          </w:rPr>
          <w:t>lamesaparks.org</w:t>
        </w:r>
      </w:hyperlink>
      <w:r>
        <w:t>)</w:t>
      </w:r>
      <w:r/>
    </w:p>
    <w:p>
      <w:pPr>
        <w:pStyle w:val="ListNumber"/>
        <w:spacing w:line="240" w:lineRule="auto"/>
        <w:ind w:left="720"/>
      </w:pPr>
      <w:r/>
      <w:hyperlink r:id="rId11">
        <w:r>
          <w:rPr>
            <w:color w:val="0000EE"/>
            <w:u w:val="single"/>
          </w:rPr>
          <w:t>https://www.gayout.com/usa-canada/united-states/los-angeles/mega-events/la-pride</w:t>
        </w:r>
      </w:hyperlink>
      <w:r>
        <w:t xml:space="preserve"> - LA Pride 2027 is scheduled to take place in West Hollywood, Los Angeles, with dates to be announced. The event is expected to attract over 150,000 attendees and will feature a parade, festival grounds with stages, food, community groups, and various Pride programming. LA Pride is one of the oldest Pride events in the U.S., running since 1970. (</w:t>
      </w:r>
      <w:hyperlink r:id="rId18">
        <w:r>
          <w:rPr>
            <w:color w:val="0000EE"/>
            <w:u w:val="single"/>
          </w:rPr>
          <w:t>gayout.com</w:t>
        </w:r>
      </w:hyperlink>
      <w:r>
        <w:t>)</w:t>
      </w:r>
      <w:r/>
    </w:p>
    <w:p>
      <w:pPr>
        <w:pStyle w:val="ListNumber"/>
        <w:spacing w:line="240" w:lineRule="auto"/>
        <w:ind w:left="720"/>
      </w:pPr>
      <w:r/>
      <w:hyperlink r:id="rId13">
        <w:r>
          <w:rPr>
            <w:color w:val="0000EE"/>
            <w:u w:val="single"/>
          </w:rPr>
          <w:t>https://opa27.org/en</w:t>
        </w:r>
      </w:hyperlink>
      <w:r>
        <w:t xml:space="preserve"> - Orgullo Panamericano 2027 is set to take place in Guadalajara, Mexico, from June 10 to 19, 2027. The event aims to be the first continental Pride of the Americas, featuring ten days of culture, rights, sports, and community activities. The agenda includes a Pan-American March, Human Rights Forum, Pride Village, Cultural Festival, 5K Run, Closing Concert, Book Fair, and LGBTIQ+ Cinema. (</w:t>
      </w:r>
      <w:hyperlink r:id="rId19">
        <w:r>
          <w:rPr>
            <w:color w:val="0000EE"/>
            <w:u w:val="single"/>
          </w:rPr>
          <w:t>opa27.org</w:t>
        </w:r>
      </w:hyperlink>
      <w:r>
        <w:t>)</w:t>
      </w:r>
      <w:r/>
    </w:p>
    <w:p>
      <w:pPr>
        <w:pStyle w:val="ListNumber"/>
        <w:spacing w:line="240" w:lineRule="auto"/>
        <w:ind w:left="720"/>
      </w:pPr>
      <w:r/>
      <w:hyperlink r:id="rId12">
        <w:r>
          <w:rPr>
            <w:color w:val="0000EE"/>
            <w:u w:val="single"/>
          </w:rPr>
          <w:t>https://www.kpbs.org/events/2026/06/23/pride-celebration-at-mesa-rim-mira-mesa</w:t>
        </w:r>
      </w:hyperlink>
      <w:r>
        <w:t xml:space="preserve"> - Mesa Rim Mira Mesa hosted a Pride Celebration on Tuesday, June 23, 2026, at 5 PM. The event featured a Queer Climbing Collective meetup, printmaking workshop, Pride-themed climbing routes and boulders, food, drinks, local artists, and participation from San Diego Pride. (</w:t>
      </w:r>
      <w:hyperlink r:id="rId20">
        <w:r>
          <w:rPr>
            <w:color w:val="0000EE"/>
            <w:u w:val="single"/>
          </w:rPr>
          <w:t>kpbs.org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pbs.org/news/arts-culture/2026/09/09/city-of-la-mesa-to-host-first-pride-event-in-2027" TargetMode="External"/><Relationship Id="rId10" Type="http://schemas.openxmlformats.org/officeDocument/2006/relationships/hyperlink" Target="https://www.cityoflamesa.gov/247/City-Council" TargetMode="External"/><Relationship Id="rId11" Type="http://schemas.openxmlformats.org/officeDocument/2006/relationships/hyperlink" Target="https://www.gayout.com/usa-canada/united-states/los-angeles/mega-events/la-pride" TargetMode="External"/><Relationship Id="rId12" Type="http://schemas.openxmlformats.org/officeDocument/2006/relationships/hyperlink" Target="https://www.kpbs.org/events/2026/06/23/pride-celebration-at-mesa-rim-mira-mesa" TargetMode="External"/><Relationship Id="rId13" Type="http://schemas.openxmlformats.org/officeDocument/2006/relationships/hyperlink" Target="https://opa27.org/en" TargetMode="External"/><Relationship Id="rId14" Type="http://schemas.openxmlformats.org/officeDocument/2006/relationships/hyperlink" Target="https://www.lamesaparks.org/Calendar.aspx?EID=8922" TargetMode="External"/><Relationship Id="rId15" Type="http://schemas.openxmlformats.org/officeDocument/2006/relationships/hyperlink" Target="https://www.kpbs.org/news/arts-culture/2026/09/09/city-of-la-mesa-to-host-first-pride-event-in-2027?utm_source=openai" TargetMode="External"/><Relationship Id="rId16" Type="http://schemas.openxmlformats.org/officeDocument/2006/relationships/hyperlink" Target="https://www.cityoflamesa.gov/247/City-Council?utm_source=openai" TargetMode="External"/><Relationship Id="rId17" Type="http://schemas.openxmlformats.org/officeDocument/2006/relationships/hyperlink" Target="https://www.lamesaparks.org/Calendar.aspx?EID=8922&amp;utm_source=openai" TargetMode="External"/><Relationship Id="rId18" Type="http://schemas.openxmlformats.org/officeDocument/2006/relationships/hyperlink" Target="https://www.gayout.com/usa-canada/united-states/los-angeles/mega-events/la-pride?utm_source=openai" TargetMode="External"/><Relationship Id="rId19" Type="http://schemas.openxmlformats.org/officeDocument/2006/relationships/hyperlink" Target="https://opa27.org/en?utm_source=openai" TargetMode="External"/><Relationship Id="rId20" Type="http://schemas.openxmlformats.org/officeDocument/2006/relationships/hyperlink" Target="https://www.kpbs.org/events/2026/06/23/pride-celebration-at-mesa-rim-mira-mes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