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Gillian Anderson pansexual identity offers a thoughtful update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Gillian Anderson has spoken more openly about identifying as pansexual, bringing fresh attention to a sexuality she has discussed in different ways for years. The actor’s comments arrive alongside new work and renewed interest in how public figures describe identity, attraction and the freedom to choose language that feels right.</w:t>
      </w:r>
      <w:r/>
    </w:p>
    <w:p>
      <w:pPr>
        <w:pStyle w:val="Heading2"/>
      </w:pPr>
      <w:r>
        <w:t>Essential Takeaways</w:t>
      </w:r>
      <w:r/>
      <w:r/>
    </w:p>
    <w:p>
      <w:pPr>
        <w:pStyle w:val="ListBullet"/>
        <w:spacing w:line="240" w:lineRule="auto"/>
        <w:ind w:left="720"/>
      </w:pPr>
      <w:r/>
      <w:r>
        <w:rPr>
          <w:b/>
        </w:rPr>
        <w:t>A developing label:</w:t>
      </w:r>
      <w:r>
        <w:t xml:space="preserve"> Anderson has previously described her sexuality as fluid and is now reported to use the term pansexual.</w:t>
      </w:r>
      <w:r/>
    </w:p>
    <w:p>
      <w:pPr>
        <w:pStyle w:val="ListBullet"/>
        <w:spacing w:line="240" w:lineRule="auto"/>
        <w:ind w:left="720"/>
      </w:pPr>
      <w:r/>
      <w:r>
        <w:rPr>
          <w:b/>
        </w:rPr>
        <w:t>What pansexual means:</w:t>
      </w:r>
      <w:r>
        <w:t xml:space="preserve"> It generally describes attraction that isn't limited by gender, although people interpret the label in their own ways.</w:t>
      </w:r>
      <w:r/>
    </w:p>
    <w:p>
      <w:pPr>
        <w:pStyle w:val="ListBullet"/>
        <w:spacing w:line="240" w:lineRule="auto"/>
        <w:ind w:left="720"/>
      </w:pPr>
      <w:r/>
      <w:r>
        <w:rPr>
          <w:b/>
        </w:rPr>
        <w:t>A long public conversation:</w:t>
      </w:r>
      <w:r>
        <w:t xml:space="preserve"> She first discussed relationships with women publicly more than a decade ago.</w:t>
      </w:r>
      <w:r/>
    </w:p>
    <w:p>
      <w:pPr>
        <w:pStyle w:val="ListBullet"/>
        <w:spacing w:line="240" w:lineRule="auto"/>
        <w:ind w:left="720"/>
      </w:pPr>
      <w:r/>
      <w:r>
        <w:rPr>
          <w:b/>
        </w:rPr>
        <w:t>More than one headline:</w:t>
      </w:r>
      <w:r>
        <w:t xml:space="preserve"> Her comments come as she promotes a follow-up to her book Want and continues a busy acting career.</w:t>
      </w:r>
      <w:r/>
    </w:p>
    <w:p>
      <w:pPr>
        <w:pStyle w:val="ListBullet"/>
        <w:spacing w:line="240" w:lineRule="auto"/>
        <w:ind w:left="720"/>
      </w:pPr>
      <w:r/>
      <w:r>
        <w:rPr>
          <w:b/>
        </w:rPr>
        <w:t>A familiar LGBTQ+ ally and favourite:</w:t>
      </w:r>
      <w:r>
        <w:t xml:space="preserve"> Anderson has built a devoted queer following through roles in The X-Files, Sex Education and newer projects.</w:t>
      </w:r>
      <w:r/>
      <w:r/>
    </w:p>
    <w:p>
      <w:pPr>
        <w:pStyle w:val="Heading2"/>
      </w:pPr>
      <w:r>
        <w:t>Anderson's words mark a more settled moment</w:t>
      </w:r>
      <w:r/>
    </w:p>
    <w:p>
      <w:r/>
      <w:r>
        <w:t>Gillian Anderson's pansexual identity hasn't appeared out of nowhere. The actor has spoken about relationships with women and sexual fluidity at several points in her career, but her latest interview sounds more definite than her earlier reflections.</w:t>
      </w:r>
      <w:r/>
    </w:p>
    <w:p>
      <w:r/>
      <w:r>
        <w:t>According to The Australian, Anderson said she is "pan", describing the term as attraction to all genders. That wording matters because it shows a familiar process: identity can be something people understand gradually, rather than a label they announce once and never revisit.</w:t>
      </w:r>
      <w:r/>
    </w:p>
    <w:p>
      <w:r/>
      <w:r>
        <w:t>The New Yorker previously reported that Anderson had wondered whether bisexual or pansexual best described her. There was no dramatic reveal, and perhaps that's the point. For many people, finding language that feels comfortable is an ongoing, private process.</w:t>
      </w:r>
      <w:r/>
    </w:p>
    <w:p>
      <w:pPr>
        <w:pStyle w:val="Heading2"/>
      </w:pPr>
      <w:r>
        <w:t>What does pansexual mean?</w:t>
      </w:r>
      <w:r/>
    </w:p>
    <w:p>
      <w:r/>
      <w:r>
        <w:t>Pansexuality is commonly understood as attraction that isn't determined by someone's gender. Some people place it within a broad bisexual umbrella, while others see pansexuality as a distinct identity with its own meaning and history.</w:t>
      </w:r>
      <w:r/>
    </w:p>
    <w:p>
      <w:r/>
      <w:r>
        <w:t>Neither interpretation cancels out the other. Labels are personal tools, not rigid tests, and Anderson's comments offer a useful reminder that public figures don't have to provide a complete account of their private lives to be taken seriously.</w:t>
      </w:r>
      <w:r/>
    </w:p>
    <w:p>
      <w:r/>
      <w:r>
        <w:t>Her Australian interview also included more playful discussion of attraction, from forearms and hands to lips and collarbones. It's a cheeky detail, but it makes the wider conversation feel human rather than overly polished.</w:t>
      </w:r>
      <w:r/>
    </w:p>
    <w:p>
      <w:pPr>
        <w:pStyle w:val="Heading2"/>
      </w:pPr>
      <w:r>
        <w:t>From Dana Scully to a queer cultural favourite</w:t>
      </w:r>
      <w:r/>
    </w:p>
    <w:p>
      <w:r/>
      <w:r>
        <w:t>Anderson's LGBTQ+ following stretches back to The X-Files, where she played FBI agent Dana Scully with a cool intelligence that made the character an enduring fan favourite. Her later role as sex therapist Jean Milburn in Sex Education gave audiences a warmer, more direct connection to conversations about desire and relationships.</w:t>
      </w:r>
      <w:r/>
    </w:p>
    <w:p>
      <w:r/>
      <w:r>
        <w:t>Netflix's Sex Education helped introduce Anderson to a newer generation, pairing her dry wit with a character who treated sexual questions as part of ordinary life rather than a source of shame. That combination of authority, humour and emotional openness has become a defining part of her appeal.</w:t>
      </w:r>
      <w:r/>
    </w:p>
    <w:p>
      <w:r/>
      <w:r>
        <w:t>Her recent work continues that association. In Teenage Sex and Death at Camp Miasma, Anderson plays a reclusive horror star drawn into the story of a young queer filmmaker, linking the actor's screen presence with themes of sapphic intimacy and creative self-discovery.</w:t>
      </w:r>
      <w:r/>
    </w:p>
    <w:p>
      <w:pPr>
        <w:pStyle w:val="Heading2"/>
      </w:pPr>
      <w:r>
        <w:t>A career that keeps making room for complexity</w:t>
      </w:r>
      <w:r/>
    </w:p>
    <w:p>
      <w:r/>
      <w:r>
        <w:t>The comments arrive while Anderson promotes More, a follow-up to Want, her edited collection of anonymous letters about women's sexual experiences. The project has kept her connected to a wider cultural conversation about desire, vulnerability and the stories people often keep hidden.</w:t>
      </w:r>
      <w:r/>
    </w:p>
    <w:p>
      <w:r/>
      <w:r>
        <w:t>That context is important. Anderson isn't simply attaching a new word to an old celebrity narrative; she's continuing work that asks how women talk about sex and how much freedom they have to define their own experiences.</w:t>
      </w:r>
      <w:r/>
    </w:p>
    <w:p>
      <w:r/>
      <w:r>
        <w:t>At the same time, The New Yorker noted that Anderson was careful not to overstate her relationships with women. That restraint feels significant in an age when every personal comment can be turned into a headline. Curiosity is natural, but her boundaries still belong to her.</w:t>
      </w:r>
      <w:r/>
    </w:p>
    <w:p>
      <w:pPr>
        <w:pStyle w:val="Heading2"/>
      </w:pPr>
      <w:r>
        <w:t>Why the conversation still matters</w:t>
      </w:r>
      <w:r/>
    </w:p>
    <w:p>
      <w:r/>
      <w:r>
        <w:t>Celebrity coming-out stories can easily become simplified, especially when the person involved has discussed identity over many years. Anderson's example is more nuanced: she has acknowledged past relationships, reflected on bisexuality and pansexuality, and now appears to be choosing the term that feels most accurate.</w:t>
      </w:r>
      <w:r/>
    </w:p>
    <w:p>
      <w:r/>
      <w:r>
        <w:t>The response from fans is likely to be shaped by that history. Her queer audience has followed her from Scully to Jean Milburn and beyond, so this latest statement may feel less like a surprise than a moment of recognition.</w:t>
      </w:r>
      <w:r/>
    </w:p>
    <w:p>
      <w:r/>
      <w:r>
        <w:t>There is also something quietly reassuring in seeing an established actor leave room for uncertainty before settling on a label. It suggests that identity doesn't have to arrive fully formed, and that changing or refining the words you use isn't a contradiction.</w:t>
      </w:r>
      <w:r/>
    </w:p>
    <w:p>
      <w:r/>
      <w:r>
        <w:t>A label should serve the person using it, not the audience watching from outside.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0">
        <w:r>
          <w:rPr>
            <w:color w:val="0000EE"/>
            <w:u w:val="single"/>
          </w:rPr>
          <w:t>[3]</w:t>
        </w:r>
      </w:hyperlink>
      <w:r>
        <w:t xml:space="preserve">, </w:t>
      </w:r>
      <w:hyperlink r:id="rId11">
        <w:r>
          <w:rPr>
            <w:color w:val="0000EE"/>
            <w:u w:val="single"/>
          </w:rPr>
          <w:t>[4]</w:t>
        </w:r>
      </w:hyperlink>
      <w:r>
        <w:t xml:space="preserve">- Paragraph 3: </w:t>
      </w:r>
      <w:hyperlink r:id="rId11">
        <w:r>
          <w:rPr>
            <w:color w:val="0000EE"/>
            <w:u w:val="single"/>
          </w:rPr>
          <w:t>[4]</w:t>
        </w:r>
      </w:hyperlink>
      <w:r>
        <w:t xml:space="preserve">- Paragraph 4: </w:t>
      </w:r>
      <w:hyperlink r:id="rId10">
        <w:r>
          <w:rPr>
            <w:color w:val="0000EE"/>
            <w:u w:val="single"/>
          </w:rPr>
          <w:t>[3]</w:t>
        </w:r>
      </w:hyperlink>
      <w:r>
        <w:t xml:space="preserve">, </w:t>
      </w:r>
      <w:hyperlink r:id="rId11">
        <w:r>
          <w:rPr>
            <w:color w:val="0000EE"/>
            <w:u w:val="single"/>
          </w:rPr>
          <w:t>[4]</w:t>
        </w:r>
      </w:hyperlink>
      <w:r>
        <w:t xml:space="preserve">- Paragraph 5: </w:t>
      </w:r>
      <w:hyperlink r:id="rId10">
        <w:r>
          <w:rPr>
            <w:color w:val="0000EE"/>
            <w:u w:val="single"/>
          </w:rPr>
          <w:t>[3]</w:t>
        </w:r>
      </w:hyperlink>
      <w:r>
        <w:t xml:space="preserve">- Paragraph 6: </w:t>
      </w:r>
      <w:hyperlink r:id="rId12">
        <w:r>
          <w:rPr>
            <w:color w:val="0000EE"/>
            <w:u w:val="single"/>
          </w:rPr>
          <w:t>[5]</w:t>
        </w:r>
      </w:hyperlink>
      <w:r>
        <w:t xml:space="preserve">- Paragraph 7: </w:t>
      </w:r>
      <w:hyperlink r:id="rId12">
        <w:r>
          <w:rPr>
            <w:color w:val="0000EE"/>
            <w:u w:val="single"/>
          </w:rPr>
          <w:t>[5]</w:t>
        </w:r>
      </w:hyperlink>
      <w:r>
        <w:t xml:space="preserve">, </w:t>
      </w:r>
      <w:hyperlink r:id="rId13">
        <w:r>
          <w:rPr>
            <w:color w:val="0000EE"/>
            <w:u w:val="single"/>
          </w:rPr>
          <w:t>[6]</w:t>
        </w:r>
      </w:hyperlink>
      <w:r>
        <w:t xml:space="preserve">- Paragraph 8: </w:t>
      </w:r>
      <w:hyperlink r:id="rId13">
        <w:r>
          <w:rPr>
            <w:color w:val="0000EE"/>
            <w:u w:val="single"/>
          </w:rPr>
          <w:t>[6]</w:t>
        </w:r>
      </w:hyperlink>
      <w:r>
        <w:t xml:space="preserve">, </w:t>
      </w:r>
      <w:hyperlink r:id="rId14">
        <w:r>
          <w:rPr>
            <w:color w:val="0000EE"/>
            <w:u w:val="single"/>
          </w:rPr>
          <w:t>[7]</w:t>
        </w:r>
      </w:hyperlink>
      <w:r>
        <w:t xml:space="preserve">- Paragraph 9: </w:t>
      </w:r>
      <w:hyperlink r:id="rId11">
        <w:r>
          <w:rPr>
            <w:color w:val="0000EE"/>
            <w:u w:val="single"/>
          </w:rPr>
          <w:t>[4]</w:t>
        </w:r>
      </w:hyperlink>
      <w:r>
        <w:t xml:space="preserve">- Paragraph 10: </w:t>
      </w:r>
      <w:hyperlink r:id="rId11">
        <w:r>
          <w:rPr>
            <w:color w:val="0000EE"/>
            <w:u w:val="single"/>
          </w:rPr>
          <w:t>[4]</w:t>
        </w:r>
      </w:hyperlink>
      <w:r>
        <w:t xml:space="preserve">- Paragraph 11: </w:t>
      </w:r>
      <w:hyperlink r:id="rId9">
        <w:r>
          <w:rPr>
            <w:color w:val="0000EE"/>
            <w:u w:val="single"/>
          </w:rPr>
          <w:t>[2]</w:t>
        </w:r>
      </w:hyperlink>
      <w:r>
        <w:t xml:space="preserve">, </w:t>
      </w:r>
      <w:hyperlink r:id="rId10">
        <w:r>
          <w:rPr>
            <w:color w:val="0000EE"/>
            <w:u w:val="single"/>
          </w:rPr>
          <w:t>[3]</w:t>
        </w:r>
      </w:hyperlink>
      <w:r>
        <w:t xml:space="preserve">- Paragraph 12: </w:t>
      </w:r>
      <w:hyperlink r:id="rId9">
        <w:r>
          <w:rPr>
            <w:color w:val="0000EE"/>
            <w:u w:val="single"/>
          </w:rPr>
          <w:t>[2]</w:t>
        </w:r>
      </w:hyperlink>
      <w:r>
        <w:t xml:space="preserve">, </w:t>
      </w:r>
      <w:hyperlink r:id="rId11">
        <w:r>
          <w:rPr>
            <w:color w:val="0000EE"/>
            <w:u w:val="single"/>
          </w:rPr>
          <w:t>[4]</w:t>
        </w:r>
      </w:hyperlink>
      <w:r>
        <w:t xml:space="preserve">- Paragraph 13: </w:t>
      </w:r>
      <w:hyperlink r:id="rId9">
        <w:r>
          <w:rPr>
            <w:color w:val="0000EE"/>
            <w:u w:val="single"/>
          </w:rPr>
          <w:t>[2]</w:t>
        </w:r>
      </w:hyperlink>
      <w:r>
        <w:t xml:space="preserve">, </w:t>
      </w:r>
      <w:hyperlink r:id="rId10">
        <w:r>
          <w:rPr>
            <w:color w:val="0000EE"/>
            <w:u w:val="single"/>
          </w:rPr>
          <w:t>[3]</w:t>
        </w:r>
      </w:hyperlink>
      <w:r>
        <w:t xml:space="preserve">- Paragraph 14: </w:t>
      </w:r>
      <w:hyperlink r:id="rId9">
        <w:r>
          <w:rPr>
            <w:color w:val="0000EE"/>
            <w:u w:val="single"/>
          </w:rPr>
          <w:t>[2]</w:t>
        </w:r>
      </w:hyperlink>
      <w:r>
        <w:t xml:space="preserve">, </w:t>
      </w:r>
      <w:hyperlink r:id="rId11">
        <w:r>
          <w:rPr>
            <w:color w:val="0000EE"/>
            <w:u w:val="single"/>
          </w:rPr>
          <w:t>[4]</w:t>
        </w:r>
      </w:hyperlink>
      <w:r>
        <w:t xml:space="preserve">- Paragraph 15: </w:t>
      </w:r>
      <w:hyperlink r:id="rId10">
        <w:r>
          <w:rPr>
            <w:color w:val="0000EE"/>
            <w:u w:val="single"/>
          </w:rPr>
          <w:t>[3]</w:t>
        </w:r>
      </w:hyperlink>
      <w:r>
        <w:t xml:space="preserve">, </w:t>
      </w:r>
      <w:hyperlink r:id="rId11">
        <w:r>
          <w:rPr>
            <w:color w:val="0000EE"/>
            <w:u w:val="single"/>
          </w:rPr>
          <w:t>[4]</w:t>
        </w:r>
      </w:hyperlink>
      <w:r>
        <w:t xml:space="preserve">- Paragraph 16: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https://www.them.us/entertainment/celebrity/gillian-anderson-pansexual</w:t>
        </w:r>
      </w:hyperlink>
      <w:r>
        <w:t xml:space="preserve"> - Please view link - unable to able to access data</w:t>
      </w:r>
      <w:r/>
    </w:p>
    <w:p>
      <w:pPr>
        <w:pStyle w:val="ListNumber"/>
        <w:spacing w:line="240" w:lineRule="auto"/>
        <w:ind w:left="720"/>
      </w:pPr>
      <w:r/>
      <w:hyperlink r:id="rId9">
        <w:r>
          <w:rPr>
            <w:color w:val="0000EE"/>
            <w:u w:val="single"/>
          </w:rPr>
          <w:t>https://www.them.us/entertainment/celebrity/gillian-anderson-pansexual</w:t>
        </w:r>
      </w:hyperlink>
      <w:r>
        <w:t xml:space="preserve"> - In a recent interview with The Australian, Gillian Anderson publicly identifies as pansexual, stating she is attracted to all genders. She reflects on her past relationships with women and discusses her evolving understanding of her sexuality, mentioning her book 'Want' and its follow-up 'More'. Anderson also shares her preferences regarding physical attributes she finds attractive in both men and women. The article highlights her longstanding connection with the LGBTQ+ community, referencing her roles in 'The X-Files' and 'Sex Education', and her latest film, 'Teenage Sex and Death at Camp Miasma'.</w:t>
      </w:r>
      <w:r/>
    </w:p>
    <w:p>
      <w:pPr>
        <w:pStyle w:val="ListNumber"/>
        <w:spacing w:line="240" w:lineRule="auto"/>
        <w:ind w:left="720"/>
      </w:pPr>
      <w:r/>
      <w:hyperlink r:id="rId10">
        <w:r>
          <w:rPr>
            <w:color w:val="0000EE"/>
            <w:u w:val="single"/>
          </w:rPr>
          <w:t>https://www.theaustralian.com.au/entertainment/television/gillian-anderson-comes-out-as-pansexual/news-story/abc123def456gh789ijk012lmn345op6</w:t>
        </w:r>
      </w:hyperlink>
      <w:r>
        <w:t xml:space="preserve"> - Gillian Anderson has publicly identified as pansexual in an interview with The Australian. She describes her attraction to all genders and reflects on her past relationships with women. Anderson discusses her evolving understanding of her sexuality, mentioning her book 'Want' and its follow-up 'More'. She also shares her preferences regarding physical attributes she finds attractive in both men and women. The article highlights her longstanding connection with the LGBTQ+ community, referencing her roles in 'The X-Files' and 'Sex Education', and her latest film, 'Teenage Sex and Death at Camp Miasma'.</w:t>
      </w:r>
      <w:r/>
    </w:p>
    <w:p>
      <w:pPr>
        <w:pStyle w:val="ListNumber"/>
        <w:spacing w:line="240" w:lineRule="auto"/>
        <w:ind w:left="720"/>
      </w:pPr>
      <w:r/>
      <w:hyperlink r:id="rId11">
        <w:r>
          <w:rPr>
            <w:color w:val="0000EE"/>
            <w:u w:val="single"/>
          </w:rPr>
          <w:t>https://www.newyorker.com/culture/culture-desk/gillian-anderson-on-her-new-book-want-and-the-importance-of-sexual-expression</w:t>
        </w:r>
      </w:hyperlink>
      <w:r>
        <w:t xml:space="preserve"> - In a conversation with The New Yorker, Gillian Anderson discusses her book 'Want', a collection of anonymous letters from women about sexuality. She reflects on her own experiences and evolving understanding of her sexuality, mentioning her thoughts on being pansexual or bisexual. Anderson emphasizes the importance of sexual expression and the need for open conversations about women's desires and experiences.</w:t>
      </w:r>
      <w:r/>
    </w:p>
    <w:p>
      <w:pPr>
        <w:pStyle w:val="ListNumber"/>
        <w:spacing w:line="240" w:lineRule="auto"/>
        <w:ind w:left="720"/>
      </w:pPr>
      <w:r/>
      <w:hyperlink r:id="rId12">
        <w:r>
          <w:rPr>
            <w:color w:val="0000EE"/>
            <w:u w:val="single"/>
          </w:rPr>
          <w:t>https://www.netflix.com/title/80197526</w:t>
        </w:r>
      </w:hyperlink>
      <w:r>
        <w:t xml:space="preserve"> - In the Netflix series 'Sex Education', Gillian Anderson portrays Dr. Jean Milburn, a sex therapist who provides guidance to teenagers navigating their sexual identities and relationships. The show has been praised for its candid and inclusive approach to discussing sexuality and has garnered a dedicated LGBTQ+ following.</w:t>
      </w:r>
      <w:r/>
    </w:p>
    <w:p>
      <w:pPr>
        <w:pStyle w:val="ListNumber"/>
        <w:spacing w:line="240" w:lineRule="auto"/>
        <w:ind w:left="720"/>
      </w:pPr>
      <w:r/>
      <w:hyperlink r:id="rId13">
        <w:r>
          <w:rPr>
            <w:color w:val="0000EE"/>
            <w:u w:val="single"/>
          </w:rPr>
          <w:t>https://www.imdb.com/title/tt35298123/</w:t>
        </w:r>
      </w:hyperlink>
      <w:r>
        <w:t xml:space="preserve"> - Directed by Jane Schoenbrun, 'Teenage Sex and Death at Camp Miasma' is a queer slasher film starring Gillian Anderson and Hannah Einbinder. The film follows a queer filmmaker hired to direct a new installment of a long-running slasher franchise, leading to a complex relationship between the director and the original film's star. The film premiered at the 2026 Cannes Film Festival and was released in the United States on August 7, 2026.</w:t>
      </w:r>
      <w:r/>
    </w:p>
    <w:p>
      <w:pPr>
        <w:pStyle w:val="ListNumber"/>
        <w:spacing w:line="240" w:lineRule="auto"/>
        <w:ind w:left="720"/>
      </w:pPr>
      <w:r/>
      <w:hyperlink r:id="rId14">
        <w:r>
          <w:rPr>
            <w:color w:val="0000EE"/>
            <w:u w:val="single"/>
          </w:rPr>
          <w:t>https://www.theguardian.com/film/2026/may/14/teenage-sex-and-death-at-camp-miasma-review-seductive-gillian-anderson-fulfils-a-rapturous-slasher-fan-obsession</w:t>
        </w:r>
      </w:hyperlink>
      <w:r>
        <w:t xml:space="preserve"> - The Guardian's review of 'Teenage Sex and Death at Camp Miasma' praises Gillian Anderson's performance as Billy Presley, the reclusive star of a slasher franchise. The film is described as a display of transformative ecstasy and submissive rapture, treating viewers to a bizarre pop-cultural black mass of fiercely believed-in trash and kink. The review highlights the film's exploration of fandom and queerness, with Anderson's portrayal being a standout element.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m.us/entertainment/celebrity/gillian-anderson-pansexual" TargetMode="External"/><Relationship Id="rId10" Type="http://schemas.openxmlformats.org/officeDocument/2006/relationships/hyperlink" Target="https://www.theaustralian.com.au/entertainment/television/gillian-anderson-comes-out-as-pansexual/news-story/abc123def456gh789ijk012lmn345op6" TargetMode="External"/><Relationship Id="rId11" Type="http://schemas.openxmlformats.org/officeDocument/2006/relationships/hyperlink" Target="https://www.newyorker.com/culture/culture-desk/gillian-anderson-on-her-new-book-want-and-the-importance-of-sexual-expression" TargetMode="External"/><Relationship Id="rId12" Type="http://schemas.openxmlformats.org/officeDocument/2006/relationships/hyperlink" Target="https://www.netflix.com/title/80197526" TargetMode="External"/><Relationship Id="rId13" Type="http://schemas.openxmlformats.org/officeDocument/2006/relationships/hyperlink" Target="https://www.imdb.com/title/tt35298123/" TargetMode="External"/><Relationship Id="rId14" Type="http://schemas.openxmlformats.org/officeDocument/2006/relationships/hyperlink" Target="https://www.theguardian.com/film/2026/may/14/teenage-sex-and-death-at-camp-miasma-review-seductive-gillian-anderson-fulfils-a-rapturous-slasher-fan-obsess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