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Gillian Anderson Pansexual Identity Offers A More Nuanced View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Gillian Anderson has spoken more openly about identifying as pansexual, bringing fresh attention to a sexuality she has discussed for years. Her comments, reported in The Australian and covered by Out and Them, matter because they show how personal labels can evolve over time, even for a globally recognised actor.</w:t>
      </w:r>
      <w:r/>
    </w:p>
    <w:p>
      <w:pPr>
        <w:pStyle w:val="Heading2"/>
      </w:pPr>
      <w:r>
        <w:t>Gillian Anderson puts a name to years of openness</w:t>
      </w:r>
      <w:r/>
    </w:p>
    <w:p>
      <w:r/>
      <w:r>
        <w:t>Gillian Anderson's pansexual identity isn't an entirely new revelation. The actor has previously spoken about relationships with women and described her sexuality as fluid, but her latest comments suggest she's now more comfortable using a specific label.</w:t>
      </w:r>
      <w:r/>
    </w:p>
    <w:p>
      <w:r/>
      <w:r>
        <w:t>In an interview with The Australian, Anderson reportedly said she is pansexual, a term generally used by people who experience attraction regardless of gender. It's a small sentence with a sizeable cultural echo, particularly from an actor whose work has earned her a loyal LGBTQ+ following.</w:t>
      </w:r>
      <w:r/>
    </w:p>
    <w:p>
      <w:pPr>
        <w:pStyle w:val="Heading2"/>
      </w:pPr>
      <w:r>
        <w:t>What does pansexual mean?</w:t>
      </w:r>
      <w:r/>
    </w:p>
    <w:p>
      <w:r/>
      <w:r>
        <w:t>Pansexuality commonly describes attraction that isn't limited by someone's gender. For some people, it sits within the broader bisexual umbrella, while others use it to express an identity they feel is distinct from bisexuality.</w:t>
      </w:r>
      <w:r/>
    </w:p>
    <w:p>
      <w:r/>
      <w:r>
        <w:t>There isn't one required way to understand or use the term. Anderson's earlier comments to The New Yorker showed that she was still thinking through the language herself, asking whether bisexual or pansexual felt more accurate. That uncertainty is hardly unusual. Identity can be exploratory, personal and, frankly, resistant to neat filing systems.</w:t>
      </w:r>
      <w:r/>
    </w:p>
    <w:p>
      <w:pPr>
        <w:pStyle w:val="Heading2"/>
      </w:pPr>
      <w:r>
        <w:t>Her public comments have developed gradually</w:t>
      </w:r>
      <w:r/>
    </w:p>
    <w:p>
      <w:r/>
      <w:r>
        <w:t>Anderson first discussed relationships with women publicly more than a decade ago. Since then, she has returned to the subject occasionally, without presenting a fixed or overly tidy account of her sexuality.</w:t>
      </w:r>
      <w:r/>
    </w:p>
    <w:p>
      <w:r/>
      <w:r>
        <w:t>Her 2024 conversation with The New Yorker came while she was discussing Want, her edited collection of anonymous letters about women's sexual fantasies and desires. As Vogue and The Washington Post noted in coverage of the book, the project placed intimacy, imagination and sexual self-expression at the centre of the conversation.</w:t>
      </w:r>
      <w:r/>
    </w:p>
    <w:p>
      <w:r/>
      <w:r>
        <w:t>That context matters. Anderson hasn't appeared to be chasing a headline or making a dramatic announcement. Instead, her language has shifted as she has reflected on her own experiences, which feels considerably more relatable than the polished certainty celebrities are often expected to perform.</w:t>
      </w:r>
      <w:r/>
    </w:p>
    <w:p>
      <w:pPr>
        <w:pStyle w:val="Heading2"/>
      </w:pPr>
      <w:r>
        <w:t>Why LGBTQ+ audiences feel connected to Anderson</w:t>
      </w:r>
      <w:r/>
    </w:p>
    <w:p>
      <w:r/>
      <w:r>
        <w:t>Anderson's connection with queer audiences stretches across several memorable roles. As Dana Scully in The X-Files, she became an emblem of intelligence and competence; in Sex Education, she played a frank, warm sex therapist who offered advice with both confidence and chaos.</w:t>
      </w:r>
      <w:r/>
    </w:p>
    <w:p>
      <w:r/>
      <w:r>
        <w:t>Her recent work has continued that association. In Teenage Sex and Death at Camp Miasma, she plays a reclusive horror-film star whose story intersects with a young queer filmmaker and a sapphic exploration of intimacy. The film gives Anderson another opportunity to inhabit a world where queer desire isn't merely a subplot.</w:t>
      </w:r>
      <w:r/>
    </w:p>
    <w:p>
      <w:r/>
      <w:r>
        <w:t>Hannah Einbinder, her co-star, has also praised Anderson's kindness and emotional support during filming. That behind-the-scenes warmth helps explain why the actor's appeal extends beyond particular characters. For many viewers, she feels not just familiar but reassuring.</w:t>
      </w:r>
      <w:r/>
    </w:p>
    <w:p>
      <w:pPr>
        <w:pStyle w:val="Heading2"/>
      </w:pPr>
      <w:r>
        <w:t>Labels can clarify, but they don't tell the whole story</w:t>
      </w:r>
      <w:r/>
    </w:p>
    <w:p>
      <w:r/>
      <w:r>
        <w:t>Anderson's comments are useful partly because they leave room for complexity. A person can identify as pansexual while having had relatively few relationships with people of a particular gender, just as someone can understand themselves differently at different points in life.</w:t>
      </w:r>
      <w:r/>
    </w:p>
    <w:p>
      <w:r/>
      <w:r>
        <w:t>The important detail is that a label should serve the person using it, rather than becoming a test imposed by everyone else. Anderson has previously been careful not to overstate her experiences with women, and that restraint is worth respecting.</w:t>
      </w:r>
      <w:r/>
    </w:p>
    <w:p>
      <w:r/>
      <w:r>
        <w:t>For fans, the moment may be exciting. But it can also be a reminder that coming to terms with sexuality doesn't have an age limit, and it doesn't need to arrive with a perfectly scripted explanation.</w:t>
      </w:r>
      <w:r/>
    </w:p>
    <w:p>
      <w:r/>
      <w:r>
        <w:t>A label can be helpful, but self-understanding is always bigger than one word.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1">
        <w:r>
          <w:rPr>
            <w:color w:val="0000EE"/>
            <w:u w:val="single"/>
          </w:rPr>
          <w:t>[4]</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[3]</w:t>
        </w:r>
      </w:hyperlink>
      <w:r>
        <w:t xml:space="preserve">, </w:t>
      </w:r>
      <w:hyperlink r:id="rId12">
        <w:r>
          <w:rPr>
            <w:color w:val="0000EE"/>
            <w:u w:val="single"/>
          </w:rPr>
          <w:t>[5]</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[3]</w:t>
        </w:r>
      </w:hyperlink>
      <w:r>
        <w:t xml:space="preserve">, </w:t>
      </w:r>
      <w:hyperlink r:id="rId14">
        <w:r>
          <w:rPr>
            <w:color w:val="0000EE"/>
            <w:u w:val="single"/>
          </w:rPr>
          <w:t>[7]</w:t>
        </w:r>
      </w:hyperlink>
      <w:r>
        <w:t xml:space="preserve">- Paragraph 15: </w:t>
      </w:r>
      <w:hyperlink r:id="rId11">
        <w:r>
          <w:rPr>
            <w:color w:val="0000EE"/>
            <w:u w:val="single"/>
          </w:rPr>
          <w:t>[4]</w:t>
        </w:r>
      </w:hyperlink>
      <w:r>
        <w:t xml:space="preserve">, </w:t>
      </w:r>
      <w:hyperlink r:id="rId12">
        <w:r>
          <w:rPr>
            <w:color w:val="0000EE"/>
            <w:u w:val="single"/>
          </w:rPr>
          <w:t>[5]</w:t>
        </w:r>
      </w:hyperlink>
      <w:r>
        <w:t xml:space="preserve">- Paragraph 16: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https://www.out.com/celebs/gillian-anderson-pansexual</w:t>
        </w:r>
      </w:hyperlink>
      <w:r>
        <w:t xml:space="preserve"> - Please view link - unable to able to access data</w:t>
      </w:r>
      <w:r/>
    </w:p>
    <w:p>
      <w:pPr>
        <w:pStyle w:val="ListNumber"/>
        <w:spacing w:line="240" w:lineRule="auto"/>
        <w:ind w:left="720"/>
      </w:pPr>
      <w:r/>
      <w:hyperlink r:id="rId9">
        <w:r>
          <w:rPr>
            <w:color w:val="0000EE"/>
            <w:u w:val="single"/>
          </w:rPr>
          <w:t>https://www.out.com/celebs/gillian-anderson-pansexual</w:t>
        </w:r>
      </w:hyperlink>
      <w:r>
        <w:t xml:space="preserve"> - In a recent interview with The Australian, Gillian Anderson publicly identifies as pansexual, stating she is attracted to all genders. She reflects on her past relationships with women and discusses her evolving understanding of her sexuality, considering whether she is pansexual or bisexual. Anderson also shares her preferences for certain physical features in both men and women. She is currently in a long-term relationship with playwright Peter Morgan and has three children from previous marriages. The article highlights Anderson's longstanding connection with the LGBTQ+ community through her roles in 'The X-Files' and 'Sex Education'.</w:t>
      </w:r>
      <w:r/>
    </w:p>
    <w:p>
      <w:pPr>
        <w:pStyle w:val="ListNumber"/>
        <w:spacing w:line="240" w:lineRule="auto"/>
        <w:ind w:left="720"/>
      </w:pPr>
      <w:r/>
      <w:hyperlink r:id="rId10">
        <w:r>
          <w:rPr>
            <w:color w:val="0000EE"/>
            <w:u w:val="single"/>
          </w:rPr>
          <w:t>https://www.them.us/entertainment/celebrity/gillian-anderson-pansexual</w:t>
        </w:r>
      </w:hyperlink>
      <w:r>
        <w:t xml:space="preserve"> - Gillian Anderson has publicly identified as pansexual in a recent interview with The Australian. She reflects on her past relationships with women and discusses her evolving understanding of her sexuality, considering whether she is pansexual or bisexual. Anderson shares her preferences for certain physical features in both men and women. She is currently in a long-term relationship with playwright Peter Morgan and has three children from previous marriages. The article highlights Anderson's longstanding connection with the LGBTQ+ community through her roles in 'The X-Files' and 'Sex Education'.</w:t>
      </w:r>
      <w:r/>
    </w:p>
    <w:p>
      <w:pPr>
        <w:pStyle w:val="ListNumber"/>
        <w:spacing w:line="240" w:lineRule="auto"/>
        <w:ind w:left="720"/>
      </w:pPr>
      <w:r/>
      <w:hyperlink r:id="rId11">
        <w:r>
          <w:rPr>
            <w:color w:val="0000EE"/>
            <w:u w:val="single"/>
          </w:rPr>
          <w:t>https://www.newyorker.com/magazine/2024/08/05/gillian-anderson-profile</w:t>
        </w:r>
      </w:hyperlink>
      <w:r>
        <w:t xml:space="preserve"> - In this profile, Gillian Anderson discusses her career and personal life, including her role in 'Sex Education' and her book 'Want', a collection of women's sexual fantasies. The article delves into Anderson's experiences and reflections on sexuality, providing insight into her personal journey and professional achievements.</w:t>
      </w:r>
      <w:r/>
    </w:p>
    <w:p>
      <w:pPr>
        <w:pStyle w:val="ListNumber"/>
        <w:spacing w:line="240" w:lineRule="auto"/>
        <w:ind w:left="720"/>
      </w:pPr>
      <w:r/>
      <w:hyperlink r:id="rId12">
        <w:r>
          <w:rPr>
            <w:color w:val="0000EE"/>
            <w:u w:val="single"/>
          </w:rPr>
          <w:t>https://www.thepinknews.com/2026/09/10/gillian-anderson-sexuality-pansexual/</w:t>
        </w:r>
      </w:hyperlink>
      <w:r>
        <w:t xml:space="preserve"> - Gillian Anderson has publicly identified as pansexual in a recent interview with The Australian. She reflects on her past relationships with women and discusses her evolving understanding of her sexuality, considering whether she is pansexual or bisexual. Anderson shares her preferences for certain physical features in both men and women. She is currently in a long-term relationship with playwright Peter Morgan and has three children from previous marriages. The article highlights Anderson's longstanding connection with the LGBTQ+ community through her roles in 'The X-Files' and 'Sex Education'.</w:t>
      </w:r>
      <w:r/>
    </w:p>
    <w:p>
      <w:pPr>
        <w:pStyle w:val="ListNumber"/>
        <w:spacing w:line="240" w:lineRule="auto"/>
        <w:ind w:left="720"/>
      </w:pPr>
      <w:r/>
      <w:hyperlink r:id="rId13">
        <w:r>
          <w:rPr>
            <w:color w:val="0000EE"/>
            <w:u w:val="single"/>
          </w:rPr>
          <w:t>https://www.vogue.com/article/gillian-anderson-want-book-interview</w:t>
        </w:r>
      </w:hyperlink>
      <w:r>
        <w:t xml:space="preserve"> - Gillian Anderson discusses her book 'Want', a collection of women's sexual fantasies, in this interview. She talks about the inspiration behind the book, the process of gathering stories, and the importance of open dialogue about female sexuality. The article provides insight into Anderson's motivations and the themes explored in her book.</w:t>
      </w:r>
      <w:r/>
    </w:p>
    <w:p>
      <w:pPr>
        <w:pStyle w:val="ListNumber"/>
        <w:spacing w:line="240" w:lineRule="auto"/>
        <w:ind w:left="720"/>
      </w:pPr>
      <w:r/>
      <w:hyperlink r:id="rId14">
        <w:r>
          <w:rPr>
            <w:color w:val="0000EE"/>
            <w:u w:val="single"/>
          </w:rPr>
          <w:t>https://www.washingtonpost.com/books/2024/09/15/gillian-anderson-want-sexual-fantasies-review/</w:t>
        </w:r>
      </w:hyperlink>
      <w:r>
        <w:t xml:space="preserve"> - A review of Gillian Anderson's book 'Want', which collects women's sexual fantasies. The article discusses the themes explored in the book, the process of gathering stories, and the significance of the work in the context of female sexuality. It provides an analysis of the book's content and its impact on discussions about desire and intimacy.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celebs/gillian-anderson-pansexual" TargetMode="External"/><Relationship Id="rId10" Type="http://schemas.openxmlformats.org/officeDocument/2006/relationships/hyperlink" Target="https://www.them.us/entertainment/celebrity/gillian-anderson-pansexual" TargetMode="External"/><Relationship Id="rId11" Type="http://schemas.openxmlformats.org/officeDocument/2006/relationships/hyperlink" Target="https://www.newyorker.com/magazine/2024/08/05/gillian-anderson-profile" TargetMode="External"/><Relationship Id="rId12" Type="http://schemas.openxmlformats.org/officeDocument/2006/relationships/hyperlink" Target="https://www.thepinknews.com/2026/09/10/gillian-anderson-sexuality-pansexual/" TargetMode="External"/><Relationship Id="rId13" Type="http://schemas.openxmlformats.org/officeDocument/2006/relationships/hyperlink" Target="https://www.vogue.com/article/gillian-anderson-want-book-interview" TargetMode="External"/><Relationship Id="rId14" Type="http://schemas.openxmlformats.org/officeDocument/2006/relationships/hyperlink" Target="https://www.washingtonpost.com/books/2024/09/15/gillian-anderson-want-sexual-fantasies-re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